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00DAE" w14:textId="5DDB4A7D" w:rsidR="007553FE" w:rsidRPr="00FD1520" w:rsidRDefault="6B5E896E">
      <w:pPr>
        <w:pStyle w:val="Tittel"/>
      </w:pPr>
      <w:r w:rsidRPr="00FD1520">
        <w:t>Egenvurdering – Faglig ledelse</w:t>
      </w:r>
      <w:r w:rsidR="00697E62">
        <w:t>/</w:t>
      </w:r>
      <w:r w:rsidR="00771BDF">
        <w:t>faglig fordypning</w:t>
      </w:r>
      <w:r w:rsidRPr="00FD1520">
        <w:t xml:space="preserve"> </w:t>
      </w:r>
      <w:r w:rsidR="00771BDF">
        <w:t>(</w:t>
      </w:r>
      <w:r w:rsidR="006A2562">
        <w:t>møbel</w:t>
      </w:r>
      <w:r w:rsidR="00771BDF">
        <w:t>-</w:t>
      </w:r>
      <w:r w:rsidR="006A2562">
        <w:t xml:space="preserve"> og trefag</w:t>
      </w:r>
      <w:r w:rsidR="00771BDF">
        <w:t>)</w:t>
      </w:r>
    </w:p>
    <w:p w14:paraId="73124015" w14:textId="6E6176FB" w:rsidR="007553FE" w:rsidRPr="00FD1520" w:rsidRDefault="005A3995">
      <w:r w:rsidRPr="00FD1520">
        <w:rPr>
          <w:sz w:val="20"/>
        </w:rPr>
        <w:t>Navn: ___________</w:t>
      </w:r>
      <w:r w:rsidR="0007205B" w:rsidRPr="00FD1520">
        <w:rPr>
          <w:sz w:val="20"/>
        </w:rPr>
        <w:t>_____________</w:t>
      </w:r>
      <w:r w:rsidRPr="00FD1520">
        <w:rPr>
          <w:sz w:val="20"/>
        </w:rPr>
        <w:t>_________    Fag: _____________</w:t>
      </w:r>
      <w:r w:rsidR="0007205B" w:rsidRPr="00FD1520">
        <w:rPr>
          <w:sz w:val="20"/>
        </w:rPr>
        <w:t>_______________</w:t>
      </w:r>
      <w:r w:rsidRPr="00FD1520">
        <w:rPr>
          <w:sz w:val="20"/>
        </w:rPr>
        <w:t xml:space="preserve">_______   </w:t>
      </w:r>
    </w:p>
    <w:p w14:paraId="1E316D8D" w14:textId="77777777" w:rsidR="007553FE" w:rsidRPr="00FD1520" w:rsidRDefault="005A3995">
      <w:pPr>
        <w:pStyle w:val="Overskrift3"/>
        <w:rPr>
          <w:sz w:val="26"/>
          <w:szCs w:val="26"/>
        </w:rPr>
      </w:pPr>
      <w:r w:rsidRPr="00FD1520">
        <w:rPr>
          <w:sz w:val="26"/>
          <w:szCs w:val="26"/>
        </w:rPr>
        <w:t>Informasjon om utfylling av egenvurdering</w:t>
      </w:r>
    </w:p>
    <w:p w14:paraId="4F31EBB0" w14:textId="77777777" w:rsidR="00EB0F7A" w:rsidRPr="00C92A1E" w:rsidRDefault="00EB0F7A" w:rsidP="00EB0F7A">
      <w:pPr>
        <w:rPr>
          <w:rFonts w:ascii="Arial" w:hAnsi="Arial" w:cs="Arial"/>
        </w:rPr>
      </w:pPr>
      <w:r w:rsidRPr="00C92A1E">
        <w:rPr>
          <w:rFonts w:ascii="Arial" w:hAnsi="Arial" w:cs="Arial"/>
        </w:rPr>
        <w:t>Faglig ledelse/faglig fordypning i møbel- og trefag handler om å lede og utvikle det faglige arbeidet i virksomheten i tråd med krav til kvalitet, håndverksmessig utførelse, HMS og gjeldende regelverk. Det omfatter planlegging og organisering av arbeidsprosesser, produksjon, material- og verktøybruk, kundebehandling samt systematisk kvalitets- og forbedringsarbeid. Fagområdet innebærer også ansvar for faglige vurderinger, kompetanseutvikling og videreutvikling av virksomheten i møte med endringer innen møbel- og trefagene.</w:t>
      </w:r>
    </w:p>
    <w:p w14:paraId="492BAFA1" w14:textId="75C8EC5D" w:rsidR="00EB0F7A" w:rsidRPr="00C92A1E" w:rsidRDefault="00EB0F7A" w:rsidP="00EB0F7A">
      <w:pPr>
        <w:rPr>
          <w:rFonts w:ascii="Arial" w:hAnsi="Arial" w:cs="Arial"/>
        </w:rPr>
      </w:pPr>
      <w:r w:rsidRPr="00C92A1E">
        <w:rPr>
          <w:rFonts w:ascii="Arial" w:hAnsi="Arial" w:cs="Arial"/>
        </w:rPr>
        <w:t xml:space="preserve">I egenvurderingen skal du beskrive kompetansen du har opparbeidet deg innen faglig ledelse og faglig fordypning. Dette innebærer å redegjøre for erfaringer og praksis knyttet til læringsutbyttene som fremgår av </w:t>
      </w:r>
      <w:hyperlink r:id="rId9" w:history="1">
        <w:r w:rsidRPr="00697E62">
          <w:rPr>
            <w:rStyle w:val="Hyperkobling"/>
            <w:rFonts w:ascii="Arial" w:hAnsi="Arial" w:cs="Arial"/>
          </w:rPr>
          <w:t>studieplanene</w:t>
        </w:r>
      </w:hyperlink>
      <w:r w:rsidRPr="00C92A1E">
        <w:rPr>
          <w:rFonts w:ascii="Arial" w:hAnsi="Arial" w:cs="Arial"/>
        </w:rPr>
        <w:t xml:space="preserve">. Det anbefales at du gjør deg kjent med studieplanene før du starter arbeidet med egenvurderingen. </w:t>
      </w:r>
    </w:p>
    <w:p w14:paraId="05A85F85" w14:textId="77777777" w:rsidR="005F2FF6" w:rsidRPr="00FD1520" w:rsidRDefault="005F2FF6" w:rsidP="005F2FF6">
      <w:pPr>
        <w:pStyle w:val="Overskrift2"/>
      </w:pPr>
      <w:r w:rsidRPr="00FD1520">
        <w:t>Når du skriver egenvurderingen, anbefales følgende fremgangsmåte:</w:t>
      </w:r>
    </w:p>
    <w:p w14:paraId="27651403" w14:textId="6CA53634" w:rsidR="005F2FF6" w:rsidRPr="00FD1520" w:rsidRDefault="005F2FF6" w:rsidP="005F2FF6">
      <w:pPr>
        <w:numPr>
          <w:ilvl w:val="0"/>
          <w:numId w:val="10"/>
        </w:numPr>
        <w:spacing w:after="0" w:line="240" w:lineRule="auto"/>
        <w:rPr>
          <w:rFonts w:ascii="Arial" w:hAnsi="Arial" w:cs="Arial"/>
        </w:rPr>
      </w:pPr>
      <w:r w:rsidRPr="00FD1520">
        <w:rPr>
          <w:rFonts w:ascii="Arial" w:hAnsi="Arial" w:cs="Arial"/>
        </w:rPr>
        <w:t>Ta utgangspunkt i hvert hovedtema og tilhørende innhold</w:t>
      </w:r>
      <w:r w:rsidR="00274496" w:rsidRPr="00FD1520">
        <w:rPr>
          <w:rFonts w:ascii="Arial" w:hAnsi="Arial" w:cs="Arial"/>
        </w:rPr>
        <w:t xml:space="preserve">. Hovedtemaene utgjør en helhet som samlet uttrykker den fagspesifikke kompetansen til en mester. </w:t>
      </w:r>
    </w:p>
    <w:p w14:paraId="6BBD6E62" w14:textId="77777777" w:rsidR="005F2FF6" w:rsidRPr="00FD1520" w:rsidRDefault="005F2FF6" w:rsidP="005F2FF6">
      <w:pPr>
        <w:numPr>
          <w:ilvl w:val="0"/>
          <w:numId w:val="10"/>
        </w:numPr>
        <w:spacing w:after="0" w:line="240" w:lineRule="auto"/>
        <w:rPr>
          <w:rFonts w:ascii="Arial" w:hAnsi="Arial" w:cs="Arial"/>
        </w:rPr>
      </w:pPr>
      <w:r w:rsidRPr="00FD1520">
        <w:rPr>
          <w:rFonts w:ascii="Arial" w:hAnsi="Arial" w:cs="Arial"/>
        </w:rPr>
        <w:t>Beskriv egen yrkeserfaring med eksempler fra arbeidshverdagen</w:t>
      </w:r>
    </w:p>
    <w:p w14:paraId="5D40A7C0" w14:textId="77777777" w:rsidR="005F2FF6" w:rsidRPr="00FD1520" w:rsidRDefault="005F2FF6" w:rsidP="005F2FF6">
      <w:pPr>
        <w:numPr>
          <w:ilvl w:val="0"/>
          <w:numId w:val="10"/>
        </w:numPr>
        <w:spacing w:after="0" w:line="240" w:lineRule="auto"/>
        <w:rPr>
          <w:rFonts w:ascii="Arial" w:hAnsi="Arial" w:cs="Arial"/>
        </w:rPr>
      </w:pPr>
      <w:r w:rsidRPr="00FD1520">
        <w:rPr>
          <w:rFonts w:ascii="Arial" w:hAnsi="Arial" w:cs="Arial"/>
        </w:rPr>
        <w:t xml:space="preserve">Forklar: </w:t>
      </w:r>
    </w:p>
    <w:p w14:paraId="14705E39" w14:textId="77777777" w:rsidR="005F2FF6" w:rsidRPr="00FD1520" w:rsidRDefault="005F2FF6" w:rsidP="005F2FF6">
      <w:pPr>
        <w:numPr>
          <w:ilvl w:val="1"/>
          <w:numId w:val="10"/>
        </w:numPr>
        <w:spacing w:after="0" w:line="240" w:lineRule="auto"/>
        <w:rPr>
          <w:rFonts w:ascii="Arial" w:hAnsi="Arial" w:cs="Arial"/>
        </w:rPr>
      </w:pPr>
      <w:r w:rsidRPr="00FD1520">
        <w:rPr>
          <w:rFonts w:ascii="Arial" w:hAnsi="Arial" w:cs="Arial"/>
        </w:rPr>
        <w:t>hva du gjør</w:t>
      </w:r>
    </w:p>
    <w:p w14:paraId="35DB72A5" w14:textId="77777777" w:rsidR="005F2FF6" w:rsidRPr="00FD1520" w:rsidRDefault="005F2FF6" w:rsidP="005F2FF6">
      <w:pPr>
        <w:numPr>
          <w:ilvl w:val="1"/>
          <w:numId w:val="10"/>
        </w:numPr>
        <w:spacing w:after="0" w:line="240" w:lineRule="auto"/>
        <w:rPr>
          <w:rFonts w:ascii="Arial" w:hAnsi="Arial" w:cs="Arial"/>
        </w:rPr>
      </w:pPr>
      <w:r w:rsidRPr="00FD1520">
        <w:rPr>
          <w:rFonts w:ascii="Arial" w:hAnsi="Arial" w:cs="Arial"/>
        </w:rPr>
        <w:t>hvordan du gjør det</w:t>
      </w:r>
    </w:p>
    <w:p w14:paraId="6533BDAC" w14:textId="244F0A9E" w:rsidR="005F2FF6" w:rsidRDefault="005F2FF6" w:rsidP="005F2FF6">
      <w:pPr>
        <w:numPr>
          <w:ilvl w:val="1"/>
          <w:numId w:val="10"/>
        </w:numPr>
        <w:spacing w:after="0" w:line="240" w:lineRule="auto"/>
        <w:rPr>
          <w:rFonts w:ascii="Arial" w:hAnsi="Arial" w:cs="Arial"/>
        </w:rPr>
      </w:pPr>
      <w:r w:rsidRPr="00FD1520">
        <w:rPr>
          <w:rFonts w:ascii="Arial" w:hAnsi="Arial" w:cs="Arial"/>
        </w:rPr>
        <w:t>hvorfor du gjør det på denne måten</w:t>
      </w:r>
    </w:p>
    <w:p w14:paraId="37F60EDA" w14:textId="77777777" w:rsidR="00F72196" w:rsidRDefault="00F72196" w:rsidP="00F72196">
      <w:pPr>
        <w:spacing w:after="0" w:line="240" w:lineRule="auto"/>
        <w:rPr>
          <w:rFonts w:ascii="Arial" w:hAnsi="Arial" w:cs="Arial"/>
        </w:rPr>
      </w:pPr>
    </w:p>
    <w:p w14:paraId="463B812F" w14:textId="5619DFF7" w:rsidR="00F72196" w:rsidRPr="00B05B40" w:rsidRDefault="00F72196" w:rsidP="00F72196">
      <w:pPr>
        <w:rPr>
          <w:rFonts w:ascii="Arial" w:hAnsi="Arial" w:cs="Arial"/>
        </w:rPr>
      </w:pPr>
      <w:r>
        <w:rPr>
          <w:rFonts w:ascii="Arial" w:hAnsi="Arial" w:cs="Arial"/>
        </w:rPr>
        <w:t>I modulen</w:t>
      </w:r>
      <w:r w:rsidRPr="000C184F">
        <w:rPr>
          <w:rFonts w:ascii="Arial" w:hAnsi="Arial" w:cs="Arial"/>
        </w:rPr>
        <w:t xml:space="preserve"> </w:t>
      </w:r>
      <w:r w:rsidRPr="000C184F">
        <w:rPr>
          <w:rFonts w:ascii="Arial" w:hAnsi="Arial" w:cs="Arial"/>
          <w:b/>
          <w:bCs/>
        </w:rPr>
        <w:t xml:space="preserve">Prosjekter og prosjektledelse i </w:t>
      </w:r>
      <w:r w:rsidR="00FB64AE">
        <w:rPr>
          <w:rFonts w:ascii="Arial" w:hAnsi="Arial" w:cs="Arial"/>
          <w:b/>
          <w:bCs/>
        </w:rPr>
        <w:t>en håndverksbedrift</w:t>
      </w:r>
      <w:r w:rsidRPr="000C184F">
        <w:rPr>
          <w:rFonts w:ascii="Arial" w:hAnsi="Arial" w:cs="Arial"/>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w:t>
      </w:r>
      <w:r>
        <w:rPr>
          <w:rFonts w:ascii="Arial" w:hAnsi="Arial" w:cs="Arial"/>
        </w:rPr>
        <w:t xml:space="preserve"> Dette vil dekke mesterutdanningens fagområde faglig fordypning – mesteroppgaven.</w:t>
      </w:r>
    </w:p>
    <w:p w14:paraId="0D005FA8" w14:textId="77777777" w:rsidR="005F2FF6" w:rsidRPr="00FD1520" w:rsidRDefault="005F2FF6" w:rsidP="005F2FF6">
      <w:pPr>
        <w:rPr>
          <w:rFonts w:ascii="Arial" w:hAnsi="Arial" w:cs="Arial"/>
        </w:rPr>
      </w:pPr>
      <w:r w:rsidRPr="00FD1520">
        <w:rPr>
          <w:rFonts w:ascii="Arial" w:hAnsi="Arial" w:cs="Arial"/>
        </w:rPr>
        <w:t>Det er viktig at beskrivelsene dine viser forståelse, refleksjon og sammenheng, ikke bare opplisting av oppgaver.</w:t>
      </w:r>
    </w:p>
    <w:p w14:paraId="43653623" w14:textId="77777777" w:rsidR="007553FE" w:rsidRPr="00FD1520" w:rsidRDefault="005A3995">
      <w:pPr>
        <w:pStyle w:val="Overskrift3"/>
      </w:pPr>
      <w:r w:rsidRPr="00FD1520">
        <w:rPr>
          <w:sz w:val="26"/>
          <w:szCs w:val="26"/>
        </w:rPr>
        <w:t>Ved vurdering av egenvurderingen legges det særlig vekt på om du:</w:t>
      </w:r>
    </w:p>
    <w:p w14:paraId="1CDAC072"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dokumenterer relevant og tilstrekkelig praksis</w:t>
      </w:r>
    </w:p>
    <w:p w14:paraId="0F15A631"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viser helhetlig forståelse for rollen som faglig leder</w:t>
      </w:r>
    </w:p>
    <w:p w14:paraId="4C9551EF"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kan begrunne valg og handlinger i egen praksis</w:t>
      </w:r>
    </w:p>
    <w:p w14:paraId="17751724"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viser at kompetansen er tilsvarende det som kreves i mesterutdanningen</w:t>
      </w:r>
    </w:p>
    <w:p w14:paraId="02058757" w14:textId="77777777" w:rsidR="007553FE" w:rsidRPr="00FD1520" w:rsidRDefault="005A3995">
      <w:pPr>
        <w:rPr>
          <w:rFonts w:ascii="Arial" w:hAnsi="Arial" w:cs="Arial"/>
        </w:rPr>
      </w:pPr>
      <w:r w:rsidRPr="00FD1520">
        <w:rPr>
          <w:rFonts w:ascii="Arial" w:hAnsi="Arial" w:cs="Arial"/>
        </w:rPr>
        <w:t>Det er kvaliteten på beskrivelsene som vurderes, ikke omfang eller bruk av fagterminologi.</w:t>
      </w:r>
    </w:p>
    <w:p w14:paraId="4517BF34" w14:textId="77777777" w:rsidR="000C4976" w:rsidRPr="00FD1520" w:rsidRDefault="000C4976" w:rsidP="000C4976">
      <w:pPr>
        <w:pStyle w:val="Overskrift2"/>
        <w:rPr>
          <w:rFonts w:cs="Arial"/>
          <w:b w:val="0"/>
        </w:rPr>
      </w:pPr>
      <w:r w:rsidRPr="00FD1520">
        <w:lastRenderedPageBreak/>
        <w:t>Dokumentasjon og vedlegg</w:t>
      </w:r>
    </w:p>
    <w:p w14:paraId="3B0F0AA7" w14:textId="77777777" w:rsidR="000C4976" w:rsidRPr="00FD1520" w:rsidRDefault="000C4976" w:rsidP="000C4976">
      <w:pPr>
        <w:rPr>
          <w:rFonts w:ascii="Arial" w:hAnsi="Arial" w:cs="Arial"/>
        </w:rPr>
      </w:pPr>
      <w:r w:rsidRPr="00FD1520">
        <w:rPr>
          <w:rFonts w:ascii="Arial" w:hAnsi="Arial" w:cs="Arial"/>
        </w:rPr>
        <w:t>Når det gjelder dokumentasjon til egenvurderingene skal denne bygge opp under den kompetansen du beskriver, og det må være sammenheng mellom dine opplysninger og det som dokumenteres.  </w:t>
      </w:r>
      <w:r w:rsidRPr="00FD1520">
        <w:rPr>
          <w:rFonts w:ascii="Arial" w:hAnsi="Arial" w:cs="Arial"/>
          <w:b/>
          <w:bCs/>
        </w:rPr>
        <w:t>I beskrivelsen må du henvise til vedlegg som dokumenterer dine beskrivelser. Det er viktig at all dokumentasjon er tydelig nummerert. </w:t>
      </w:r>
      <w:r w:rsidRPr="00FD1520">
        <w:rPr>
          <w:rFonts w:ascii="Arial" w:hAnsi="Arial" w:cs="Arial"/>
        </w:rPr>
        <w:t> </w:t>
      </w:r>
    </w:p>
    <w:p w14:paraId="799F8E6D" w14:textId="77777777" w:rsidR="00124C34" w:rsidRPr="00FD1520" w:rsidRDefault="00124C34" w:rsidP="00124C34">
      <w:pPr>
        <w:pStyle w:val="Overskrift2"/>
        <w:rPr>
          <w:rFonts w:cs="Arial"/>
          <w:b w:val="0"/>
        </w:rPr>
      </w:pPr>
      <w:r w:rsidRPr="00FD1520">
        <w:t>Viktig å være oppmerksom på</w:t>
      </w:r>
    </w:p>
    <w:p w14:paraId="7927D937" w14:textId="77777777" w:rsidR="00124C34" w:rsidRPr="00FD1520" w:rsidRDefault="00124C34" w:rsidP="00124C34">
      <w:pPr>
        <w:numPr>
          <w:ilvl w:val="0"/>
          <w:numId w:val="12"/>
        </w:numPr>
        <w:spacing w:after="0" w:line="240" w:lineRule="auto"/>
        <w:rPr>
          <w:rFonts w:ascii="Arial" w:hAnsi="Arial" w:cs="Arial"/>
        </w:rPr>
      </w:pPr>
      <w:r w:rsidRPr="00FD1520">
        <w:rPr>
          <w:rFonts w:ascii="Arial" w:hAnsi="Arial" w:cs="Arial"/>
        </w:rPr>
        <w:t>Egenvurderingen må være basert på egen erfaring og egen formulering</w:t>
      </w:r>
    </w:p>
    <w:p w14:paraId="08C5094C" w14:textId="77777777" w:rsidR="00124C34" w:rsidRPr="00FD1520" w:rsidRDefault="00124C34" w:rsidP="00124C34">
      <w:pPr>
        <w:numPr>
          <w:ilvl w:val="0"/>
          <w:numId w:val="12"/>
        </w:numPr>
        <w:spacing w:after="0" w:line="240" w:lineRule="auto"/>
        <w:rPr>
          <w:rFonts w:ascii="Arial" w:hAnsi="Arial" w:cs="Arial"/>
        </w:rPr>
      </w:pPr>
      <w:r w:rsidRPr="00FD1520">
        <w:rPr>
          <w:rFonts w:ascii="Arial" w:hAnsi="Arial" w:cs="Arial"/>
        </w:rPr>
        <w:t>Det er ikke tillatt å få bistand fra konsulenter eller andre til å skrive søknaden</w:t>
      </w:r>
    </w:p>
    <w:p w14:paraId="6FA4E7D0" w14:textId="59CF1B20" w:rsidR="007553FE" w:rsidRPr="00FD1520" w:rsidRDefault="00124C34" w:rsidP="005A3995">
      <w:pPr>
        <w:numPr>
          <w:ilvl w:val="0"/>
          <w:numId w:val="12"/>
        </w:numPr>
        <w:spacing w:after="0" w:line="240" w:lineRule="auto"/>
      </w:pPr>
      <w:r w:rsidRPr="00FD1520">
        <w:rPr>
          <w:rFonts w:ascii="Arial" w:hAnsi="Arial" w:cs="Arial"/>
        </w:rPr>
        <w:t>Realkompetanse er et snevert unntak fra utdanningsløpet og stiller høye krav til dokumentasjon og refleksjon</w:t>
      </w:r>
      <w:r w:rsidR="005A3995" w:rsidRPr="00FD1520">
        <w:br w:type="page"/>
      </w:r>
    </w:p>
    <w:p w14:paraId="245E180A" w14:textId="456FDF34" w:rsidR="007553FE" w:rsidRPr="00FD1520" w:rsidRDefault="005A3995">
      <w:r w:rsidRPr="00FD1520">
        <w:rPr>
          <w:b/>
        </w:rPr>
        <w:lastRenderedPageBreak/>
        <w:t xml:space="preserve">Modul: </w:t>
      </w:r>
      <w:r w:rsidR="00201257" w:rsidRPr="00201257">
        <w:rPr>
          <w:b/>
        </w:rPr>
        <w:t>faglig ledelse og utvikling av en håndverksbedrift</w:t>
      </w:r>
    </w:p>
    <w:p w14:paraId="48CD0CAD" w14:textId="54A87A16" w:rsidR="007553FE" w:rsidRPr="00FD1520" w:rsidRDefault="00962B67" w:rsidP="00D85803">
      <w:pPr>
        <w:pStyle w:val="Overskrift2"/>
      </w:pPr>
      <w:r w:rsidRPr="00FD1520">
        <w:t xml:space="preserve">1. </w:t>
      </w:r>
      <w:r w:rsidR="003C2A40" w:rsidRPr="003C2A40">
        <w:t>mesterfagets utvikling og rammebetingelser</w:t>
      </w:r>
    </w:p>
    <w:tbl>
      <w:tblPr>
        <w:tblStyle w:val="Tabellrutenett"/>
        <w:tblW w:w="0" w:type="auto"/>
        <w:tblLook w:val="04A0" w:firstRow="1" w:lastRow="0" w:firstColumn="1" w:lastColumn="0" w:noHBand="0" w:noVBand="1"/>
      </w:tblPr>
      <w:tblGrid>
        <w:gridCol w:w="4981"/>
        <w:gridCol w:w="4981"/>
      </w:tblGrid>
      <w:tr w:rsidR="003A0627" w:rsidRPr="00FD1520" w14:paraId="4E6BBB04" w14:textId="77777777" w:rsidTr="003A0627">
        <w:tc>
          <w:tcPr>
            <w:tcW w:w="4981" w:type="dxa"/>
          </w:tcPr>
          <w:p w14:paraId="69A1C05A" w14:textId="77777777" w:rsidR="003A0627" w:rsidRPr="0064272C" w:rsidRDefault="003A0627" w:rsidP="003A0627">
            <w:pPr>
              <w:spacing w:after="40"/>
              <w:rPr>
                <w:sz w:val="20"/>
                <w:szCs w:val="20"/>
              </w:rPr>
            </w:pPr>
            <w:r w:rsidRPr="0064272C">
              <w:rPr>
                <w:b/>
                <w:sz w:val="20"/>
                <w:szCs w:val="20"/>
              </w:rPr>
              <w:t>Hovedtema</w:t>
            </w:r>
          </w:p>
          <w:p w14:paraId="6FAE43A2" w14:textId="77777777" w:rsidR="00DA1FD3" w:rsidRPr="0064272C" w:rsidRDefault="00DA1FD3" w:rsidP="003A0627">
            <w:pPr>
              <w:rPr>
                <w:sz w:val="20"/>
                <w:szCs w:val="20"/>
              </w:rPr>
            </w:pPr>
            <w:r w:rsidRPr="0064272C">
              <w:rPr>
                <w:sz w:val="20"/>
                <w:szCs w:val="20"/>
              </w:rPr>
              <w:t xml:space="preserve">Hovedtemaet handler om mesterfagets utvikling over tid og om hvilke rammebetingelser og spesielle forhold det jobbes under i dag. </w:t>
            </w:r>
          </w:p>
          <w:p w14:paraId="5392DAA9" w14:textId="77777777" w:rsidR="00DA1FD3" w:rsidRPr="0064272C" w:rsidRDefault="00DA1FD3" w:rsidP="003A0627">
            <w:pPr>
              <w:rPr>
                <w:sz w:val="20"/>
                <w:szCs w:val="20"/>
              </w:rPr>
            </w:pPr>
          </w:p>
          <w:p w14:paraId="253307C3" w14:textId="0B65985D" w:rsidR="003A0627" w:rsidRPr="0064272C" w:rsidRDefault="00DA1FD3" w:rsidP="003A0627">
            <w:pPr>
              <w:rPr>
                <w:sz w:val="20"/>
                <w:szCs w:val="20"/>
              </w:rPr>
            </w:pPr>
            <w:r w:rsidRPr="0064272C">
              <w:rPr>
                <w:sz w:val="20"/>
                <w:szCs w:val="20"/>
              </w:rPr>
              <w:t>Endringsprosesser og utvikling inngår i hovedtemaet.</w:t>
            </w:r>
          </w:p>
        </w:tc>
        <w:tc>
          <w:tcPr>
            <w:tcW w:w="4981" w:type="dxa"/>
          </w:tcPr>
          <w:p w14:paraId="0F79F4B3" w14:textId="77777777" w:rsidR="003A0627" w:rsidRPr="0064272C" w:rsidRDefault="003A0627" w:rsidP="003A0627">
            <w:pPr>
              <w:spacing w:after="40"/>
              <w:rPr>
                <w:sz w:val="20"/>
                <w:szCs w:val="20"/>
              </w:rPr>
            </w:pPr>
            <w:r w:rsidRPr="0064272C">
              <w:rPr>
                <w:b/>
                <w:sz w:val="20"/>
                <w:szCs w:val="20"/>
              </w:rPr>
              <w:t>Innhold</w:t>
            </w:r>
          </w:p>
          <w:p w14:paraId="06F53E14" w14:textId="590F6242" w:rsidR="00E86D95" w:rsidRPr="0064272C" w:rsidRDefault="00E86D95" w:rsidP="00E86D95">
            <w:pPr>
              <w:pStyle w:val="Listeavsnitt"/>
              <w:numPr>
                <w:ilvl w:val="0"/>
                <w:numId w:val="14"/>
              </w:numPr>
              <w:rPr>
                <w:sz w:val="20"/>
                <w:szCs w:val="20"/>
              </w:rPr>
            </w:pPr>
            <w:r w:rsidRPr="0064272C">
              <w:rPr>
                <w:sz w:val="20"/>
                <w:szCs w:val="20"/>
              </w:rPr>
              <w:t xml:space="preserve">utvikling av mesterfaget  </w:t>
            </w:r>
          </w:p>
          <w:p w14:paraId="0DAAAB08" w14:textId="5B6F54A7" w:rsidR="00E86D95" w:rsidRPr="0064272C" w:rsidRDefault="00E86D95" w:rsidP="00E86D95">
            <w:pPr>
              <w:pStyle w:val="Listeavsnitt"/>
              <w:numPr>
                <w:ilvl w:val="0"/>
                <w:numId w:val="14"/>
              </w:numPr>
              <w:rPr>
                <w:sz w:val="20"/>
                <w:szCs w:val="20"/>
              </w:rPr>
            </w:pPr>
            <w:r w:rsidRPr="0064272C">
              <w:rPr>
                <w:sz w:val="20"/>
                <w:szCs w:val="20"/>
              </w:rPr>
              <w:t xml:space="preserve">mesterfagets rammebetingelser  </w:t>
            </w:r>
          </w:p>
          <w:p w14:paraId="51711C6B" w14:textId="5D0672CF" w:rsidR="00E86D95" w:rsidRPr="0064272C" w:rsidRDefault="00E86D95" w:rsidP="00E86D95">
            <w:pPr>
              <w:pStyle w:val="Listeavsnitt"/>
              <w:numPr>
                <w:ilvl w:val="0"/>
                <w:numId w:val="14"/>
              </w:numPr>
              <w:rPr>
                <w:sz w:val="20"/>
                <w:szCs w:val="20"/>
              </w:rPr>
            </w:pPr>
            <w:r w:rsidRPr="0064272C">
              <w:rPr>
                <w:sz w:val="20"/>
                <w:szCs w:val="20"/>
              </w:rPr>
              <w:t xml:space="preserve">aktører og organisasjoner  </w:t>
            </w:r>
          </w:p>
          <w:p w14:paraId="14B8D8C9" w14:textId="3A25F3CB" w:rsidR="00E86D95" w:rsidRPr="0064272C" w:rsidRDefault="00E86D95" w:rsidP="00E86D95">
            <w:pPr>
              <w:pStyle w:val="Listeavsnitt"/>
              <w:numPr>
                <w:ilvl w:val="0"/>
                <w:numId w:val="14"/>
              </w:numPr>
              <w:rPr>
                <w:sz w:val="20"/>
                <w:szCs w:val="20"/>
              </w:rPr>
            </w:pPr>
            <w:r w:rsidRPr="0064272C">
              <w:rPr>
                <w:sz w:val="20"/>
                <w:szCs w:val="20"/>
              </w:rPr>
              <w:t xml:space="preserve">endring som kontinuerlig prosess, forutsetning for innovasjon og konkurransekraft </w:t>
            </w:r>
          </w:p>
          <w:p w14:paraId="31BD8388" w14:textId="7B5C0857" w:rsidR="003A0627" w:rsidRPr="0064272C" w:rsidRDefault="00E86D95" w:rsidP="00E86D95">
            <w:pPr>
              <w:pStyle w:val="Listeavsnitt"/>
              <w:numPr>
                <w:ilvl w:val="0"/>
                <w:numId w:val="14"/>
              </w:numPr>
              <w:rPr>
                <w:sz w:val="20"/>
                <w:szCs w:val="20"/>
              </w:rPr>
            </w:pPr>
            <w:r w:rsidRPr="0064272C">
              <w:rPr>
                <w:sz w:val="20"/>
                <w:szCs w:val="20"/>
              </w:rPr>
              <w:t>endringsarbeid og -kultur</w:t>
            </w:r>
          </w:p>
        </w:tc>
      </w:tr>
    </w:tbl>
    <w:p w14:paraId="0DE248A5" w14:textId="77777777" w:rsidR="003A0627" w:rsidRPr="00FD1520" w:rsidRDefault="003A0627" w:rsidP="003A0627"/>
    <w:tbl>
      <w:tblPr>
        <w:tblStyle w:val="Tabellrutenett"/>
        <w:tblW w:w="0" w:type="auto"/>
        <w:tblLook w:val="04A0" w:firstRow="1" w:lastRow="0" w:firstColumn="1" w:lastColumn="0" w:noHBand="0" w:noVBand="1"/>
      </w:tblPr>
      <w:tblGrid>
        <w:gridCol w:w="9962"/>
      </w:tblGrid>
      <w:tr w:rsidR="007553FE" w:rsidRPr="00FD1520" w14:paraId="474730E8" w14:textId="77777777" w:rsidTr="003A0627">
        <w:trPr>
          <w:cantSplit/>
          <w:trHeight w:val="5953"/>
        </w:trPr>
        <w:tc>
          <w:tcPr>
            <w:tcW w:w="9962" w:type="dxa"/>
          </w:tcPr>
          <w:p w14:paraId="296D5655" w14:textId="77777777" w:rsidR="007553FE" w:rsidRPr="00FD1520" w:rsidRDefault="005A3995">
            <w:pPr>
              <w:spacing w:after="40"/>
            </w:pPr>
            <w:r w:rsidRPr="00FD1520">
              <w:rPr>
                <w:b/>
                <w:sz w:val="20"/>
              </w:rPr>
              <w:t>Egenvurdering (skriv her)</w:t>
            </w:r>
          </w:p>
          <w:p w14:paraId="6295D098"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8704FA1" w14:textId="77777777" w:rsidR="007553FE" w:rsidRPr="00FD1520" w:rsidRDefault="007553FE"/>
          <w:p w14:paraId="77ABA95A" w14:textId="77777777" w:rsidR="007553FE" w:rsidRPr="00FD1520" w:rsidRDefault="007553FE"/>
          <w:p w14:paraId="0F8CE80C" w14:textId="77777777" w:rsidR="007553FE" w:rsidRPr="00FD1520" w:rsidRDefault="007553FE"/>
          <w:p w14:paraId="2BAEBBB3" w14:textId="77777777" w:rsidR="007553FE" w:rsidRPr="00FD1520" w:rsidRDefault="007553FE"/>
          <w:p w14:paraId="6963835D" w14:textId="77777777" w:rsidR="007553FE" w:rsidRPr="00FD1520" w:rsidRDefault="007553FE"/>
          <w:p w14:paraId="29B36F9D" w14:textId="77777777" w:rsidR="007553FE" w:rsidRPr="00FD1520" w:rsidRDefault="007553FE"/>
          <w:p w14:paraId="63CD91EE" w14:textId="77777777" w:rsidR="007553FE" w:rsidRPr="00FD1520" w:rsidRDefault="007553FE"/>
          <w:p w14:paraId="606444A1" w14:textId="77777777" w:rsidR="007553FE" w:rsidRPr="00FD1520" w:rsidRDefault="007553FE"/>
          <w:p w14:paraId="01A9C748" w14:textId="77777777" w:rsidR="007553FE" w:rsidRPr="00FD1520" w:rsidRDefault="007553FE"/>
          <w:p w14:paraId="694ED31F" w14:textId="77777777" w:rsidR="007553FE" w:rsidRPr="00FD1520" w:rsidRDefault="007553FE"/>
          <w:p w14:paraId="10062E6C" w14:textId="77777777" w:rsidR="007553FE" w:rsidRPr="00FD1520" w:rsidRDefault="007553FE"/>
          <w:p w14:paraId="582FA23A" w14:textId="77777777" w:rsidR="007553FE" w:rsidRPr="00FD1520" w:rsidRDefault="007553FE"/>
          <w:p w14:paraId="366F5F5E" w14:textId="77777777" w:rsidR="007553FE" w:rsidRPr="00FD1520" w:rsidRDefault="007553FE"/>
          <w:p w14:paraId="69AA59E2" w14:textId="77777777" w:rsidR="007553FE" w:rsidRPr="00FD1520" w:rsidRDefault="007553FE" w:rsidP="003A0627"/>
        </w:tc>
      </w:tr>
    </w:tbl>
    <w:p w14:paraId="4F02BAAD" w14:textId="77777777" w:rsidR="003A0627" w:rsidRPr="00FD1520" w:rsidRDefault="003A0627"/>
    <w:tbl>
      <w:tblPr>
        <w:tblStyle w:val="Tabellrutenett"/>
        <w:tblW w:w="0" w:type="auto"/>
        <w:tblLook w:val="04A0" w:firstRow="1" w:lastRow="0" w:firstColumn="1" w:lastColumn="0" w:noHBand="0" w:noVBand="1"/>
      </w:tblPr>
      <w:tblGrid>
        <w:gridCol w:w="9962"/>
      </w:tblGrid>
      <w:tr w:rsidR="003A0627" w:rsidRPr="00FD1520" w14:paraId="64FCBC2E" w14:textId="77777777" w:rsidTr="003A0627">
        <w:tc>
          <w:tcPr>
            <w:tcW w:w="9962" w:type="dxa"/>
          </w:tcPr>
          <w:p w14:paraId="3988512D" w14:textId="77777777" w:rsidR="003A0627" w:rsidRPr="00FD1520" w:rsidRDefault="003A0627" w:rsidP="003A0627">
            <w:pPr>
              <w:spacing w:after="40"/>
            </w:pPr>
            <w:r w:rsidRPr="00FD1520">
              <w:rPr>
                <w:b/>
                <w:sz w:val="20"/>
              </w:rPr>
              <w:t>Relevante vedlegg (liste/henvisninger)</w:t>
            </w:r>
          </w:p>
          <w:p w14:paraId="3D9F0423" w14:textId="77777777" w:rsidR="003A0627" w:rsidRPr="00FD1520" w:rsidRDefault="003A0627" w:rsidP="003A0627">
            <w:r w:rsidRPr="00FD1520">
              <w:rPr>
                <w:sz w:val="20"/>
              </w:rPr>
              <w:t>Oppgi vedleggsnummer og kort beskrivelse av dokumentasjonen.</w:t>
            </w:r>
          </w:p>
          <w:p w14:paraId="2AB7B738" w14:textId="77777777" w:rsidR="003A0627" w:rsidRPr="00FD1520" w:rsidRDefault="003A0627"/>
        </w:tc>
      </w:tr>
    </w:tbl>
    <w:p w14:paraId="00721F82" w14:textId="41756078" w:rsidR="007553FE" w:rsidRPr="00FD1520" w:rsidRDefault="005A3995">
      <w:r w:rsidRPr="00FD1520">
        <w:br w:type="page"/>
      </w:r>
    </w:p>
    <w:p w14:paraId="352F675D" w14:textId="03410F9C" w:rsidR="007553FE" w:rsidRPr="00FD1520" w:rsidRDefault="005A3995">
      <w:r w:rsidRPr="00FD1520">
        <w:rPr>
          <w:b/>
        </w:rPr>
        <w:lastRenderedPageBreak/>
        <w:t xml:space="preserve">Modul: </w:t>
      </w:r>
      <w:r w:rsidR="00D468CA" w:rsidRPr="00D468CA">
        <w:rPr>
          <w:b/>
        </w:rPr>
        <w:t>faglig ledelse og utvikling av en håndverksbedrift</w:t>
      </w:r>
    </w:p>
    <w:p w14:paraId="769D29E8" w14:textId="3EE7BE6F" w:rsidR="007553FE" w:rsidRPr="00FD1520" w:rsidRDefault="00956C15">
      <w:pPr>
        <w:pStyle w:val="Overskrift2"/>
      </w:pPr>
      <w:r w:rsidRPr="00FD1520">
        <w:t xml:space="preserve">2. </w:t>
      </w:r>
      <w:r w:rsidR="00766383" w:rsidRPr="00766383">
        <w:t>faglig kalkulasjon</w:t>
      </w:r>
    </w:p>
    <w:tbl>
      <w:tblPr>
        <w:tblStyle w:val="Tabellrutenett"/>
        <w:tblW w:w="0" w:type="auto"/>
        <w:tblLook w:val="04A0" w:firstRow="1" w:lastRow="0" w:firstColumn="1" w:lastColumn="0" w:noHBand="0" w:noVBand="1"/>
      </w:tblPr>
      <w:tblGrid>
        <w:gridCol w:w="4981"/>
        <w:gridCol w:w="4981"/>
      </w:tblGrid>
      <w:tr w:rsidR="00962B67" w:rsidRPr="00FD1520" w14:paraId="36359E50" w14:textId="77777777" w:rsidTr="00962B67">
        <w:tc>
          <w:tcPr>
            <w:tcW w:w="4981" w:type="dxa"/>
          </w:tcPr>
          <w:p w14:paraId="2E5FE19E" w14:textId="77777777" w:rsidR="00962B67" w:rsidRPr="0064272C" w:rsidRDefault="00962B67" w:rsidP="00962B67">
            <w:pPr>
              <w:spacing w:after="40"/>
              <w:rPr>
                <w:sz w:val="20"/>
                <w:szCs w:val="20"/>
              </w:rPr>
            </w:pPr>
            <w:r w:rsidRPr="0064272C">
              <w:rPr>
                <w:b/>
                <w:sz w:val="20"/>
                <w:szCs w:val="20"/>
              </w:rPr>
              <w:t>Hovedtema</w:t>
            </w:r>
          </w:p>
          <w:p w14:paraId="0D312356" w14:textId="77777777" w:rsidR="00D4070B" w:rsidRPr="0064272C" w:rsidRDefault="00D4070B" w:rsidP="00D4070B">
            <w:pPr>
              <w:rPr>
                <w:sz w:val="20"/>
                <w:szCs w:val="20"/>
              </w:rPr>
            </w:pPr>
            <w:r w:rsidRPr="0064272C">
              <w:rPr>
                <w:sz w:val="20"/>
                <w:szCs w:val="20"/>
              </w:rPr>
              <w:t xml:space="preserve">Hovedtemaet handler om kalkulasjon av produkter og tjenester. </w:t>
            </w:r>
          </w:p>
          <w:p w14:paraId="017AB28E" w14:textId="77777777" w:rsidR="00D4070B" w:rsidRPr="0064272C" w:rsidRDefault="00D4070B" w:rsidP="00D4070B">
            <w:pPr>
              <w:rPr>
                <w:sz w:val="20"/>
                <w:szCs w:val="20"/>
              </w:rPr>
            </w:pPr>
          </w:p>
          <w:p w14:paraId="72D549EA" w14:textId="31255D57" w:rsidR="00962B67" w:rsidRPr="0064272C" w:rsidRDefault="00D4070B" w:rsidP="00D4070B">
            <w:pPr>
              <w:rPr>
                <w:sz w:val="20"/>
                <w:szCs w:val="20"/>
              </w:rPr>
            </w:pPr>
            <w:r w:rsidRPr="0064272C">
              <w:rPr>
                <w:sz w:val="20"/>
                <w:szCs w:val="20"/>
              </w:rPr>
              <w:t>Det omfatter også vurdering av lønnsomhet, analyser og økonomisk rapportering.</w:t>
            </w:r>
          </w:p>
        </w:tc>
        <w:tc>
          <w:tcPr>
            <w:tcW w:w="4981" w:type="dxa"/>
          </w:tcPr>
          <w:p w14:paraId="7201CCA0" w14:textId="77777777" w:rsidR="00962B67" w:rsidRPr="0064272C" w:rsidRDefault="00962B67" w:rsidP="00962B67">
            <w:pPr>
              <w:spacing w:after="40"/>
              <w:rPr>
                <w:sz w:val="20"/>
                <w:szCs w:val="20"/>
              </w:rPr>
            </w:pPr>
            <w:r w:rsidRPr="0064272C">
              <w:rPr>
                <w:b/>
                <w:sz w:val="20"/>
                <w:szCs w:val="20"/>
              </w:rPr>
              <w:t>Innhold</w:t>
            </w:r>
          </w:p>
          <w:p w14:paraId="61072375" w14:textId="41EAFFB2" w:rsidR="008C2FBC" w:rsidRPr="0064272C" w:rsidRDefault="008C2FBC" w:rsidP="008C2FBC">
            <w:pPr>
              <w:pStyle w:val="Punktliste"/>
              <w:numPr>
                <w:ilvl w:val="0"/>
                <w:numId w:val="15"/>
              </w:numPr>
              <w:rPr>
                <w:sz w:val="20"/>
                <w:szCs w:val="20"/>
              </w:rPr>
            </w:pPr>
            <w:r w:rsidRPr="0064272C">
              <w:rPr>
                <w:sz w:val="20"/>
                <w:szCs w:val="20"/>
              </w:rPr>
              <w:t xml:space="preserve">kalkulasjonsmetoder  </w:t>
            </w:r>
          </w:p>
          <w:p w14:paraId="0BEF9644" w14:textId="69E2EEAB" w:rsidR="008C2FBC" w:rsidRPr="0064272C" w:rsidRDefault="008C2FBC" w:rsidP="008C2FBC">
            <w:pPr>
              <w:pStyle w:val="Punktliste"/>
              <w:numPr>
                <w:ilvl w:val="0"/>
                <w:numId w:val="15"/>
              </w:numPr>
              <w:rPr>
                <w:sz w:val="20"/>
                <w:szCs w:val="20"/>
              </w:rPr>
            </w:pPr>
            <w:r w:rsidRPr="0064272C">
              <w:rPr>
                <w:sz w:val="20"/>
                <w:szCs w:val="20"/>
              </w:rPr>
              <w:t xml:space="preserve">for- og etterkalkyler  </w:t>
            </w:r>
          </w:p>
          <w:p w14:paraId="052DF855" w14:textId="7B4A3BBE" w:rsidR="008C2FBC" w:rsidRPr="0064272C" w:rsidRDefault="008C2FBC" w:rsidP="008C2FBC">
            <w:pPr>
              <w:pStyle w:val="Punktliste"/>
              <w:numPr>
                <w:ilvl w:val="0"/>
                <w:numId w:val="15"/>
              </w:numPr>
              <w:rPr>
                <w:sz w:val="20"/>
                <w:szCs w:val="20"/>
              </w:rPr>
            </w:pPr>
            <w:r w:rsidRPr="0064272C">
              <w:rPr>
                <w:sz w:val="20"/>
                <w:szCs w:val="20"/>
              </w:rPr>
              <w:t xml:space="preserve">bruk av nøkkeltall til forbedring av kalkyler  </w:t>
            </w:r>
          </w:p>
          <w:p w14:paraId="433367B6" w14:textId="261E8111" w:rsidR="008C2FBC" w:rsidRPr="0064272C" w:rsidRDefault="008C2FBC" w:rsidP="008C2FBC">
            <w:pPr>
              <w:pStyle w:val="Punktliste"/>
              <w:numPr>
                <w:ilvl w:val="0"/>
                <w:numId w:val="15"/>
              </w:numPr>
              <w:rPr>
                <w:sz w:val="20"/>
                <w:szCs w:val="20"/>
              </w:rPr>
            </w:pPr>
            <w:r w:rsidRPr="0064272C">
              <w:rPr>
                <w:sz w:val="20"/>
                <w:szCs w:val="20"/>
              </w:rPr>
              <w:t xml:space="preserve">lønnsomhetsberegninger  </w:t>
            </w:r>
          </w:p>
          <w:p w14:paraId="7B819B74" w14:textId="4F9C88A8" w:rsidR="00962B67" w:rsidRPr="0064272C" w:rsidRDefault="008C2FBC" w:rsidP="008C2FBC">
            <w:pPr>
              <w:pStyle w:val="Punktliste"/>
              <w:numPr>
                <w:ilvl w:val="0"/>
                <w:numId w:val="15"/>
              </w:numPr>
              <w:rPr>
                <w:sz w:val="20"/>
                <w:szCs w:val="20"/>
              </w:rPr>
            </w:pPr>
            <w:r w:rsidRPr="0064272C">
              <w:rPr>
                <w:sz w:val="20"/>
                <w:szCs w:val="20"/>
              </w:rPr>
              <w:t>rapportering av lønnsomhets utviklingen</w:t>
            </w:r>
          </w:p>
        </w:tc>
      </w:tr>
    </w:tbl>
    <w:p w14:paraId="0A55F7DA" w14:textId="77777777" w:rsidR="00962B67" w:rsidRPr="00FD1520" w:rsidRDefault="00962B67" w:rsidP="00962B67"/>
    <w:tbl>
      <w:tblPr>
        <w:tblStyle w:val="Tabellrutenett"/>
        <w:tblW w:w="0" w:type="auto"/>
        <w:tblLook w:val="04A0" w:firstRow="1" w:lastRow="0" w:firstColumn="1" w:lastColumn="0" w:noHBand="0" w:noVBand="1"/>
      </w:tblPr>
      <w:tblGrid>
        <w:gridCol w:w="9962"/>
      </w:tblGrid>
      <w:tr w:rsidR="007553FE" w:rsidRPr="00FD1520" w14:paraId="52FE3130" w14:textId="77777777" w:rsidTr="00956C15">
        <w:trPr>
          <w:cantSplit/>
          <w:trHeight w:val="5953"/>
        </w:trPr>
        <w:tc>
          <w:tcPr>
            <w:tcW w:w="9962" w:type="dxa"/>
          </w:tcPr>
          <w:p w14:paraId="4FF6CDE2" w14:textId="77777777" w:rsidR="007553FE" w:rsidRPr="00FD1520" w:rsidRDefault="005A3995">
            <w:pPr>
              <w:spacing w:after="40"/>
            </w:pPr>
            <w:r w:rsidRPr="00FD1520">
              <w:rPr>
                <w:b/>
                <w:sz w:val="20"/>
              </w:rPr>
              <w:t>Egenvurdering (skriv her)</w:t>
            </w:r>
          </w:p>
          <w:p w14:paraId="4A4527A6"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A0EEF42" w14:textId="77777777" w:rsidR="007553FE" w:rsidRPr="00FD1520" w:rsidRDefault="007553FE"/>
          <w:p w14:paraId="09FD9CA8" w14:textId="77777777" w:rsidR="007553FE" w:rsidRPr="00FD1520" w:rsidRDefault="007553FE"/>
          <w:p w14:paraId="616F9F2A" w14:textId="77777777" w:rsidR="007553FE" w:rsidRPr="00FD1520" w:rsidRDefault="007553FE"/>
          <w:p w14:paraId="1239E8B3" w14:textId="77777777" w:rsidR="007553FE" w:rsidRPr="00FD1520" w:rsidRDefault="007553FE"/>
          <w:p w14:paraId="52A0D7B8" w14:textId="77777777" w:rsidR="007553FE" w:rsidRPr="00FD1520" w:rsidRDefault="007553FE"/>
          <w:p w14:paraId="7F808CA0" w14:textId="77777777" w:rsidR="007553FE" w:rsidRPr="00FD1520" w:rsidRDefault="007553FE"/>
          <w:p w14:paraId="019FCDB7" w14:textId="77777777" w:rsidR="007553FE" w:rsidRPr="00FD1520" w:rsidRDefault="007553FE"/>
          <w:p w14:paraId="6AA3950F" w14:textId="77777777" w:rsidR="007553FE" w:rsidRPr="00FD1520" w:rsidRDefault="007553FE"/>
          <w:p w14:paraId="209A4767" w14:textId="77777777" w:rsidR="007553FE" w:rsidRPr="00FD1520" w:rsidRDefault="007553FE"/>
          <w:p w14:paraId="59B20F63" w14:textId="77777777" w:rsidR="007553FE" w:rsidRPr="00FD1520" w:rsidRDefault="007553FE"/>
          <w:p w14:paraId="1F05220F" w14:textId="77777777" w:rsidR="007553FE" w:rsidRPr="00FD1520" w:rsidRDefault="007553FE"/>
          <w:p w14:paraId="22F84BCE" w14:textId="77777777" w:rsidR="007553FE" w:rsidRPr="00FD1520" w:rsidRDefault="007553FE"/>
          <w:p w14:paraId="2A80D3B6" w14:textId="77777777" w:rsidR="007553FE" w:rsidRPr="00FD1520" w:rsidRDefault="007553FE"/>
          <w:p w14:paraId="2B46B799" w14:textId="77777777" w:rsidR="007553FE" w:rsidRPr="00FD1520" w:rsidRDefault="007553FE" w:rsidP="00956C15"/>
        </w:tc>
      </w:tr>
    </w:tbl>
    <w:p w14:paraId="5CEDBBF1" w14:textId="77777777" w:rsidR="00956C15" w:rsidRPr="00FD1520" w:rsidRDefault="00956C15"/>
    <w:tbl>
      <w:tblPr>
        <w:tblStyle w:val="Tabellrutenett"/>
        <w:tblW w:w="0" w:type="auto"/>
        <w:tblLook w:val="04A0" w:firstRow="1" w:lastRow="0" w:firstColumn="1" w:lastColumn="0" w:noHBand="0" w:noVBand="1"/>
      </w:tblPr>
      <w:tblGrid>
        <w:gridCol w:w="9962"/>
      </w:tblGrid>
      <w:tr w:rsidR="00956C15" w:rsidRPr="00FD1520" w14:paraId="41C8FC61" w14:textId="77777777" w:rsidTr="00956C15">
        <w:tc>
          <w:tcPr>
            <w:tcW w:w="9962" w:type="dxa"/>
          </w:tcPr>
          <w:p w14:paraId="5AB37E35" w14:textId="77777777" w:rsidR="00956C15" w:rsidRPr="00FD1520" w:rsidRDefault="00956C15" w:rsidP="00956C15">
            <w:pPr>
              <w:spacing w:after="40"/>
            </w:pPr>
            <w:r w:rsidRPr="00FD1520">
              <w:rPr>
                <w:b/>
                <w:sz w:val="20"/>
              </w:rPr>
              <w:t>Relevante vedlegg (liste/henvisninger)</w:t>
            </w:r>
          </w:p>
          <w:p w14:paraId="32FDAAB8" w14:textId="77777777" w:rsidR="00956C15" w:rsidRPr="00FD1520" w:rsidRDefault="00956C15" w:rsidP="00956C15">
            <w:r w:rsidRPr="00FD1520">
              <w:rPr>
                <w:sz w:val="20"/>
              </w:rPr>
              <w:t>Oppgi vedleggsnummer og kort beskrivelse av dokumentasjonen.</w:t>
            </w:r>
          </w:p>
          <w:p w14:paraId="28C5A7F4" w14:textId="77777777" w:rsidR="00956C15" w:rsidRPr="00FD1520" w:rsidRDefault="00956C15"/>
        </w:tc>
      </w:tr>
    </w:tbl>
    <w:p w14:paraId="07D34876" w14:textId="5A53D3B5" w:rsidR="007553FE" w:rsidRPr="00FD1520" w:rsidRDefault="005A3995">
      <w:r w:rsidRPr="00FD1520">
        <w:br w:type="page"/>
      </w:r>
    </w:p>
    <w:p w14:paraId="4F8F8818" w14:textId="0B8E3368" w:rsidR="007553FE" w:rsidRPr="00FD1520" w:rsidRDefault="005A3995">
      <w:r w:rsidRPr="00FD1520">
        <w:rPr>
          <w:b/>
        </w:rPr>
        <w:lastRenderedPageBreak/>
        <w:t xml:space="preserve">Modul: </w:t>
      </w:r>
      <w:r w:rsidR="00D468CA" w:rsidRPr="00D468CA">
        <w:rPr>
          <w:b/>
        </w:rPr>
        <w:t>faglig ledelse og utvikling av en håndverksbedrift</w:t>
      </w:r>
    </w:p>
    <w:p w14:paraId="5064E785" w14:textId="4FC02392" w:rsidR="007553FE" w:rsidRPr="00FD1520" w:rsidRDefault="00956C15">
      <w:pPr>
        <w:pStyle w:val="Overskrift2"/>
      </w:pPr>
      <w:r w:rsidRPr="00FD1520">
        <w:t xml:space="preserve">3. </w:t>
      </w:r>
      <w:r w:rsidR="00AE6E29" w:rsidRPr="00AE6E29">
        <w:t>anbud, tilbud og kontrakter</w:t>
      </w:r>
    </w:p>
    <w:tbl>
      <w:tblPr>
        <w:tblStyle w:val="Tabellrutenett"/>
        <w:tblW w:w="0" w:type="auto"/>
        <w:tblLook w:val="04A0" w:firstRow="1" w:lastRow="0" w:firstColumn="1" w:lastColumn="0" w:noHBand="0" w:noVBand="1"/>
      </w:tblPr>
      <w:tblGrid>
        <w:gridCol w:w="4981"/>
        <w:gridCol w:w="4981"/>
      </w:tblGrid>
      <w:tr w:rsidR="00956C15" w:rsidRPr="00FD1520" w14:paraId="5C64EC3F" w14:textId="77777777" w:rsidTr="00956C15">
        <w:tc>
          <w:tcPr>
            <w:tcW w:w="4981" w:type="dxa"/>
          </w:tcPr>
          <w:p w14:paraId="7C61EC03" w14:textId="77777777" w:rsidR="00956C15" w:rsidRPr="0064272C" w:rsidRDefault="00956C15" w:rsidP="00956C15">
            <w:pPr>
              <w:spacing w:after="40"/>
              <w:rPr>
                <w:sz w:val="20"/>
                <w:szCs w:val="20"/>
              </w:rPr>
            </w:pPr>
            <w:r w:rsidRPr="0064272C">
              <w:rPr>
                <w:b/>
                <w:sz w:val="20"/>
                <w:szCs w:val="20"/>
              </w:rPr>
              <w:t>Hovedtema</w:t>
            </w:r>
          </w:p>
          <w:p w14:paraId="05CDF5FB" w14:textId="4813793A" w:rsidR="00956C15" w:rsidRPr="0064272C" w:rsidRDefault="00AD7FD9" w:rsidP="00956C15">
            <w:pPr>
              <w:rPr>
                <w:sz w:val="20"/>
                <w:szCs w:val="20"/>
              </w:rPr>
            </w:pPr>
            <w:r w:rsidRPr="0064272C">
              <w:rPr>
                <w:sz w:val="20"/>
                <w:szCs w:val="20"/>
              </w:rPr>
              <w:t>Hovedtemaet handler om forretningsmessige kontraktsinngåelser. Det omfatter også strategiske og lønnsomhetsmessige vurderinger.</w:t>
            </w:r>
          </w:p>
        </w:tc>
        <w:tc>
          <w:tcPr>
            <w:tcW w:w="4981" w:type="dxa"/>
          </w:tcPr>
          <w:p w14:paraId="76718E00" w14:textId="77777777" w:rsidR="00956C15" w:rsidRPr="0064272C" w:rsidRDefault="00956C15" w:rsidP="00956C15">
            <w:pPr>
              <w:spacing w:after="40"/>
              <w:rPr>
                <w:sz w:val="20"/>
                <w:szCs w:val="20"/>
              </w:rPr>
            </w:pPr>
            <w:r w:rsidRPr="0064272C">
              <w:rPr>
                <w:b/>
                <w:sz w:val="20"/>
                <w:szCs w:val="20"/>
              </w:rPr>
              <w:t>Innhold</w:t>
            </w:r>
          </w:p>
          <w:p w14:paraId="5830C793" w14:textId="1BD27E15" w:rsidR="00AD7FD9" w:rsidRPr="0064272C" w:rsidRDefault="00AD7FD9" w:rsidP="00AD7FD9">
            <w:pPr>
              <w:pStyle w:val="Punktliste"/>
              <w:numPr>
                <w:ilvl w:val="0"/>
                <w:numId w:val="16"/>
              </w:numPr>
              <w:rPr>
                <w:sz w:val="20"/>
                <w:szCs w:val="20"/>
              </w:rPr>
            </w:pPr>
            <w:r w:rsidRPr="0064272C">
              <w:rPr>
                <w:sz w:val="20"/>
                <w:szCs w:val="20"/>
              </w:rPr>
              <w:t xml:space="preserve">kontraktsområder i bedriften  </w:t>
            </w:r>
          </w:p>
          <w:p w14:paraId="62220CDF" w14:textId="58ED1F31" w:rsidR="00AD7FD9" w:rsidRPr="0064272C" w:rsidRDefault="00AD7FD9" w:rsidP="00AD7FD9">
            <w:pPr>
              <w:pStyle w:val="Punktliste"/>
              <w:numPr>
                <w:ilvl w:val="0"/>
                <w:numId w:val="16"/>
              </w:numPr>
              <w:rPr>
                <w:sz w:val="20"/>
                <w:szCs w:val="20"/>
              </w:rPr>
            </w:pPr>
            <w:r w:rsidRPr="0064272C">
              <w:rPr>
                <w:sz w:val="20"/>
                <w:szCs w:val="20"/>
              </w:rPr>
              <w:t xml:space="preserve">vurdering av anbud  </w:t>
            </w:r>
          </w:p>
          <w:p w14:paraId="7CAE7CBC" w14:textId="3D1B3C82" w:rsidR="00AD7FD9" w:rsidRPr="0064272C" w:rsidRDefault="00AD7FD9" w:rsidP="00AD7FD9">
            <w:pPr>
              <w:pStyle w:val="Punktliste"/>
              <w:numPr>
                <w:ilvl w:val="0"/>
                <w:numId w:val="16"/>
              </w:numPr>
              <w:rPr>
                <w:sz w:val="20"/>
                <w:szCs w:val="20"/>
              </w:rPr>
            </w:pPr>
            <w:r w:rsidRPr="0064272C">
              <w:rPr>
                <w:sz w:val="20"/>
                <w:szCs w:val="20"/>
              </w:rPr>
              <w:t xml:space="preserve">tilbudsutforming  </w:t>
            </w:r>
          </w:p>
          <w:p w14:paraId="4F790036" w14:textId="36001B11" w:rsidR="00AD7FD9" w:rsidRPr="0064272C" w:rsidRDefault="00AD7FD9" w:rsidP="00AD7FD9">
            <w:pPr>
              <w:pStyle w:val="Punktliste"/>
              <w:numPr>
                <w:ilvl w:val="0"/>
                <w:numId w:val="16"/>
              </w:numPr>
              <w:rPr>
                <w:sz w:val="20"/>
                <w:szCs w:val="20"/>
              </w:rPr>
            </w:pPr>
            <w:r w:rsidRPr="0064272C">
              <w:rPr>
                <w:sz w:val="20"/>
                <w:szCs w:val="20"/>
              </w:rPr>
              <w:t xml:space="preserve">krav til avtaler og kontrakter </w:t>
            </w:r>
          </w:p>
          <w:p w14:paraId="78B73E2B" w14:textId="7E2A40AD" w:rsidR="00AD7FD9" w:rsidRPr="0064272C" w:rsidRDefault="00AD7FD9" w:rsidP="00AD7FD9">
            <w:pPr>
              <w:pStyle w:val="Punktliste"/>
              <w:numPr>
                <w:ilvl w:val="0"/>
                <w:numId w:val="16"/>
              </w:numPr>
              <w:rPr>
                <w:sz w:val="20"/>
                <w:szCs w:val="20"/>
              </w:rPr>
            </w:pPr>
            <w:r w:rsidRPr="0064272C">
              <w:rPr>
                <w:sz w:val="20"/>
                <w:szCs w:val="20"/>
              </w:rPr>
              <w:t xml:space="preserve">ulike kontraktstyper inkludert leiekontrakter </w:t>
            </w:r>
          </w:p>
          <w:p w14:paraId="2335B308" w14:textId="5E21EC1B" w:rsidR="00AD7FD9" w:rsidRPr="0064272C" w:rsidRDefault="00AD7FD9" w:rsidP="00AD7FD9">
            <w:pPr>
              <w:pStyle w:val="Punktliste"/>
              <w:numPr>
                <w:ilvl w:val="0"/>
                <w:numId w:val="16"/>
              </w:numPr>
              <w:rPr>
                <w:sz w:val="20"/>
                <w:szCs w:val="20"/>
              </w:rPr>
            </w:pPr>
            <w:r w:rsidRPr="0064272C">
              <w:rPr>
                <w:sz w:val="20"/>
                <w:szCs w:val="20"/>
              </w:rPr>
              <w:t xml:space="preserve">forhandlinger  </w:t>
            </w:r>
          </w:p>
          <w:p w14:paraId="49625508" w14:textId="28D8E0D2" w:rsidR="00956C15" w:rsidRPr="0064272C" w:rsidRDefault="00AD7FD9" w:rsidP="00AD7FD9">
            <w:pPr>
              <w:pStyle w:val="Punktliste"/>
              <w:numPr>
                <w:ilvl w:val="0"/>
                <w:numId w:val="16"/>
              </w:numPr>
              <w:rPr>
                <w:sz w:val="20"/>
                <w:szCs w:val="20"/>
              </w:rPr>
            </w:pPr>
            <w:r w:rsidRPr="0064272C">
              <w:rPr>
                <w:sz w:val="20"/>
                <w:szCs w:val="20"/>
              </w:rPr>
              <w:t>forsikrings- og garantiordninger</w:t>
            </w:r>
          </w:p>
        </w:tc>
      </w:tr>
    </w:tbl>
    <w:p w14:paraId="14649952" w14:textId="77777777" w:rsidR="00956C15" w:rsidRPr="00FD1520" w:rsidRDefault="00956C15" w:rsidP="00956C15"/>
    <w:tbl>
      <w:tblPr>
        <w:tblStyle w:val="Tabellrutenett"/>
        <w:tblW w:w="0" w:type="auto"/>
        <w:tblLook w:val="04A0" w:firstRow="1" w:lastRow="0" w:firstColumn="1" w:lastColumn="0" w:noHBand="0" w:noVBand="1"/>
      </w:tblPr>
      <w:tblGrid>
        <w:gridCol w:w="9962"/>
      </w:tblGrid>
      <w:tr w:rsidR="007553FE" w:rsidRPr="00FD1520" w14:paraId="4B1DE732" w14:textId="77777777" w:rsidTr="00956C15">
        <w:trPr>
          <w:cantSplit/>
          <w:trHeight w:val="5953"/>
        </w:trPr>
        <w:tc>
          <w:tcPr>
            <w:tcW w:w="9962" w:type="dxa"/>
          </w:tcPr>
          <w:p w14:paraId="0D11D28E" w14:textId="77777777" w:rsidR="007553FE" w:rsidRPr="00FD1520" w:rsidRDefault="005A3995">
            <w:pPr>
              <w:spacing w:after="40"/>
            </w:pPr>
            <w:r w:rsidRPr="00FD1520">
              <w:rPr>
                <w:b/>
                <w:sz w:val="20"/>
              </w:rPr>
              <w:t>Egenvurdering (skriv her)</w:t>
            </w:r>
          </w:p>
          <w:p w14:paraId="7FC74AE7"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B917E66" w14:textId="77777777" w:rsidR="007553FE" w:rsidRPr="00FD1520" w:rsidRDefault="007553FE"/>
          <w:p w14:paraId="37AAD9E9" w14:textId="77777777" w:rsidR="007553FE" w:rsidRPr="00FD1520" w:rsidRDefault="007553FE"/>
          <w:p w14:paraId="307684BB" w14:textId="77777777" w:rsidR="007553FE" w:rsidRPr="00FD1520" w:rsidRDefault="007553FE"/>
          <w:p w14:paraId="4DCEBF8B" w14:textId="77777777" w:rsidR="007553FE" w:rsidRPr="00FD1520" w:rsidRDefault="007553FE"/>
          <w:p w14:paraId="0F970786" w14:textId="77777777" w:rsidR="007553FE" w:rsidRPr="00FD1520" w:rsidRDefault="007553FE"/>
          <w:p w14:paraId="300852DB" w14:textId="77777777" w:rsidR="007553FE" w:rsidRPr="00FD1520" w:rsidRDefault="007553FE"/>
          <w:p w14:paraId="4A5F77B8" w14:textId="77777777" w:rsidR="007553FE" w:rsidRPr="00FD1520" w:rsidRDefault="007553FE"/>
          <w:p w14:paraId="4B80B7B8" w14:textId="77777777" w:rsidR="007553FE" w:rsidRPr="00FD1520" w:rsidRDefault="007553FE"/>
          <w:p w14:paraId="2414DA93" w14:textId="77777777" w:rsidR="007553FE" w:rsidRPr="00FD1520" w:rsidRDefault="007553FE"/>
          <w:p w14:paraId="4F11ECE1" w14:textId="77777777" w:rsidR="007553FE" w:rsidRPr="00FD1520" w:rsidRDefault="007553FE"/>
          <w:p w14:paraId="7DB94568" w14:textId="77777777" w:rsidR="007553FE" w:rsidRPr="00FD1520" w:rsidRDefault="007553FE"/>
          <w:p w14:paraId="47A8A689" w14:textId="77777777" w:rsidR="007553FE" w:rsidRPr="00FD1520" w:rsidRDefault="007553FE"/>
          <w:p w14:paraId="2C09A412" w14:textId="77777777" w:rsidR="007553FE" w:rsidRPr="00FD1520" w:rsidRDefault="007553FE"/>
          <w:p w14:paraId="08E81943" w14:textId="77777777" w:rsidR="007553FE" w:rsidRPr="00FD1520" w:rsidRDefault="007553FE"/>
        </w:tc>
      </w:tr>
    </w:tbl>
    <w:p w14:paraId="6D7E79AF" w14:textId="77777777" w:rsidR="00265097" w:rsidRPr="00FD1520" w:rsidRDefault="00265097"/>
    <w:tbl>
      <w:tblPr>
        <w:tblStyle w:val="Tabellrutenett"/>
        <w:tblW w:w="0" w:type="auto"/>
        <w:tblLook w:val="04A0" w:firstRow="1" w:lastRow="0" w:firstColumn="1" w:lastColumn="0" w:noHBand="0" w:noVBand="1"/>
      </w:tblPr>
      <w:tblGrid>
        <w:gridCol w:w="9962"/>
      </w:tblGrid>
      <w:tr w:rsidR="00265097" w:rsidRPr="00FD1520" w14:paraId="4C385FA4" w14:textId="77777777" w:rsidTr="00265097">
        <w:tc>
          <w:tcPr>
            <w:tcW w:w="9962" w:type="dxa"/>
          </w:tcPr>
          <w:p w14:paraId="6358CB53" w14:textId="77777777" w:rsidR="00265097" w:rsidRPr="00FD1520" w:rsidRDefault="00265097" w:rsidP="00265097">
            <w:pPr>
              <w:spacing w:after="40"/>
            </w:pPr>
            <w:r w:rsidRPr="00FD1520">
              <w:rPr>
                <w:b/>
                <w:sz w:val="20"/>
              </w:rPr>
              <w:t>Relevante vedlegg (liste/henvisninger)</w:t>
            </w:r>
          </w:p>
          <w:p w14:paraId="607D24DD" w14:textId="77777777" w:rsidR="00265097" w:rsidRPr="00FD1520" w:rsidRDefault="00265097" w:rsidP="00265097">
            <w:r w:rsidRPr="00FD1520">
              <w:rPr>
                <w:sz w:val="20"/>
              </w:rPr>
              <w:t>Oppgi vedleggsnummer og kort beskrivelse av dokumentasjonen.</w:t>
            </w:r>
          </w:p>
          <w:p w14:paraId="27358B93" w14:textId="77777777" w:rsidR="00265097" w:rsidRPr="00FD1520" w:rsidRDefault="00265097"/>
        </w:tc>
      </w:tr>
    </w:tbl>
    <w:p w14:paraId="34A1B73B" w14:textId="7165E7E7" w:rsidR="007553FE" w:rsidRPr="00FD1520" w:rsidRDefault="005A3995">
      <w:r w:rsidRPr="00FD1520">
        <w:br w:type="page"/>
      </w:r>
    </w:p>
    <w:p w14:paraId="3AFF24DB" w14:textId="628EBBD9" w:rsidR="007553FE" w:rsidRPr="00FD1520" w:rsidRDefault="005A3995">
      <w:r w:rsidRPr="00FD1520">
        <w:rPr>
          <w:b/>
        </w:rPr>
        <w:lastRenderedPageBreak/>
        <w:t>Modul:</w:t>
      </w:r>
      <w:r w:rsidR="00D468CA">
        <w:rPr>
          <w:b/>
        </w:rPr>
        <w:t xml:space="preserve"> </w:t>
      </w:r>
      <w:r w:rsidR="00D468CA" w:rsidRPr="00D468CA">
        <w:rPr>
          <w:b/>
        </w:rPr>
        <w:t>faglig ledelse og utvikling av en håndverksbedrift</w:t>
      </w:r>
    </w:p>
    <w:p w14:paraId="6935B7E7" w14:textId="662F9A7E" w:rsidR="007553FE" w:rsidRPr="00FD1520" w:rsidRDefault="00265097">
      <w:pPr>
        <w:pStyle w:val="Overskrift2"/>
      </w:pPr>
      <w:r w:rsidRPr="00FD1520">
        <w:t xml:space="preserve">4. </w:t>
      </w:r>
      <w:r w:rsidR="00AE6E29" w:rsidRPr="00AE6E29">
        <w:t>HMS og internkontroll</w:t>
      </w:r>
    </w:p>
    <w:tbl>
      <w:tblPr>
        <w:tblStyle w:val="Tabellrutenett"/>
        <w:tblW w:w="0" w:type="auto"/>
        <w:tblLook w:val="04A0" w:firstRow="1" w:lastRow="0" w:firstColumn="1" w:lastColumn="0" w:noHBand="0" w:noVBand="1"/>
      </w:tblPr>
      <w:tblGrid>
        <w:gridCol w:w="4981"/>
        <w:gridCol w:w="4981"/>
      </w:tblGrid>
      <w:tr w:rsidR="00265097" w:rsidRPr="00FD1520" w14:paraId="51B08DA1" w14:textId="77777777" w:rsidTr="00265097">
        <w:tc>
          <w:tcPr>
            <w:tcW w:w="4981" w:type="dxa"/>
          </w:tcPr>
          <w:p w14:paraId="0E7464FC" w14:textId="77777777" w:rsidR="00265097" w:rsidRPr="0064272C" w:rsidRDefault="00265097" w:rsidP="00265097">
            <w:pPr>
              <w:spacing w:after="40"/>
              <w:rPr>
                <w:sz w:val="20"/>
                <w:szCs w:val="20"/>
              </w:rPr>
            </w:pPr>
            <w:r w:rsidRPr="0064272C">
              <w:rPr>
                <w:b/>
                <w:sz w:val="20"/>
                <w:szCs w:val="20"/>
              </w:rPr>
              <w:t>Hovedtema</w:t>
            </w:r>
          </w:p>
          <w:p w14:paraId="7ACBBF83" w14:textId="77777777" w:rsidR="008E3A0E" w:rsidRPr="0064272C" w:rsidRDefault="008E3A0E" w:rsidP="00265097">
            <w:pPr>
              <w:rPr>
                <w:sz w:val="20"/>
                <w:szCs w:val="20"/>
              </w:rPr>
            </w:pPr>
            <w:r w:rsidRPr="0064272C">
              <w:rPr>
                <w:sz w:val="20"/>
                <w:szCs w:val="20"/>
              </w:rPr>
              <w:t xml:space="preserve">Hovedtemaet handler om å drive systematisk HMS-arbeid i tråd med internkontrollforskriften. </w:t>
            </w:r>
          </w:p>
          <w:p w14:paraId="24101B1F" w14:textId="77777777" w:rsidR="008E3A0E" w:rsidRPr="0064272C" w:rsidRDefault="008E3A0E" w:rsidP="00265097">
            <w:pPr>
              <w:rPr>
                <w:sz w:val="20"/>
                <w:szCs w:val="20"/>
              </w:rPr>
            </w:pPr>
          </w:p>
          <w:p w14:paraId="188DF775" w14:textId="757EFF2B" w:rsidR="00265097" w:rsidRPr="0064272C" w:rsidRDefault="008E3A0E" w:rsidP="00265097">
            <w:pPr>
              <w:rPr>
                <w:sz w:val="20"/>
                <w:szCs w:val="20"/>
              </w:rPr>
            </w:pPr>
            <w:r w:rsidRPr="0064272C">
              <w:rPr>
                <w:sz w:val="20"/>
                <w:szCs w:val="20"/>
              </w:rPr>
              <w:t>Sentralt i temaet står lederens rolle som ansvarlig for HMS-arbeidet og betydningen av forebyggende arbeid. Det innebærer også leders oppfølging av ansatte, blant annet når det gjelder sykefravær.</w:t>
            </w:r>
          </w:p>
        </w:tc>
        <w:tc>
          <w:tcPr>
            <w:tcW w:w="4981" w:type="dxa"/>
          </w:tcPr>
          <w:p w14:paraId="1A5615B5" w14:textId="77777777" w:rsidR="00265097" w:rsidRPr="0064272C" w:rsidRDefault="00265097" w:rsidP="00265097">
            <w:pPr>
              <w:spacing w:after="40"/>
              <w:rPr>
                <w:sz w:val="20"/>
                <w:szCs w:val="20"/>
              </w:rPr>
            </w:pPr>
            <w:r w:rsidRPr="0064272C">
              <w:rPr>
                <w:b/>
                <w:sz w:val="20"/>
                <w:szCs w:val="20"/>
              </w:rPr>
              <w:t>Innhold</w:t>
            </w:r>
          </w:p>
          <w:p w14:paraId="20948B44" w14:textId="4ACE6C99" w:rsidR="001C4CA2" w:rsidRPr="0064272C" w:rsidRDefault="00814900" w:rsidP="001C4CA2">
            <w:pPr>
              <w:pStyle w:val="Punktliste"/>
              <w:numPr>
                <w:ilvl w:val="0"/>
                <w:numId w:val="17"/>
              </w:numPr>
              <w:rPr>
                <w:sz w:val="20"/>
                <w:szCs w:val="20"/>
              </w:rPr>
            </w:pPr>
            <w:r w:rsidRPr="0064272C">
              <w:rPr>
                <w:sz w:val="20"/>
                <w:szCs w:val="20"/>
              </w:rPr>
              <w:t xml:space="preserve">internkontrollforskriften  </w:t>
            </w:r>
          </w:p>
          <w:p w14:paraId="4D3D44B8" w14:textId="56E28328" w:rsidR="001C4CA2" w:rsidRPr="0064272C" w:rsidRDefault="00814900" w:rsidP="001C4CA2">
            <w:pPr>
              <w:pStyle w:val="Punktliste"/>
              <w:numPr>
                <w:ilvl w:val="0"/>
                <w:numId w:val="17"/>
              </w:numPr>
              <w:rPr>
                <w:sz w:val="20"/>
                <w:szCs w:val="20"/>
              </w:rPr>
            </w:pPr>
            <w:r w:rsidRPr="0064272C">
              <w:rPr>
                <w:sz w:val="20"/>
                <w:szCs w:val="20"/>
              </w:rPr>
              <w:t xml:space="preserve">organisering av HMS-arbeid  </w:t>
            </w:r>
          </w:p>
          <w:p w14:paraId="13FBF8F5" w14:textId="2DA2BABC" w:rsidR="001C4CA2" w:rsidRPr="0064272C" w:rsidRDefault="00814900" w:rsidP="001C4CA2">
            <w:pPr>
              <w:pStyle w:val="Punktliste"/>
              <w:numPr>
                <w:ilvl w:val="0"/>
                <w:numId w:val="17"/>
              </w:numPr>
              <w:rPr>
                <w:sz w:val="20"/>
                <w:szCs w:val="20"/>
              </w:rPr>
            </w:pPr>
            <w:r w:rsidRPr="0064272C">
              <w:rPr>
                <w:sz w:val="20"/>
                <w:szCs w:val="20"/>
              </w:rPr>
              <w:t>kartotek over helse- og miljøfarlige stoffer</w:t>
            </w:r>
            <w:r w:rsidR="001C4CA2" w:rsidRPr="0064272C">
              <w:rPr>
                <w:sz w:val="20"/>
                <w:szCs w:val="20"/>
              </w:rPr>
              <w:t xml:space="preserve">  </w:t>
            </w:r>
          </w:p>
          <w:p w14:paraId="12E46187" w14:textId="17D6FC88" w:rsidR="001C4CA2" w:rsidRPr="0064272C" w:rsidRDefault="001C4CA2" w:rsidP="001C4CA2">
            <w:pPr>
              <w:pStyle w:val="Punktliste"/>
              <w:numPr>
                <w:ilvl w:val="0"/>
                <w:numId w:val="17"/>
              </w:numPr>
              <w:rPr>
                <w:sz w:val="20"/>
                <w:szCs w:val="20"/>
              </w:rPr>
            </w:pPr>
            <w:r w:rsidRPr="0064272C">
              <w:rPr>
                <w:sz w:val="20"/>
                <w:szCs w:val="20"/>
              </w:rPr>
              <w:t xml:space="preserve">avfallshåndtering </w:t>
            </w:r>
          </w:p>
          <w:p w14:paraId="2B6F06EF" w14:textId="3C7B04DD" w:rsidR="001C4CA2" w:rsidRPr="0064272C" w:rsidRDefault="001C4CA2" w:rsidP="001C4CA2">
            <w:pPr>
              <w:pStyle w:val="Punktliste"/>
              <w:numPr>
                <w:ilvl w:val="0"/>
                <w:numId w:val="17"/>
              </w:numPr>
              <w:rPr>
                <w:sz w:val="20"/>
                <w:szCs w:val="20"/>
              </w:rPr>
            </w:pPr>
            <w:r w:rsidRPr="0064272C">
              <w:rPr>
                <w:sz w:val="20"/>
                <w:szCs w:val="20"/>
              </w:rPr>
              <w:t xml:space="preserve">verneombud og vernerunder </w:t>
            </w:r>
          </w:p>
          <w:p w14:paraId="40B542EA" w14:textId="388BC8A0" w:rsidR="001C4CA2" w:rsidRPr="0064272C" w:rsidRDefault="001C4CA2" w:rsidP="001C4CA2">
            <w:pPr>
              <w:pStyle w:val="Punktliste"/>
              <w:numPr>
                <w:ilvl w:val="0"/>
                <w:numId w:val="17"/>
              </w:numPr>
              <w:rPr>
                <w:sz w:val="20"/>
                <w:szCs w:val="20"/>
              </w:rPr>
            </w:pPr>
            <w:r w:rsidRPr="0064272C">
              <w:rPr>
                <w:sz w:val="20"/>
                <w:szCs w:val="20"/>
              </w:rPr>
              <w:t xml:space="preserve">HMS -plan og risikoanalyse  </w:t>
            </w:r>
          </w:p>
          <w:p w14:paraId="73D287BB" w14:textId="570366CE" w:rsidR="001C4CA2" w:rsidRPr="0064272C" w:rsidRDefault="001C4CA2" w:rsidP="001C4CA2">
            <w:pPr>
              <w:pStyle w:val="Punktliste"/>
              <w:numPr>
                <w:ilvl w:val="0"/>
                <w:numId w:val="17"/>
              </w:numPr>
              <w:rPr>
                <w:sz w:val="20"/>
                <w:szCs w:val="20"/>
              </w:rPr>
            </w:pPr>
            <w:r w:rsidRPr="0064272C">
              <w:rPr>
                <w:sz w:val="20"/>
                <w:szCs w:val="20"/>
              </w:rPr>
              <w:t xml:space="preserve">holdningsskapende arbeid  </w:t>
            </w:r>
          </w:p>
          <w:p w14:paraId="229B6E17" w14:textId="3FDB3169" w:rsidR="001C4CA2" w:rsidRPr="0064272C" w:rsidRDefault="001C4CA2" w:rsidP="001C4CA2">
            <w:pPr>
              <w:pStyle w:val="Punktliste"/>
              <w:numPr>
                <w:ilvl w:val="0"/>
                <w:numId w:val="17"/>
              </w:numPr>
              <w:rPr>
                <w:sz w:val="20"/>
                <w:szCs w:val="20"/>
              </w:rPr>
            </w:pPr>
            <w:r w:rsidRPr="0064272C">
              <w:rPr>
                <w:sz w:val="20"/>
                <w:szCs w:val="20"/>
              </w:rPr>
              <w:t xml:space="preserve">oppfølging av sykefravær  </w:t>
            </w:r>
          </w:p>
          <w:p w14:paraId="195AF688" w14:textId="6EADF4F6" w:rsidR="00265097" w:rsidRPr="0064272C" w:rsidRDefault="001C4CA2" w:rsidP="001C4CA2">
            <w:pPr>
              <w:pStyle w:val="Punktliste"/>
              <w:numPr>
                <w:ilvl w:val="0"/>
                <w:numId w:val="17"/>
              </w:numPr>
              <w:rPr>
                <w:sz w:val="20"/>
                <w:szCs w:val="20"/>
              </w:rPr>
            </w:pPr>
            <w:r w:rsidRPr="0064272C">
              <w:rPr>
                <w:sz w:val="20"/>
                <w:szCs w:val="20"/>
              </w:rPr>
              <w:t>eksterne ressurser og samarbeidspartnere i HMS-arbeidet</w:t>
            </w:r>
          </w:p>
        </w:tc>
      </w:tr>
    </w:tbl>
    <w:p w14:paraId="7CF59EB8" w14:textId="77777777" w:rsidR="00265097" w:rsidRPr="00FD1520" w:rsidRDefault="00265097" w:rsidP="00265097"/>
    <w:tbl>
      <w:tblPr>
        <w:tblStyle w:val="Tabellrutenett"/>
        <w:tblW w:w="0" w:type="auto"/>
        <w:tblLook w:val="04A0" w:firstRow="1" w:lastRow="0" w:firstColumn="1" w:lastColumn="0" w:noHBand="0" w:noVBand="1"/>
      </w:tblPr>
      <w:tblGrid>
        <w:gridCol w:w="9962"/>
      </w:tblGrid>
      <w:tr w:rsidR="007553FE" w:rsidRPr="00FD1520" w14:paraId="163BD704" w14:textId="77777777" w:rsidTr="00265097">
        <w:trPr>
          <w:cantSplit/>
          <w:trHeight w:val="5953"/>
        </w:trPr>
        <w:tc>
          <w:tcPr>
            <w:tcW w:w="9962" w:type="dxa"/>
          </w:tcPr>
          <w:p w14:paraId="49A48681" w14:textId="77777777" w:rsidR="007553FE" w:rsidRPr="00FD1520" w:rsidRDefault="005A3995">
            <w:pPr>
              <w:spacing w:after="40"/>
            </w:pPr>
            <w:r w:rsidRPr="00FD1520">
              <w:rPr>
                <w:b/>
                <w:sz w:val="20"/>
              </w:rPr>
              <w:t>Egenvurdering (skriv her)</w:t>
            </w:r>
          </w:p>
          <w:p w14:paraId="47C8E565"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1152811" w14:textId="77777777" w:rsidR="007553FE" w:rsidRPr="00FD1520" w:rsidRDefault="007553FE"/>
          <w:p w14:paraId="23AEB585" w14:textId="77777777" w:rsidR="007553FE" w:rsidRPr="00FD1520" w:rsidRDefault="007553FE"/>
          <w:p w14:paraId="007682A4" w14:textId="77777777" w:rsidR="007553FE" w:rsidRPr="00FD1520" w:rsidRDefault="007553FE"/>
          <w:p w14:paraId="5D7E8BF4" w14:textId="77777777" w:rsidR="007553FE" w:rsidRPr="00FD1520" w:rsidRDefault="007553FE"/>
          <w:p w14:paraId="5ACC04F1" w14:textId="77777777" w:rsidR="007553FE" w:rsidRPr="00FD1520" w:rsidRDefault="007553FE"/>
          <w:p w14:paraId="5FE67175" w14:textId="77777777" w:rsidR="007553FE" w:rsidRPr="00FD1520" w:rsidRDefault="007553FE"/>
          <w:p w14:paraId="269B8287" w14:textId="77777777" w:rsidR="007553FE" w:rsidRPr="00FD1520" w:rsidRDefault="007553FE"/>
          <w:p w14:paraId="36EB3389" w14:textId="77777777" w:rsidR="007553FE" w:rsidRPr="00FD1520" w:rsidRDefault="007553FE"/>
          <w:p w14:paraId="7824D4F9" w14:textId="77777777" w:rsidR="007553FE" w:rsidRPr="00FD1520" w:rsidRDefault="007553FE"/>
          <w:p w14:paraId="380B5C3A" w14:textId="77777777" w:rsidR="007553FE" w:rsidRPr="00FD1520" w:rsidRDefault="007553FE"/>
          <w:p w14:paraId="26DDFC02" w14:textId="77777777" w:rsidR="007553FE" w:rsidRPr="00FD1520" w:rsidRDefault="007553FE"/>
          <w:p w14:paraId="2D199186" w14:textId="77777777" w:rsidR="007553FE" w:rsidRPr="00FD1520" w:rsidRDefault="007553FE"/>
          <w:p w14:paraId="48F08F61" w14:textId="77777777" w:rsidR="007553FE" w:rsidRPr="00FD1520" w:rsidRDefault="007553FE"/>
          <w:p w14:paraId="4FB963F0" w14:textId="77777777" w:rsidR="007553FE" w:rsidRPr="00FD1520" w:rsidRDefault="007553FE"/>
        </w:tc>
      </w:tr>
    </w:tbl>
    <w:p w14:paraId="1F4C83F0" w14:textId="5CAA72CA" w:rsidR="007553FE" w:rsidRPr="00FD1520" w:rsidRDefault="007553FE"/>
    <w:tbl>
      <w:tblPr>
        <w:tblStyle w:val="Tabellrutenett"/>
        <w:tblW w:w="0" w:type="auto"/>
        <w:tblLook w:val="04A0" w:firstRow="1" w:lastRow="0" w:firstColumn="1" w:lastColumn="0" w:noHBand="0" w:noVBand="1"/>
      </w:tblPr>
      <w:tblGrid>
        <w:gridCol w:w="9962"/>
      </w:tblGrid>
      <w:tr w:rsidR="00265097" w:rsidRPr="00FD1520" w14:paraId="6299CF32" w14:textId="77777777" w:rsidTr="00265097">
        <w:tc>
          <w:tcPr>
            <w:tcW w:w="9962" w:type="dxa"/>
          </w:tcPr>
          <w:p w14:paraId="5849C38D" w14:textId="77777777" w:rsidR="00265097" w:rsidRPr="00FD1520" w:rsidRDefault="00265097" w:rsidP="00265097">
            <w:pPr>
              <w:spacing w:after="40"/>
            </w:pPr>
            <w:r w:rsidRPr="00FD1520">
              <w:rPr>
                <w:b/>
                <w:sz w:val="20"/>
              </w:rPr>
              <w:t>Relevante vedlegg (liste/henvisninger)</w:t>
            </w:r>
          </w:p>
          <w:p w14:paraId="20DFCB78" w14:textId="77777777" w:rsidR="00265097" w:rsidRPr="00FD1520" w:rsidRDefault="00265097" w:rsidP="00265097">
            <w:r w:rsidRPr="00FD1520">
              <w:rPr>
                <w:sz w:val="20"/>
              </w:rPr>
              <w:t>Oppgi vedleggsnummer og kort beskrivelse av dokumentasjonen.</w:t>
            </w:r>
          </w:p>
          <w:p w14:paraId="1E8E2E0D" w14:textId="77777777" w:rsidR="00265097" w:rsidRPr="00FD1520" w:rsidRDefault="00265097"/>
          <w:p w14:paraId="68BBE77C" w14:textId="77777777" w:rsidR="00265097" w:rsidRPr="00FD1520" w:rsidRDefault="00265097"/>
          <w:p w14:paraId="6F431CA6" w14:textId="77777777" w:rsidR="00265097" w:rsidRPr="00FD1520" w:rsidRDefault="00265097"/>
          <w:p w14:paraId="62406BD1" w14:textId="77777777" w:rsidR="00265097" w:rsidRPr="00FD1520" w:rsidRDefault="00265097"/>
          <w:p w14:paraId="63377BEB" w14:textId="77777777" w:rsidR="00265097" w:rsidRPr="00FD1520" w:rsidRDefault="00265097"/>
        </w:tc>
      </w:tr>
    </w:tbl>
    <w:p w14:paraId="6285B7BD" w14:textId="77777777" w:rsidR="00265097" w:rsidRPr="00FD1520" w:rsidRDefault="00265097"/>
    <w:p w14:paraId="1E8790D3" w14:textId="77777777" w:rsidR="0064272C" w:rsidRDefault="0064272C" w:rsidP="00D468CA">
      <w:pPr>
        <w:rPr>
          <w:b/>
        </w:rPr>
      </w:pPr>
    </w:p>
    <w:p w14:paraId="74FB4F3D" w14:textId="04647FCD" w:rsidR="00D468CA" w:rsidRPr="00FD1520" w:rsidRDefault="00D468CA" w:rsidP="00D468CA">
      <w:r w:rsidRPr="00FD1520">
        <w:rPr>
          <w:b/>
        </w:rPr>
        <w:lastRenderedPageBreak/>
        <w:t>Modul:</w:t>
      </w:r>
      <w:r>
        <w:rPr>
          <w:b/>
        </w:rPr>
        <w:t xml:space="preserve"> </w:t>
      </w:r>
      <w:r w:rsidRPr="00D468CA">
        <w:rPr>
          <w:b/>
        </w:rPr>
        <w:t>faglig ledelse og utvikling av en håndverksbedrift</w:t>
      </w:r>
    </w:p>
    <w:p w14:paraId="681BC288" w14:textId="0B1A59B6" w:rsidR="00D468CA" w:rsidRPr="00FD1520" w:rsidRDefault="00D468CA" w:rsidP="00D468CA">
      <w:pPr>
        <w:pStyle w:val="Overskrift2"/>
      </w:pPr>
      <w:r>
        <w:t>5.</w:t>
      </w:r>
      <w:r w:rsidRPr="00FD1520">
        <w:t xml:space="preserve"> </w:t>
      </w:r>
      <w:r w:rsidR="00AE6E29" w:rsidRPr="00AE6E29">
        <w:t>kompetanse- og personalutvikling</w:t>
      </w:r>
    </w:p>
    <w:tbl>
      <w:tblPr>
        <w:tblStyle w:val="Tabellrutenett"/>
        <w:tblW w:w="0" w:type="auto"/>
        <w:tblLook w:val="04A0" w:firstRow="1" w:lastRow="0" w:firstColumn="1" w:lastColumn="0" w:noHBand="0" w:noVBand="1"/>
      </w:tblPr>
      <w:tblGrid>
        <w:gridCol w:w="4981"/>
        <w:gridCol w:w="4981"/>
      </w:tblGrid>
      <w:tr w:rsidR="00D468CA" w:rsidRPr="00FD1520" w14:paraId="1714D17C" w14:textId="77777777" w:rsidTr="00393A49">
        <w:tc>
          <w:tcPr>
            <w:tcW w:w="4981" w:type="dxa"/>
          </w:tcPr>
          <w:p w14:paraId="0C02C07D" w14:textId="77777777" w:rsidR="00D468CA" w:rsidRPr="0064272C" w:rsidRDefault="00D468CA" w:rsidP="00393A49">
            <w:pPr>
              <w:spacing w:after="40"/>
              <w:rPr>
                <w:sz w:val="20"/>
                <w:szCs w:val="20"/>
              </w:rPr>
            </w:pPr>
            <w:r w:rsidRPr="0064272C">
              <w:rPr>
                <w:b/>
                <w:sz w:val="20"/>
                <w:szCs w:val="20"/>
              </w:rPr>
              <w:t>Hovedtema</w:t>
            </w:r>
          </w:p>
          <w:p w14:paraId="13336563" w14:textId="77777777" w:rsidR="00D66780" w:rsidRPr="0064272C" w:rsidRDefault="00D66780" w:rsidP="00393A49">
            <w:pPr>
              <w:rPr>
                <w:sz w:val="20"/>
                <w:szCs w:val="20"/>
              </w:rPr>
            </w:pPr>
            <w:r w:rsidRPr="0064272C">
              <w:rPr>
                <w:sz w:val="20"/>
                <w:szCs w:val="20"/>
              </w:rPr>
              <w:t xml:space="preserve">Hovedtemaet handler om kartlegging og vurdering av kompetansebehov i bedriften. </w:t>
            </w:r>
          </w:p>
          <w:p w14:paraId="6AB8EEB6" w14:textId="77777777" w:rsidR="00D66780" w:rsidRPr="0064272C" w:rsidRDefault="00D66780" w:rsidP="00393A49">
            <w:pPr>
              <w:rPr>
                <w:sz w:val="20"/>
                <w:szCs w:val="20"/>
              </w:rPr>
            </w:pPr>
          </w:p>
          <w:p w14:paraId="609F3028" w14:textId="35C53CC4" w:rsidR="00D468CA" w:rsidRPr="0064272C" w:rsidRDefault="00D66780" w:rsidP="00393A49">
            <w:pPr>
              <w:rPr>
                <w:sz w:val="20"/>
                <w:szCs w:val="20"/>
              </w:rPr>
            </w:pPr>
            <w:r w:rsidRPr="0064272C">
              <w:rPr>
                <w:sz w:val="20"/>
                <w:szCs w:val="20"/>
              </w:rPr>
              <w:t>Rekruttering og utvikling av medarbeidere inngår i temaet. Det gjør også lærlingordningen.</w:t>
            </w:r>
          </w:p>
        </w:tc>
        <w:tc>
          <w:tcPr>
            <w:tcW w:w="4981" w:type="dxa"/>
          </w:tcPr>
          <w:p w14:paraId="560769F0" w14:textId="77777777" w:rsidR="00D468CA" w:rsidRPr="0064272C" w:rsidRDefault="00D468CA" w:rsidP="00393A49">
            <w:pPr>
              <w:spacing w:after="40"/>
              <w:rPr>
                <w:sz w:val="20"/>
                <w:szCs w:val="20"/>
              </w:rPr>
            </w:pPr>
            <w:r w:rsidRPr="0064272C">
              <w:rPr>
                <w:b/>
                <w:sz w:val="20"/>
                <w:szCs w:val="20"/>
              </w:rPr>
              <w:t>Innhold</w:t>
            </w:r>
          </w:p>
          <w:p w14:paraId="20C48DCE" w14:textId="47F65EA7" w:rsidR="00D66780" w:rsidRPr="0064272C" w:rsidRDefault="00D66780" w:rsidP="00D66780">
            <w:pPr>
              <w:pStyle w:val="Punktliste"/>
              <w:numPr>
                <w:ilvl w:val="0"/>
                <w:numId w:val="18"/>
              </w:numPr>
              <w:rPr>
                <w:sz w:val="20"/>
                <w:szCs w:val="20"/>
              </w:rPr>
            </w:pPr>
            <w:r w:rsidRPr="0064272C">
              <w:rPr>
                <w:sz w:val="20"/>
                <w:szCs w:val="20"/>
              </w:rPr>
              <w:t xml:space="preserve">kompetansekrav  </w:t>
            </w:r>
          </w:p>
          <w:p w14:paraId="7CA55AFB" w14:textId="6F37BA63" w:rsidR="00D66780" w:rsidRPr="0064272C" w:rsidRDefault="00D66780" w:rsidP="00D66780">
            <w:pPr>
              <w:pStyle w:val="Punktliste"/>
              <w:numPr>
                <w:ilvl w:val="0"/>
                <w:numId w:val="18"/>
              </w:numPr>
              <w:rPr>
                <w:sz w:val="20"/>
                <w:szCs w:val="20"/>
              </w:rPr>
            </w:pPr>
            <w:r w:rsidRPr="0064272C">
              <w:rPr>
                <w:sz w:val="20"/>
                <w:szCs w:val="20"/>
              </w:rPr>
              <w:t xml:space="preserve">kartlegging av bedriftens kompetansebehov </w:t>
            </w:r>
          </w:p>
          <w:p w14:paraId="13B121B7" w14:textId="0AAD7BC3" w:rsidR="00D66780" w:rsidRPr="0064272C" w:rsidRDefault="00D66780" w:rsidP="00D66780">
            <w:pPr>
              <w:pStyle w:val="Punktliste"/>
              <w:numPr>
                <w:ilvl w:val="0"/>
                <w:numId w:val="18"/>
              </w:numPr>
              <w:rPr>
                <w:sz w:val="20"/>
                <w:szCs w:val="20"/>
              </w:rPr>
            </w:pPr>
            <w:r w:rsidRPr="0064272C">
              <w:rPr>
                <w:sz w:val="20"/>
                <w:szCs w:val="20"/>
              </w:rPr>
              <w:t xml:space="preserve">utvikling og rekruttering av kompetanse  </w:t>
            </w:r>
          </w:p>
          <w:p w14:paraId="4BC28727" w14:textId="00C7C3C1" w:rsidR="00D66780" w:rsidRPr="0064272C" w:rsidRDefault="00D66780" w:rsidP="00D66780">
            <w:pPr>
              <w:pStyle w:val="Punktliste"/>
              <w:numPr>
                <w:ilvl w:val="0"/>
                <w:numId w:val="18"/>
              </w:numPr>
              <w:rPr>
                <w:sz w:val="20"/>
                <w:szCs w:val="20"/>
              </w:rPr>
            </w:pPr>
            <w:r w:rsidRPr="0064272C">
              <w:rPr>
                <w:sz w:val="20"/>
                <w:szCs w:val="20"/>
              </w:rPr>
              <w:t xml:space="preserve">læringsmuligheter på arbeidsplassen og via nettressurser  </w:t>
            </w:r>
          </w:p>
          <w:p w14:paraId="7577FC3E" w14:textId="0D673756" w:rsidR="00D468CA" w:rsidRPr="0064272C" w:rsidRDefault="00D66780" w:rsidP="00D66780">
            <w:pPr>
              <w:pStyle w:val="Punktliste"/>
              <w:numPr>
                <w:ilvl w:val="0"/>
                <w:numId w:val="18"/>
              </w:numPr>
              <w:rPr>
                <w:sz w:val="20"/>
                <w:szCs w:val="20"/>
              </w:rPr>
            </w:pPr>
            <w:r w:rsidRPr="0064272C">
              <w:rPr>
                <w:sz w:val="20"/>
                <w:szCs w:val="20"/>
              </w:rPr>
              <w:t>eksterne ressurser og samarbeidspartnere, inkludert lærlingordningen</w:t>
            </w:r>
          </w:p>
        </w:tc>
      </w:tr>
    </w:tbl>
    <w:p w14:paraId="14B5385F" w14:textId="77777777" w:rsidR="00D468CA" w:rsidRPr="00FD1520" w:rsidRDefault="00D468CA" w:rsidP="00D468CA"/>
    <w:tbl>
      <w:tblPr>
        <w:tblStyle w:val="Tabellrutenett"/>
        <w:tblW w:w="0" w:type="auto"/>
        <w:tblLook w:val="04A0" w:firstRow="1" w:lastRow="0" w:firstColumn="1" w:lastColumn="0" w:noHBand="0" w:noVBand="1"/>
      </w:tblPr>
      <w:tblGrid>
        <w:gridCol w:w="9962"/>
      </w:tblGrid>
      <w:tr w:rsidR="00D468CA" w:rsidRPr="00FD1520" w14:paraId="75B310E3" w14:textId="77777777" w:rsidTr="0064272C">
        <w:trPr>
          <w:cantSplit/>
          <w:trHeight w:val="6742"/>
        </w:trPr>
        <w:tc>
          <w:tcPr>
            <w:tcW w:w="9962" w:type="dxa"/>
          </w:tcPr>
          <w:p w14:paraId="07406271" w14:textId="77777777" w:rsidR="00D468CA" w:rsidRPr="00FD1520" w:rsidRDefault="00D468CA" w:rsidP="00393A49">
            <w:pPr>
              <w:spacing w:after="40"/>
            </w:pPr>
            <w:r w:rsidRPr="00FD1520">
              <w:rPr>
                <w:b/>
                <w:sz w:val="20"/>
              </w:rPr>
              <w:t>Egenvurdering (skriv her)</w:t>
            </w:r>
          </w:p>
          <w:p w14:paraId="4C0D38EE" w14:textId="77777777" w:rsidR="00D468CA" w:rsidRPr="00FD1520" w:rsidRDefault="00D468CA" w:rsidP="00393A49">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24DDEEC" w14:textId="77777777" w:rsidR="00D468CA" w:rsidRPr="00FD1520" w:rsidRDefault="00D468CA" w:rsidP="00393A49"/>
          <w:p w14:paraId="706DE31E" w14:textId="77777777" w:rsidR="00D468CA" w:rsidRPr="00FD1520" w:rsidRDefault="00D468CA" w:rsidP="00393A49"/>
          <w:p w14:paraId="0B8F37A9" w14:textId="77777777" w:rsidR="00D468CA" w:rsidRPr="00FD1520" w:rsidRDefault="00D468CA" w:rsidP="00393A49"/>
          <w:p w14:paraId="105706F8" w14:textId="77777777" w:rsidR="00D468CA" w:rsidRPr="00FD1520" w:rsidRDefault="00D468CA" w:rsidP="00393A49"/>
        </w:tc>
      </w:tr>
    </w:tbl>
    <w:p w14:paraId="719BC887" w14:textId="77777777" w:rsidR="00D468CA" w:rsidRPr="00FD1520" w:rsidRDefault="00D468CA" w:rsidP="00D468CA"/>
    <w:tbl>
      <w:tblPr>
        <w:tblStyle w:val="Tabellrutenett"/>
        <w:tblW w:w="0" w:type="auto"/>
        <w:tblLook w:val="04A0" w:firstRow="1" w:lastRow="0" w:firstColumn="1" w:lastColumn="0" w:noHBand="0" w:noVBand="1"/>
      </w:tblPr>
      <w:tblGrid>
        <w:gridCol w:w="9962"/>
      </w:tblGrid>
      <w:tr w:rsidR="00D468CA" w:rsidRPr="00FD1520" w14:paraId="5837A4D8" w14:textId="77777777" w:rsidTr="00393A49">
        <w:tc>
          <w:tcPr>
            <w:tcW w:w="9962" w:type="dxa"/>
          </w:tcPr>
          <w:p w14:paraId="0068CAD3" w14:textId="77777777" w:rsidR="00D468CA" w:rsidRPr="00FD1520" w:rsidRDefault="00D468CA" w:rsidP="00393A49">
            <w:pPr>
              <w:spacing w:after="40"/>
            </w:pPr>
            <w:r w:rsidRPr="00FD1520">
              <w:rPr>
                <w:b/>
                <w:sz w:val="20"/>
              </w:rPr>
              <w:t>Relevante vedlegg (liste/henvisninger)</w:t>
            </w:r>
          </w:p>
          <w:p w14:paraId="4F39A3CB" w14:textId="77777777" w:rsidR="00D468CA" w:rsidRPr="00FD1520" w:rsidRDefault="00D468CA" w:rsidP="00393A49">
            <w:r w:rsidRPr="00FD1520">
              <w:rPr>
                <w:sz w:val="20"/>
              </w:rPr>
              <w:t>Oppgi vedleggsnummer og kort beskrivelse av dokumentasjonen.</w:t>
            </w:r>
          </w:p>
          <w:p w14:paraId="714D83DA" w14:textId="77777777" w:rsidR="00D468CA" w:rsidRPr="00FD1520" w:rsidRDefault="00D468CA" w:rsidP="00393A49"/>
          <w:p w14:paraId="45C83A01" w14:textId="77777777" w:rsidR="00D468CA" w:rsidRPr="00FD1520" w:rsidRDefault="00D468CA" w:rsidP="00393A49"/>
          <w:p w14:paraId="2D66234A" w14:textId="77777777" w:rsidR="00D468CA" w:rsidRPr="00FD1520" w:rsidRDefault="00D468CA" w:rsidP="00393A49"/>
          <w:p w14:paraId="42648914" w14:textId="77777777" w:rsidR="00D468CA" w:rsidRPr="00FD1520" w:rsidRDefault="00D468CA" w:rsidP="00393A49"/>
          <w:p w14:paraId="25EB8AC6" w14:textId="77777777" w:rsidR="00D468CA" w:rsidRPr="00FD1520" w:rsidRDefault="00D468CA" w:rsidP="00393A49"/>
        </w:tc>
      </w:tr>
    </w:tbl>
    <w:p w14:paraId="0DFA87F0" w14:textId="77777777" w:rsidR="0064272C" w:rsidRDefault="0064272C">
      <w:pPr>
        <w:rPr>
          <w:b/>
        </w:rPr>
      </w:pPr>
    </w:p>
    <w:p w14:paraId="5D18D04F" w14:textId="77777777" w:rsidR="0064272C" w:rsidRDefault="0064272C">
      <w:pPr>
        <w:rPr>
          <w:b/>
        </w:rPr>
      </w:pPr>
    </w:p>
    <w:p w14:paraId="556E58D1" w14:textId="48589D66" w:rsidR="007553FE" w:rsidRPr="00FD1520" w:rsidRDefault="005A3995">
      <w:r w:rsidRPr="00FD1520">
        <w:rPr>
          <w:b/>
        </w:rPr>
        <w:lastRenderedPageBreak/>
        <w:t xml:space="preserve">Modul: </w:t>
      </w:r>
      <w:r w:rsidR="001738E0" w:rsidRPr="001738E0">
        <w:rPr>
          <w:b/>
        </w:rPr>
        <w:t>Kundebehandling og serviceledelse i en håndverksbedrift</w:t>
      </w:r>
    </w:p>
    <w:p w14:paraId="05522079" w14:textId="1DD62775" w:rsidR="007553FE" w:rsidRPr="00FD1520" w:rsidRDefault="00CE596C" w:rsidP="00CE596C">
      <w:pPr>
        <w:pStyle w:val="Overskrift2"/>
      </w:pPr>
      <w:r w:rsidRPr="00FD1520">
        <w:t xml:space="preserve">1. </w:t>
      </w:r>
      <w:r w:rsidR="001738E0" w:rsidRPr="001738E0">
        <w:t>servicekonsepter og serviceleveranser</w:t>
      </w:r>
    </w:p>
    <w:tbl>
      <w:tblPr>
        <w:tblStyle w:val="Tabellrutenett"/>
        <w:tblW w:w="0" w:type="auto"/>
        <w:tblLook w:val="04A0" w:firstRow="1" w:lastRow="0" w:firstColumn="1" w:lastColumn="0" w:noHBand="0" w:noVBand="1"/>
      </w:tblPr>
      <w:tblGrid>
        <w:gridCol w:w="4981"/>
        <w:gridCol w:w="4981"/>
      </w:tblGrid>
      <w:tr w:rsidR="005521D8" w:rsidRPr="00FD1520" w14:paraId="1D3F4065" w14:textId="77777777" w:rsidTr="005521D8">
        <w:tc>
          <w:tcPr>
            <w:tcW w:w="4981" w:type="dxa"/>
          </w:tcPr>
          <w:p w14:paraId="1FB38556" w14:textId="77777777" w:rsidR="005521D8" w:rsidRPr="0064272C" w:rsidRDefault="005521D8" w:rsidP="005521D8">
            <w:pPr>
              <w:spacing w:after="40"/>
              <w:rPr>
                <w:sz w:val="20"/>
                <w:szCs w:val="20"/>
              </w:rPr>
            </w:pPr>
            <w:r w:rsidRPr="0064272C">
              <w:rPr>
                <w:b/>
                <w:sz w:val="20"/>
                <w:szCs w:val="20"/>
              </w:rPr>
              <w:t>Hovedtema</w:t>
            </w:r>
          </w:p>
          <w:p w14:paraId="281B4482" w14:textId="72865C5A" w:rsidR="005521D8" w:rsidRPr="0064272C" w:rsidRDefault="003F1E0B" w:rsidP="005521D8">
            <w:pPr>
              <w:rPr>
                <w:sz w:val="20"/>
                <w:szCs w:val="20"/>
              </w:rPr>
            </w:pPr>
            <w:r w:rsidRPr="0064272C">
              <w:rPr>
                <w:sz w:val="20"/>
                <w:szCs w:val="20"/>
              </w:rPr>
              <w:t>Hovedtemaet handler om utvikling av servicekonsepter og etablering av bedriftens standarder for service og kundebehandling.</w:t>
            </w:r>
          </w:p>
        </w:tc>
        <w:tc>
          <w:tcPr>
            <w:tcW w:w="4981" w:type="dxa"/>
          </w:tcPr>
          <w:p w14:paraId="202C5886" w14:textId="77777777" w:rsidR="005521D8" w:rsidRPr="0064272C" w:rsidRDefault="005521D8" w:rsidP="005521D8">
            <w:pPr>
              <w:spacing w:after="40"/>
              <w:rPr>
                <w:sz w:val="20"/>
                <w:szCs w:val="20"/>
              </w:rPr>
            </w:pPr>
            <w:r w:rsidRPr="0064272C">
              <w:rPr>
                <w:b/>
                <w:sz w:val="20"/>
                <w:szCs w:val="20"/>
              </w:rPr>
              <w:t>Innhold</w:t>
            </w:r>
          </w:p>
          <w:p w14:paraId="3F342666" w14:textId="1C10198A" w:rsidR="0099159D" w:rsidRPr="0064272C" w:rsidRDefault="0099159D" w:rsidP="0099159D">
            <w:pPr>
              <w:pStyle w:val="Listeavsnitt"/>
              <w:numPr>
                <w:ilvl w:val="0"/>
                <w:numId w:val="19"/>
              </w:numPr>
              <w:rPr>
                <w:sz w:val="20"/>
                <w:szCs w:val="20"/>
              </w:rPr>
            </w:pPr>
            <w:r w:rsidRPr="0064272C">
              <w:rPr>
                <w:sz w:val="20"/>
                <w:szCs w:val="20"/>
              </w:rPr>
              <w:t xml:space="preserve">servicebegrepet  </w:t>
            </w:r>
          </w:p>
          <w:p w14:paraId="185CD66E" w14:textId="5E0C61C8" w:rsidR="0099159D" w:rsidRPr="0064272C" w:rsidRDefault="0099159D" w:rsidP="0099159D">
            <w:pPr>
              <w:pStyle w:val="Listeavsnitt"/>
              <w:numPr>
                <w:ilvl w:val="0"/>
                <w:numId w:val="19"/>
              </w:numPr>
              <w:rPr>
                <w:sz w:val="20"/>
                <w:szCs w:val="20"/>
              </w:rPr>
            </w:pPr>
            <w:r w:rsidRPr="0064272C">
              <w:rPr>
                <w:sz w:val="20"/>
                <w:szCs w:val="20"/>
              </w:rPr>
              <w:t xml:space="preserve">servicenivå  </w:t>
            </w:r>
          </w:p>
          <w:p w14:paraId="219EB050" w14:textId="3588D97D" w:rsidR="0099159D" w:rsidRPr="0064272C" w:rsidRDefault="0099159D" w:rsidP="0099159D">
            <w:pPr>
              <w:pStyle w:val="Listeavsnitt"/>
              <w:numPr>
                <w:ilvl w:val="0"/>
                <w:numId w:val="19"/>
              </w:numPr>
              <w:rPr>
                <w:sz w:val="20"/>
                <w:szCs w:val="20"/>
              </w:rPr>
            </w:pPr>
            <w:r w:rsidRPr="0064272C">
              <w:rPr>
                <w:sz w:val="20"/>
                <w:szCs w:val="20"/>
              </w:rPr>
              <w:t xml:space="preserve">utvikling av servicekonsepter  </w:t>
            </w:r>
          </w:p>
          <w:p w14:paraId="7FCC45BC" w14:textId="5A9C3422" w:rsidR="0099159D" w:rsidRPr="0064272C" w:rsidRDefault="0099159D" w:rsidP="0099159D">
            <w:pPr>
              <w:pStyle w:val="Listeavsnitt"/>
              <w:numPr>
                <w:ilvl w:val="0"/>
                <w:numId w:val="19"/>
              </w:numPr>
              <w:rPr>
                <w:sz w:val="20"/>
                <w:szCs w:val="20"/>
              </w:rPr>
            </w:pPr>
            <w:r w:rsidRPr="0064272C">
              <w:rPr>
                <w:sz w:val="20"/>
                <w:szCs w:val="20"/>
              </w:rPr>
              <w:t xml:space="preserve">servicekvalitet og -leveranse  </w:t>
            </w:r>
          </w:p>
          <w:p w14:paraId="39200A7D" w14:textId="5FDEC22E" w:rsidR="005521D8" w:rsidRPr="0064272C" w:rsidRDefault="0099159D" w:rsidP="0099159D">
            <w:pPr>
              <w:pStyle w:val="Listeavsnitt"/>
              <w:numPr>
                <w:ilvl w:val="0"/>
                <w:numId w:val="19"/>
              </w:numPr>
              <w:rPr>
                <w:sz w:val="20"/>
                <w:szCs w:val="20"/>
              </w:rPr>
            </w:pPr>
            <w:r w:rsidRPr="0064272C">
              <w:rPr>
                <w:sz w:val="20"/>
                <w:szCs w:val="20"/>
              </w:rPr>
              <w:t>kundebehandling</w:t>
            </w:r>
          </w:p>
        </w:tc>
      </w:tr>
    </w:tbl>
    <w:p w14:paraId="43359644" w14:textId="77777777" w:rsidR="005521D8" w:rsidRPr="00FD1520" w:rsidRDefault="005521D8" w:rsidP="005521D8"/>
    <w:tbl>
      <w:tblPr>
        <w:tblStyle w:val="Tabellrutenett"/>
        <w:tblW w:w="0" w:type="auto"/>
        <w:tblLook w:val="04A0" w:firstRow="1" w:lastRow="0" w:firstColumn="1" w:lastColumn="0" w:noHBand="0" w:noVBand="1"/>
      </w:tblPr>
      <w:tblGrid>
        <w:gridCol w:w="9962"/>
      </w:tblGrid>
      <w:tr w:rsidR="007553FE" w:rsidRPr="00FD1520" w14:paraId="07FFD012" w14:textId="77777777" w:rsidTr="00CF63F9">
        <w:trPr>
          <w:cantSplit/>
          <w:trHeight w:val="5953"/>
        </w:trPr>
        <w:tc>
          <w:tcPr>
            <w:tcW w:w="9962" w:type="dxa"/>
          </w:tcPr>
          <w:p w14:paraId="3E6AC904" w14:textId="77777777" w:rsidR="007553FE" w:rsidRPr="00FD1520" w:rsidRDefault="005A3995">
            <w:pPr>
              <w:spacing w:after="40"/>
            </w:pPr>
            <w:r w:rsidRPr="00FD1520">
              <w:rPr>
                <w:b/>
                <w:sz w:val="20"/>
              </w:rPr>
              <w:t>Egenvurdering (skriv her)</w:t>
            </w:r>
          </w:p>
          <w:p w14:paraId="21AE7B84"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DC5415B" w14:textId="77777777" w:rsidR="007553FE" w:rsidRPr="00FD1520" w:rsidRDefault="007553FE"/>
          <w:p w14:paraId="5369280F" w14:textId="77777777" w:rsidR="007553FE" w:rsidRPr="00FD1520" w:rsidRDefault="007553FE"/>
          <w:p w14:paraId="0432A5CA" w14:textId="77777777" w:rsidR="007553FE" w:rsidRPr="00FD1520" w:rsidRDefault="007553FE"/>
          <w:p w14:paraId="260EDDCC" w14:textId="77777777" w:rsidR="007553FE" w:rsidRPr="00FD1520" w:rsidRDefault="007553FE"/>
          <w:p w14:paraId="235FA36B" w14:textId="77777777" w:rsidR="007553FE" w:rsidRPr="00FD1520" w:rsidRDefault="007553FE"/>
          <w:p w14:paraId="270CFE37" w14:textId="77777777" w:rsidR="007553FE" w:rsidRPr="00FD1520" w:rsidRDefault="007553FE"/>
          <w:p w14:paraId="38813C41" w14:textId="77777777" w:rsidR="007553FE" w:rsidRPr="00FD1520" w:rsidRDefault="007553FE"/>
          <w:p w14:paraId="50F14CE6" w14:textId="77777777" w:rsidR="007553FE" w:rsidRPr="00FD1520" w:rsidRDefault="007553FE"/>
          <w:p w14:paraId="541FF1BD" w14:textId="77777777" w:rsidR="007553FE" w:rsidRPr="00FD1520" w:rsidRDefault="007553FE"/>
          <w:p w14:paraId="6889C5DC" w14:textId="77777777" w:rsidR="007553FE" w:rsidRPr="00FD1520" w:rsidRDefault="007553FE"/>
          <w:p w14:paraId="08787FD6" w14:textId="77777777" w:rsidR="007553FE" w:rsidRPr="00FD1520" w:rsidRDefault="007553FE"/>
          <w:p w14:paraId="11CCF256" w14:textId="77777777" w:rsidR="007553FE" w:rsidRPr="00FD1520" w:rsidRDefault="007553FE"/>
          <w:p w14:paraId="7E798C8E" w14:textId="77777777" w:rsidR="007553FE" w:rsidRPr="00FD1520" w:rsidRDefault="007553FE"/>
          <w:p w14:paraId="18121016" w14:textId="77777777" w:rsidR="007553FE" w:rsidRPr="00FD1520" w:rsidRDefault="007553FE"/>
        </w:tc>
      </w:tr>
    </w:tbl>
    <w:p w14:paraId="0937A6CD" w14:textId="77777777" w:rsidR="00CF63F9" w:rsidRPr="00FD1520" w:rsidRDefault="00CF63F9"/>
    <w:tbl>
      <w:tblPr>
        <w:tblStyle w:val="Tabellrutenett"/>
        <w:tblW w:w="0" w:type="auto"/>
        <w:tblLook w:val="04A0" w:firstRow="1" w:lastRow="0" w:firstColumn="1" w:lastColumn="0" w:noHBand="0" w:noVBand="1"/>
      </w:tblPr>
      <w:tblGrid>
        <w:gridCol w:w="9962"/>
      </w:tblGrid>
      <w:tr w:rsidR="00CF63F9" w:rsidRPr="00FD1520" w14:paraId="4DE5EFC1" w14:textId="77777777" w:rsidTr="0064272C">
        <w:trPr>
          <w:trHeight w:val="1611"/>
        </w:trPr>
        <w:tc>
          <w:tcPr>
            <w:tcW w:w="9962" w:type="dxa"/>
          </w:tcPr>
          <w:p w14:paraId="0FE7DE7D" w14:textId="77777777" w:rsidR="00CF63F9" w:rsidRPr="00FD1520" w:rsidRDefault="00CF63F9" w:rsidP="00CF63F9">
            <w:pPr>
              <w:spacing w:after="40"/>
            </w:pPr>
            <w:r w:rsidRPr="00FD1520">
              <w:rPr>
                <w:b/>
                <w:sz w:val="20"/>
              </w:rPr>
              <w:t>Relevante vedlegg (liste/henvisninger)</w:t>
            </w:r>
          </w:p>
          <w:p w14:paraId="4D4F1662" w14:textId="77777777" w:rsidR="00CF63F9" w:rsidRPr="00FD1520" w:rsidRDefault="00CF63F9" w:rsidP="00CF63F9">
            <w:r w:rsidRPr="00FD1520">
              <w:rPr>
                <w:sz w:val="20"/>
              </w:rPr>
              <w:t>Oppgi vedleggsnummer og kort beskrivelse av dokumentasjonen.</w:t>
            </w:r>
          </w:p>
          <w:p w14:paraId="3C1A095C" w14:textId="77777777" w:rsidR="00CF63F9" w:rsidRPr="00FD1520" w:rsidRDefault="00CF63F9"/>
        </w:tc>
      </w:tr>
    </w:tbl>
    <w:p w14:paraId="7268C007" w14:textId="0C75407D" w:rsidR="007553FE" w:rsidRPr="00FD1520" w:rsidRDefault="005A3995">
      <w:r w:rsidRPr="00FD1520">
        <w:br w:type="page"/>
      </w:r>
    </w:p>
    <w:p w14:paraId="379BB37F" w14:textId="6F5168AF" w:rsidR="007553FE" w:rsidRPr="00FD1520" w:rsidRDefault="005A3995">
      <w:r w:rsidRPr="00FD1520">
        <w:rPr>
          <w:b/>
        </w:rPr>
        <w:lastRenderedPageBreak/>
        <w:t xml:space="preserve">Modul: </w:t>
      </w:r>
      <w:r w:rsidR="006E1134" w:rsidRPr="006E1134">
        <w:rPr>
          <w:b/>
        </w:rPr>
        <w:t>Kundebehandling og serviceledelse i en håndverksbedrift</w:t>
      </w:r>
    </w:p>
    <w:p w14:paraId="6B41D8CA" w14:textId="0D5A3303" w:rsidR="007553FE" w:rsidRPr="00FD1520" w:rsidRDefault="00CE596C">
      <w:pPr>
        <w:pStyle w:val="Overskrift2"/>
      </w:pPr>
      <w:r w:rsidRPr="00FD1520">
        <w:t xml:space="preserve">2. </w:t>
      </w:r>
      <w:r w:rsidR="001738E0" w:rsidRPr="001738E0">
        <w:t>intern og ekstern service og kommunikasjon</w:t>
      </w:r>
    </w:p>
    <w:tbl>
      <w:tblPr>
        <w:tblStyle w:val="Tabellrutenett"/>
        <w:tblW w:w="0" w:type="auto"/>
        <w:tblLook w:val="04A0" w:firstRow="1" w:lastRow="0" w:firstColumn="1" w:lastColumn="0" w:noHBand="0" w:noVBand="1"/>
      </w:tblPr>
      <w:tblGrid>
        <w:gridCol w:w="4981"/>
        <w:gridCol w:w="4981"/>
      </w:tblGrid>
      <w:tr w:rsidR="00CE596C" w:rsidRPr="00FD1520" w14:paraId="15861C81" w14:textId="77777777" w:rsidTr="00CE596C">
        <w:tc>
          <w:tcPr>
            <w:tcW w:w="4981" w:type="dxa"/>
          </w:tcPr>
          <w:p w14:paraId="4AA94C25" w14:textId="77777777" w:rsidR="00CE596C" w:rsidRPr="0064272C" w:rsidRDefault="00CE596C" w:rsidP="00CE596C">
            <w:pPr>
              <w:spacing w:after="40"/>
              <w:rPr>
                <w:sz w:val="20"/>
                <w:szCs w:val="20"/>
              </w:rPr>
            </w:pPr>
            <w:r w:rsidRPr="0064272C">
              <w:rPr>
                <w:b/>
                <w:sz w:val="20"/>
                <w:szCs w:val="20"/>
              </w:rPr>
              <w:t>Hovedtema</w:t>
            </w:r>
          </w:p>
          <w:p w14:paraId="0CE8E61A" w14:textId="32EC5284" w:rsidR="00CE596C" w:rsidRPr="0064272C" w:rsidRDefault="00624820" w:rsidP="00CE596C">
            <w:pPr>
              <w:rPr>
                <w:sz w:val="20"/>
                <w:szCs w:val="20"/>
              </w:rPr>
            </w:pPr>
            <w:r w:rsidRPr="0064272C">
              <w:rPr>
                <w:sz w:val="20"/>
                <w:szCs w:val="20"/>
              </w:rPr>
              <w:t>Hovedtemaet handler om kommunikasjon og samhandling med kunder.</w:t>
            </w:r>
          </w:p>
        </w:tc>
        <w:tc>
          <w:tcPr>
            <w:tcW w:w="4981" w:type="dxa"/>
          </w:tcPr>
          <w:p w14:paraId="19052102" w14:textId="77777777" w:rsidR="00CE596C" w:rsidRPr="0064272C" w:rsidRDefault="00CE596C" w:rsidP="00CE596C">
            <w:pPr>
              <w:spacing w:after="40"/>
              <w:rPr>
                <w:sz w:val="20"/>
                <w:szCs w:val="20"/>
              </w:rPr>
            </w:pPr>
            <w:r w:rsidRPr="0064272C">
              <w:rPr>
                <w:b/>
                <w:sz w:val="20"/>
                <w:szCs w:val="20"/>
              </w:rPr>
              <w:t>Innhold</w:t>
            </w:r>
          </w:p>
          <w:p w14:paraId="54F82353" w14:textId="3E3D1E6E" w:rsidR="00624820" w:rsidRPr="0064272C" w:rsidRDefault="00624820" w:rsidP="00624820">
            <w:pPr>
              <w:pStyle w:val="Punktliste"/>
              <w:numPr>
                <w:ilvl w:val="0"/>
                <w:numId w:val="20"/>
              </w:numPr>
              <w:rPr>
                <w:sz w:val="20"/>
                <w:szCs w:val="20"/>
              </w:rPr>
            </w:pPr>
            <w:r w:rsidRPr="0064272C">
              <w:rPr>
                <w:sz w:val="20"/>
                <w:szCs w:val="20"/>
              </w:rPr>
              <w:t xml:space="preserve">kommunikasjonsverktøy og metoder  </w:t>
            </w:r>
          </w:p>
          <w:p w14:paraId="38FA0C6C" w14:textId="7E131C99" w:rsidR="00624820" w:rsidRPr="0064272C" w:rsidRDefault="00624820" w:rsidP="00624820">
            <w:pPr>
              <w:pStyle w:val="Punktliste"/>
              <w:numPr>
                <w:ilvl w:val="0"/>
                <w:numId w:val="20"/>
              </w:numPr>
              <w:rPr>
                <w:sz w:val="20"/>
                <w:szCs w:val="20"/>
              </w:rPr>
            </w:pPr>
            <w:r w:rsidRPr="0064272C">
              <w:rPr>
                <w:sz w:val="20"/>
                <w:szCs w:val="20"/>
              </w:rPr>
              <w:t xml:space="preserve">intern kommunikasjon og samhandling  </w:t>
            </w:r>
          </w:p>
          <w:p w14:paraId="0D585024" w14:textId="10072B41" w:rsidR="00624820" w:rsidRPr="0064272C" w:rsidRDefault="00624820" w:rsidP="00624820">
            <w:pPr>
              <w:pStyle w:val="Punktliste"/>
              <w:numPr>
                <w:ilvl w:val="0"/>
                <w:numId w:val="20"/>
              </w:numPr>
              <w:rPr>
                <w:sz w:val="20"/>
                <w:szCs w:val="20"/>
              </w:rPr>
            </w:pPr>
            <w:r w:rsidRPr="0064272C">
              <w:rPr>
                <w:sz w:val="20"/>
                <w:szCs w:val="20"/>
              </w:rPr>
              <w:t xml:space="preserve">intern kunde – ekstern kunde  </w:t>
            </w:r>
          </w:p>
          <w:p w14:paraId="5DD02772" w14:textId="6BBB5928" w:rsidR="00CE596C" w:rsidRPr="0064272C" w:rsidRDefault="00624820" w:rsidP="00624820">
            <w:pPr>
              <w:pStyle w:val="Punktliste"/>
              <w:numPr>
                <w:ilvl w:val="0"/>
                <w:numId w:val="20"/>
              </w:numPr>
              <w:rPr>
                <w:sz w:val="20"/>
                <w:szCs w:val="20"/>
              </w:rPr>
            </w:pPr>
            <w:r w:rsidRPr="0064272C">
              <w:rPr>
                <w:sz w:val="20"/>
                <w:szCs w:val="20"/>
              </w:rPr>
              <w:t>ekstern kommunikasjon og markedspåvirkning</w:t>
            </w:r>
          </w:p>
        </w:tc>
      </w:tr>
    </w:tbl>
    <w:p w14:paraId="046F1B7C" w14:textId="77777777" w:rsidR="00CE596C" w:rsidRPr="00FD1520" w:rsidRDefault="00CE596C" w:rsidP="00CE596C"/>
    <w:tbl>
      <w:tblPr>
        <w:tblStyle w:val="Tabellrutenett"/>
        <w:tblW w:w="0" w:type="auto"/>
        <w:tblLook w:val="04A0" w:firstRow="1" w:lastRow="0" w:firstColumn="1" w:lastColumn="0" w:noHBand="0" w:noVBand="1"/>
      </w:tblPr>
      <w:tblGrid>
        <w:gridCol w:w="9962"/>
      </w:tblGrid>
      <w:tr w:rsidR="007553FE" w:rsidRPr="00FD1520" w14:paraId="6E70674E" w14:textId="77777777" w:rsidTr="00CE596C">
        <w:trPr>
          <w:cantSplit/>
          <w:trHeight w:val="5953"/>
        </w:trPr>
        <w:tc>
          <w:tcPr>
            <w:tcW w:w="9962" w:type="dxa"/>
          </w:tcPr>
          <w:p w14:paraId="12A7D9A6" w14:textId="77777777" w:rsidR="007553FE" w:rsidRPr="00FD1520" w:rsidRDefault="005A3995">
            <w:pPr>
              <w:spacing w:after="40"/>
            </w:pPr>
            <w:r w:rsidRPr="00FD1520">
              <w:rPr>
                <w:b/>
                <w:sz w:val="20"/>
              </w:rPr>
              <w:t>Egenvurdering (skriv her)</w:t>
            </w:r>
          </w:p>
          <w:p w14:paraId="4C5569FB"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3CF9043" w14:textId="77777777" w:rsidR="007553FE" w:rsidRPr="00FD1520" w:rsidRDefault="007553FE"/>
          <w:p w14:paraId="4CDE1828" w14:textId="77777777" w:rsidR="007553FE" w:rsidRPr="00FD1520" w:rsidRDefault="007553FE"/>
          <w:p w14:paraId="7F518ABF" w14:textId="77777777" w:rsidR="007553FE" w:rsidRPr="00FD1520" w:rsidRDefault="007553FE"/>
          <w:p w14:paraId="7644C7E1" w14:textId="77777777" w:rsidR="007553FE" w:rsidRPr="00FD1520" w:rsidRDefault="007553FE"/>
          <w:p w14:paraId="47B504BD" w14:textId="77777777" w:rsidR="007553FE" w:rsidRPr="00FD1520" w:rsidRDefault="007553FE"/>
          <w:p w14:paraId="0683A633" w14:textId="77777777" w:rsidR="007553FE" w:rsidRPr="00FD1520" w:rsidRDefault="007553FE"/>
          <w:p w14:paraId="038B9659" w14:textId="77777777" w:rsidR="007553FE" w:rsidRPr="00FD1520" w:rsidRDefault="007553FE"/>
          <w:p w14:paraId="1D138111" w14:textId="77777777" w:rsidR="007553FE" w:rsidRPr="00FD1520" w:rsidRDefault="007553FE"/>
          <w:p w14:paraId="104B2D83" w14:textId="77777777" w:rsidR="007553FE" w:rsidRPr="00FD1520" w:rsidRDefault="007553FE"/>
          <w:p w14:paraId="2F1DC73E" w14:textId="77777777" w:rsidR="007553FE" w:rsidRPr="00FD1520" w:rsidRDefault="007553FE"/>
          <w:p w14:paraId="24716865" w14:textId="77777777" w:rsidR="007553FE" w:rsidRPr="00FD1520" w:rsidRDefault="007553FE"/>
          <w:p w14:paraId="2DBEC07C" w14:textId="77777777" w:rsidR="007553FE" w:rsidRPr="00FD1520" w:rsidRDefault="007553FE"/>
          <w:p w14:paraId="09EB2E11" w14:textId="77777777" w:rsidR="007553FE" w:rsidRPr="00FD1520" w:rsidRDefault="007553FE"/>
          <w:p w14:paraId="1E52ED90" w14:textId="77777777" w:rsidR="007553FE" w:rsidRPr="00FD1520" w:rsidRDefault="007553FE"/>
        </w:tc>
      </w:tr>
    </w:tbl>
    <w:p w14:paraId="35323D06" w14:textId="77777777" w:rsidR="00CE596C" w:rsidRPr="00FD1520" w:rsidRDefault="00CE596C"/>
    <w:tbl>
      <w:tblPr>
        <w:tblStyle w:val="Tabellrutenett"/>
        <w:tblW w:w="0" w:type="auto"/>
        <w:tblLook w:val="04A0" w:firstRow="1" w:lastRow="0" w:firstColumn="1" w:lastColumn="0" w:noHBand="0" w:noVBand="1"/>
      </w:tblPr>
      <w:tblGrid>
        <w:gridCol w:w="9962"/>
      </w:tblGrid>
      <w:tr w:rsidR="00CE596C" w:rsidRPr="00FD1520" w14:paraId="71D8AADC" w14:textId="77777777" w:rsidTr="00CE596C">
        <w:tc>
          <w:tcPr>
            <w:tcW w:w="9962" w:type="dxa"/>
          </w:tcPr>
          <w:p w14:paraId="41A8EBB1" w14:textId="77777777" w:rsidR="00CE596C" w:rsidRPr="00FD1520" w:rsidRDefault="00CE596C" w:rsidP="00CE596C">
            <w:pPr>
              <w:spacing w:after="40"/>
            </w:pPr>
            <w:r w:rsidRPr="00FD1520">
              <w:rPr>
                <w:b/>
                <w:sz w:val="20"/>
              </w:rPr>
              <w:t>Relevante vedlegg (liste/henvisninger)</w:t>
            </w:r>
          </w:p>
          <w:p w14:paraId="0866CAAF" w14:textId="77777777" w:rsidR="00CE596C" w:rsidRPr="00FD1520" w:rsidRDefault="00CE596C" w:rsidP="00CE596C">
            <w:r w:rsidRPr="00FD1520">
              <w:rPr>
                <w:sz w:val="20"/>
              </w:rPr>
              <w:t>Oppgi vedleggsnummer og kort beskrivelse av dokumentasjonen.</w:t>
            </w:r>
          </w:p>
          <w:p w14:paraId="34DB58BE" w14:textId="77777777" w:rsidR="00CE596C" w:rsidRPr="00FD1520" w:rsidRDefault="00CE596C"/>
          <w:p w14:paraId="31A707D0" w14:textId="77777777" w:rsidR="00CE596C" w:rsidRPr="00FD1520" w:rsidRDefault="00CE596C"/>
          <w:p w14:paraId="08F967A7" w14:textId="77777777" w:rsidR="00CE596C" w:rsidRPr="00FD1520" w:rsidRDefault="00CE596C"/>
          <w:p w14:paraId="181A444A" w14:textId="77777777" w:rsidR="00CE596C" w:rsidRPr="00FD1520" w:rsidRDefault="00CE596C"/>
          <w:p w14:paraId="23042A54" w14:textId="77777777" w:rsidR="00CE596C" w:rsidRPr="00FD1520" w:rsidRDefault="00CE596C"/>
        </w:tc>
      </w:tr>
    </w:tbl>
    <w:p w14:paraId="1D5AE106" w14:textId="686CE8F7" w:rsidR="007553FE" w:rsidRPr="00FD1520" w:rsidRDefault="005A3995">
      <w:r w:rsidRPr="00FD1520">
        <w:br w:type="page"/>
      </w:r>
    </w:p>
    <w:p w14:paraId="42775DA0" w14:textId="6FB769B1" w:rsidR="007553FE" w:rsidRPr="00FD1520" w:rsidRDefault="005A3995">
      <w:r w:rsidRPr="00FD1520">
        <w:rPr>
          <w:b/>
        </w:rPr>
        <w:lastRenderedPageBreak/>
        <w:t xml:space="preserve">Modul: </w:t>
      </w:r>
      <w:r w:rsidR="006E1134" w:rsidRPr="006E1134">
        <w:rPr>
          <w:b/>
        </w:rPr>
        <w:t>Kundebehandling og serviceledelse i en håndverksbedrift</w:t>
      </w:r>
    </w:p>
    <w:p w14:paraId="784F90AC" w14:textId="11B1A6F2" w:rsidR="007553FE" w:rsidRPr="00FD1520" w:rsidRDefault="00CE596C" w:rsidP="00CE596C">
      <w:pPr>
        <w:pStyle w:val="Overskrift2"/>
      </w:pPr>
      <w:r w:rsidRPr="00FD1520">
        <w:t xml:space="preserve">3. </w:t>
      </w:r>
      <w:r w:rsidR="006E1134" w:rsidRPr="006E1134">
        <w:t>relasjonsbygging og kundelojalitet</w:t>
      </w:r>
    </w:p>
    <w:tbl>
      <w:tblPr>
        <w:tblStyle w:val="Tabellrutenett"/>
        <w:tblW w:w="0" w:type="auto"/>
        <w:tblLook w:val="04A0" w:firstRow="1" w:lastRow="0" w:firstColumn="1" w:lastColumn="0" w:noHBand="0" w:noVBand="1"/>
      </w:tblPr>
      <w:tblGrid>
        <w:gridCol w:w="4981"/>
        <w:gridCol w:w="4981"/>
      </w:tblGrid>
      <w:tr w:rsidR="00CE596C" w:rsidRPr="00FD1520" w14:paraId="39D6430E" w14:textId="77777777" w:rsidTr="00CE596C">
        <w:tc>
          <w:tcPr>
            <w:tcW w:w="4981" w:type="dxa"/>
          </w:tcPr>
          <w:p w14:paraId="15FA4801" w14:textId="77777777" w:rsidR="00CE596C" w:rsidRPr="0064272C" w:rsidRDefault="00CE596C" w:rsidP="00CE596C">
            <w:pPr>
              <w:spacing w:after="40"/>
              <w:rPr>
                <w:sz w:val="20"/>
                <w:szCs w:val="20"/>
              </w:rPr>
            </w:pPr>
            <w:r w:rsidRPr="0064272C">
              <w:rPr>
                <w:b/>
                <w:sz w:val="20"/>
                <w:szCs w:val="20"/>
              </w:rPr>
              <w:t>Hovedtema</w:t>
            </w:r>
          </w:p>
          <w:p w14:paraId="38EC1BB3" w14:textId="77777777" w:rsidR="00ED4581" w:rsidRPr="0064272C" w:rsidRDefault="006D43EF" w:rsidP="00CE596C">
            <w:pPr>
              <w:rPr>
                <w:sz w:val="20"/>
                <w:szCs w:val="20"/>
              </w:rPr>
            </w:pPr>
            <w:r w:rsidRPr="0064272C">
              <w:rPr>
                <w:sz w:val="20"/>
                <w:szCs w:val="20"/>
              </w:rPr>
              <w:t xml:space="preserve">Hovedtemaet handler om planmessig relasjonsbygging og utvikling av kundelojalitet. </w:t>
            </w:r>
          </w:p>
          <w:p w14:paraId="016D10F7" w14:textId="77777777" w:rsidR="00ED4581" w:rsidRPr="0064272C" w:rsidRDefault="00ED4581" w:rsidP="00CE596C">
            <w:pPr>
              <w:rPr>
                <w:sz w:val="20"/>
                <w:szCs w:val="20"/>
              </w:rPr>
            </w:pPr>
          </w:p>
          <w:p w14:paraId="3251A0EA" w14:textId="54EF751F" w:rsidR="00CE596C" w:rsidRPr="0064272C" w:rsidRDefault="006D43EF" w:rsidP="00CE596C">
            <w:pPr>
              <w:rPr>
                <w:sz w:val="20"/>
                <w:szCs w:val="20"/>
              </w:rPr>
            </w:pPr>
            <w:r w:rsidRPr="0064272C">
              <w:rPr>
                <w:sz w:val="20"/>
                <w:szCs w:val="20"/>
              </w:rPr>
              <w:t>Sammenhengen mellom kundelojalitet og lønnsomhet er en del av temaet.</w:t>
            </w:r>
          </w:p>
        </w:tc>
        <w:tc>
          <w:tcPr>
            <w:tcW w:w="4981" w:type="dxa"/>
          </w:tcPr>
          <w:p w14:paraId="66BE3237" w14:textId="77777777" w:rsidR="00CE596C" w:rsidRPr="0064272C" w:rsidRDefault="00CE596C" w:rsidP="00CE596C">
            <w:pPr>
              <w:spacing w:after="40"/>
              <w:rPr>
                <w:sz w:val="20"/>
                <w:szCs w:val="20"/>
              </w:rPr>
            </w:pPr>
            <w:r w:rsidRPr="0064272C">
              <w:rPr>
                <w:b/>
                <w:sz w:val="20"/>
                <w:szCs w:val="20"/>
              </w:rPr>
              <w:t>Innhold</w:t>
            </w:r>
          </w:p>
          <w:p w14:paraId="4A9829DD" w14:textId="5F873074" w:rsidR="00ED4581" w:rsidRPr="0064272C" w:rsidRDefault="00ED4581" w:rsidP="00ED4581">
            <w:pPr>
              <w:pStyle w:val="Punktliste"/>
              <w:numPr>
                <w:ilvl w:val="0"/>
                <w:numId w:val="21"/>
              </w:numPr>
              <w:rPr>
                <w:sz w:val="20"/>
                <w:szCs w:val="20"/>
              </w:rPr>
            </w:pPr>
            <w:r w:rsidRPr="0064272C">
              <w:rPr>
                <w:sz w:val="20"/>
                <w:szCs w:val="20"/>
              </w:rPr>
              <w:t xml:space="preserve">relasjonsbygging  </w:t>
            </w:r>
          </w:p>
          <w:p w14:paraId="4E688E3E" w14:textId="6E76D2F0" w:rsidR="00ED4581" w:rsidRPr="0064272C" w:rsidRDefault="00ED4581" w:rsidP="00ED4581">
            <w:pPr>
              <w:pStyle w:val="Punktliste"/>
              <w:numPr>
                <w:ilvl w:val="0"/>
                <w:numId w:val="21"/>
              </w:numPr>
              <w:rPr>
                <w:sz w:val="20"/>
                <w:szCs w:val="20"/>
              </w:rPr>
            </w:pPr>
            <w:r w:rsidRPr="0064272C">
              <w:rPr>
                <w:sz w:val="20"/>
                <w:szCs w:val="20"/>
              </w:rPr>
              <w:t xml:space="preserve">kundelojalitet </w:t>
            </w:r>
          </w:p>
          <w:p w14:paraId="0096F233" w14:textId="4A8AEB0F" w:rsidR="00CE596C" w:rsidRPr="0064272C" w:rsidRDefault="00ED4581" w:rsidP="00ED4581">
            <w:pPr>
              <w:pStyle w:val="Punktliste"/>
              <w:numPr>
                <w:ilvl w:val="0"/>
                <w:numId w:val="21"/>
              </w:numPr>
              <w:rPr>
                <w:sz w:val="20"/>
                <w:szCs w:val="20"/>
              </w:rPr>
            </w:pPr>
            <w:r w:rsidRPr="0064272C">
              <w:rPr>
                <w:sz w:val="20"/>
                <w:szCs w:val="20"/>
              </w:rPr>
              <w:t>håndtering av vanskelige kundesituasjoner/relasjoner</w:t>
            </w:r>
          </w:p>
        </w:tc>
      </w:tr>
    </w:tbl>
    <w:p w14:paraId="7D4777CA" w14:textId="77777777" w:rsidR="00CE596C" w:rsidRPr="00FD1520" w:rsidRDefault="00CE596C" w:rsidP="00CE596C"/>
    <w:tbl>
      <w:tblPr>
        <w:tblStyle w:val="Tabellrutenett"/>
        <w:tblW w:w="0" w:type="auto"/>
        <w:tblLook w:val="04A0" w:firstRow="1" w:lastRow="0" w:firstColumn="1" w:lastColumn="0" w:noHBand="0" w:noVBand="1"/>
      </w:tblPr>
      <w:tblGrid>
        <w:gridCol w:w="9962"/>
      </w:tblGrid>
      <w:tr w:rsidR="007553FE" w:rsidRPr="00FD1520" w14:paraId="42A9A2C5" w14:textId="77777777" w:rsidTr="00CE596C">
        <w:trPr>
          <w:cantSplit/>
          <w:trHeight w:val="5953"/>
        </w:trPr>
        <w:tc>
          <w:tcPr>
            <w:tcW w:w="9962" w:type="dxa"/>
          </w:tcPr>
          <w:p w14:paraId="1EC5E7BC" w14:textId="77777777" w:rsidR="007553FE" w:rsidRPr="00FD1520" w:rsidRDefault="005A3995">
            <w:pPr>
              <w:spacing w:after="40"/>
            </w:pPr>
            <w:r w:rsidRPr="00FD1520">
              <w:rPr>
                <w:b/>
                <w:sz w:val="20"/>
              </w:rPr>
              <w:t>Egenvurdering (skriv her)</w:t>
            </w:r>
          </w:p>
          <w:p w14:paraId="2957E8F8"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914B7C" w14:textId="77777777" w:rsidR="007553FE" w:rsidRPr="00FD1520" w:rsidRDefault="007553FE"/>
          <w:p w14:paraId="5D09A245" w14:textId="77777777" w:rsidR="007553FE" w:rsidRPr="00FD1520" w:rsidRDefault="007553FE"/>
          <w:p w14:paraId="55A3232E" w14:textId="77777777" w:rsidR="007553FE" w:rsidRPr="00FD1520" w:rsidRDefault="007553FE"/>
          <w:p w14:paraId="6E898E0D" w14:textId="77777777" w:rsidR="007553FE" w:rsidRPr="00FD1520" w:rsidRDefault="007553FE"/>
          <w:p w14:paraId="2E1B699B" w14:textId="77777777" w:rsidR="007553FE" w:rsidRPr="00FD1520" w:rsidRDefault="007553FE"/>
          <w:p w14:paraId="6CAF33E6" w14:textId="77777777" w:rsidR="007553FE" w:rsidRPr="00FD1520" w:rsidRDefault="007553FE"/>
          <w:p w14:paraId="18670188" w14:textId="77777777" w:rsidR="007553FE" w:rsidRPr="00FD1520" w:rsidRDefault="007553FE"/>
          <w:p w14:paraId="42B2855D" w14:textId="77777777" w:rsidR="007553FE" w:rsidRPr="00FD1520" w:rsidRDefault="007553FE"/>
          <w:p w14:paraId="55B31B26" w14:textId="77777777" w:rsidR="007553FE" w:rsidRPr="00FD1520" w:rsidRDefault="007553FE"/>
          <w:p w14:paraId="53255CE4" w14:textId="77777777" w:rsidR="007553FE" w:rsidRPr="00FD1520" w:rsidRDefault="007553FE"/>
          <w:p w14:paraId="5B6979BB" w14:textId="77777777" w:rsidR="007553FE" w:rsidRPr="00FD1520" w:rsidRDefault="007553FE"/>
          <w:p w14:paraId="786FF224" w14:textId="77777777" w:rsidR="007553FE" w:rsidRPr="00FD1520" w:rsidRDefault="007553FE"/>
          <w:p w14:paraId="79A94EE7" w14:textId="77777777" w:rsidR="007553FE" w:rsidRPr="00FD1520" w:rsidRDefault="007553FE"/>
          <w:p w14:paraId="74BBF369" w14:textId="77777777" w:rsidR="0098468D" w:rsidRPr="00FD1520" w:rsidRDefault="0098468D"/>
          <w:p w14:paraId="6C51E2C5" w14:textId="77777777" w:rsidR="0098468D" w:rsidRPr="00FD1520" w:rsidRDefault="0098468D"/>
          <w:p w14:paraId="6673C66A" w14:textId="77777777" w:rsidR="0098468D" w:rsidRPr="00FD1520" w:rsidRDefault="0098468D"/>
          <w:p w14:paraId="5E7DF35F" w14:textId="77777777" w:rsidR="0098468D" w:rsidRPr="00FD1520" w:rsidRDefault="0098468D"/>
          <w:p w14:paraId="749701D3" w14:textId="77777777" w:rsidR="0098468D" w:rsidRPr="00FD1520" w:rsidRDefault="0098468D"/>
          <w:p w14:paraId="5B4CBE89" w14:textId="77777777" w:rsidR="0098468D" w:rsidRPr="00FD1520" w:rsidRDefault="0098468D"/>
          <w:p w14:paraId="03AA836D" w14:textId="77777777" w:rsidR="0098468D" w:rsidRPr="00FD1520" w:rsidRDefault="0098468D"/>
          <w:p w14:paraId="44C0681E" w14:textId="77777777" w:rsidR="0098468D" w:rsidRPr="00FD1520" w:rsidRDefault="0098468D"/>
          <w:p w14:paraId="231227D3" w14:textId="77777777" w:rsidR="0098468D" w:rsidRPr="00FD1520" w:rsidRDefault="0098468D"/>
          <w:p w14:paraId="1C7F11D2" w14:textId="77777777" w:rsidR="0098468D" w:rsidRPr="00FD1520" w:rsidRDefault="0098468D"/>
          <w:p w14:paraId="678D0180" w14:textId="77777777" w:rsidR="0098468D" w:rsidRPr="00FD1520" w:rsidRDefault="0098468D"/>
          <w:p w14:paraId="6F44EF9F" w14:textId="77777777" w:rsidR="007553FE" w:rsidRPr="00FD1520" w:rsidRDefault="007553FE"/>
        </w:tc>
      </w:tr>
    </w:tbl>
    <w:p w14:paraId="1E35DD62" w14:textId="77777777" w:rsidR="0098468D" w:rsidRPr="00FD1520" w:rsidRDefault="0098468D"/>
    <w:tbl>
      <w:tblPr>
        <w:tblStyle w:val="Tabellrutenett"/>
        <w:tblW w:w="0" w:type="auto"/>
        <w:tblLook w:val="04A0" w:firstRow="1" w:lastRow="0" w:firstColumn="1" w:lastColumn="0" w:noHBand="0" w:noVBand="1"/>
      </w:tblPr>
      <w:tblGrid>
        <w:gridCol w:w="9962"/>
      </w:tblGrid>
      <w:tr w:rsidR="0098468D" w:rsidRPr="00FD1520" w14:paraId="35F3C163" w14:textId="77777777" w:rsidTr="0064272C">
        <w:trPr>
          <w:trHeight w:val="1721"/>
        </w:trPr>
        <w:tc>
          <w:tcPr>
            <w:tcW w:w="9962" w:type="dxa"/>
          </w:tcPr>
          <w:p w14:paraId="45F82CF2" w14:textId="77777777" w:rsidR="0098468D" w:rsidRPr="00FD1520" w:rsidRDefault="0098468D" w:rsidP="0098468D">
            <w:pPr>
              <w:spacing w:after="40"/>
            </w:pPr>
            <w:r w:rsidRPr="00FD1520">
              <w:rPr>
                <w:b/>
                <w:sz w:val="20"/>
              </w:rPr>
              <w:t>Relevante vedlegg (liste/henvisninger)</w:t>
            </w:r>
          </w:p>
          <w:p w14:paraId="5CE11D6C" w14:textId="77777777" w:rsidR="0098468D" w:rsidRPr="00FD1520" w:rsidRDefault="0098468D" w:rsidP="0098468D">
            <w:r w:rsidRPr="00FD1520">
              <w:rPr>
                <w:sz w:val="20"/>
              </w:rPr>
              <w:t>Oppgi vedleggsnummer og kort beskrivelse av dokumentasjonen.</w:t>
            </w:r>
          </w:p>
          <w:p w14:paraId="066B571A" w14:textId="77777777" w:rsidR="0098468D" w:rsidRPr="00FD1520" w:rsidRDefault="0098468D"/>
          <w:p w14:paraId="16DCD258" w14:textId="77777777" w:rsidR="0098468D" w:rsidRPr="00FD1520" w:rsidRDefault="0098468D"/>
          <w:p w14:paraId="38A891F2" w14:textId="77777777" w:rsidR="0098468D" w:rsidRPr="00FD1520" w:rsidRDefault="0098468D"/>
        </w:tc>
      </w:tr>
    </w:tbl>
    <w:p w14:paraId="523F3E2C" w14:textId="266C278C" w:rsidR="007553FE" w:rsidRPr="00FD1520" w:rsidRDefault="005A3995">
      <w:r w:rsidRPr="00FD1520">
        <w:br w:type="page"/>
      </w:r>
    </w:p>
    <w:p w14:paraId="5F40F68C" w14:textId="30A0398A" w:rsidR="007553FE" w:rsidRPr="00FD1520" w:rsidRDefault="005A3995">
      <w:r w:rsidRPr="00FD1520">
        <w:rPr>
          <w:b/>
        </w:rPr>
        <w:lastRenderedPageBreak/>
        <w:t>Modul:</w:t>
      </w:r>
      <w:r w:rsidR="006E1F3E">
        <w:rPr>
          <w:b/>
        </w:rPr>
        <w:t xml:space="preserve"> </w:t>
      </w:r>
      <w:r w:rsidR="006E1F3E" w:rsidRPr="006E1F3E">
        <w:rPr>
          <w:b/>
        </w:rPr>
        <w:t>Produkt- og tjenesteutvikling i en håndverksbedrift</w:t>
      </w:r>
    </w:p>
    <w:p w14:paraId="5A3F4D85" w14:textId="6FDD57F0" w:rsidR="007553FE" w:rsidRPr="00FD1520" w:rsidRDefault="0098468D">
      <w:pPr>
        <w:pStyle w:val="Overskrift2"/>
      </w:pPr>
      <w:r w:rsidRPr="00FD1520">
        <w:t xml:space="preserve">1. </w:t>
      </w:r>
      <w:r w:rsidR="00206CE4" w:rsidRPr="00206CE4">
        <w:t>produkt-, tjenesteutvikling og innovasjon</w:t>
      </w:r>
    </w:p>
    <w:tbl>
      <w:tblPr>
        <w:tblStyle w:val="Tabellrutenett"/>
        <w:tblW w:w="0" w:type="auto"/>
        <w:tblLook w:val="04A0" w:firstRow="1" w:lastRow="0" w:firstColumn="1" w:lastColumn="0" w:noHBand="0" w:noVBand="1"/>
      </w:tblPr>
      <w:tblGrid>
        <w:gridCol w:w="4981"/>
        <w:gridCol w:w="4981"/>
      </w:tblGrid>
      <w:tr w:rsidR="0098468D" w:rsidRPr="00FD1520" w14:paraId="5BE9055E" w14:textId="77777777" w:rsidTr="0098468D">
        <w:tc>
          <w:tcPr>
            <w:tcW w:w="4981" w:type="dxa"/>
          </w:tcPr>
          <w:p w14:paraId="0E6429AC" w14:textId="77777777" w:rsidR="0098468D" w:rsidRPr="0064272C" w:rsidRDefault="0098468D" w:rsidP="0098468D">
            <w:pPr>
              <w:spacing w:after="40"/>
              <w:rPr>
                <w:sz w:val="20"/>
                <w:szCs w:val="20"/>
              </w:rPr>
            </w:pPr>
            <w:r w:rsidRPr="0064272C">
              <w:rPr>
                <w:b/>
                <w:sz w:val="20"/>
                <w:szCs w:val="20"/>
              </w:rPr>
              <w:t>Hovedtema</w:t>
            </w:r>
          </w:p>
          <w:p w14:paraId="4B8D5DF4" w14:textId="77777777" w:rsidR="005E657B" w:rsidRPr="0064272C" w:rsidRDefault="005E657B" w:rsidP="0098468D">
            <w:pPr>
              <w:rPr>
                <w:sz w:val="20"/>
                <w:szCs w:val="20"/>
              </w:rPr>
            </w:pPr>
            <w:r w:rsidRPr="0064272C">
              <w:rPr>
                <w:sz w:val="20"/>
                <w:szCs w:val="20"/>
              </w:rPr>
              <w:t xml:space="preserve">Hovedtemaet handler om kontinuerlig utvikling av produkter og tjenester, og nødvendige prosesser for å realisere dette. </w:t>
            </w:r>
          </w:p>
          <w:p w14:paraId="6319F701" w14:textId="77777777" w:rsidR="005E657B" w:rsidRPr="0064272C" w:rsidRDefault="005E657B" w:rsidP="0098468D">
            <w:pPr>
              <w:rPr>
                <w:sz w:val="20"/>
                <w:szCs w:val="20"/>
              </w:rPr>
            </w:pPr>
          </w:p>
          <w:p w14:paraId="0EA890E5" w14:textId="095A2A6B" w:rsidR="0098468D" w:rsidRPr="0064272C" w:rsidRDefault="005E657B" w:rsidP="0098468D">
            <w:pPr>
              <w:rPr>
                <w:sz w:val="20"/>
                <w:szCs w:val="20"/>
              </w:rPr>
            </w:pPr>
            <w:r w:rsidRPr="0064272C">
              <w:rPr>
                <w:sz w:val="20"/>
                <w:szCs w:val="20"/>
              </w:rPr>
              <w:t>Det handler også om innovasjon og verdiskapende muligheter knyttet til produkter, produksjon og tjenester.</w:t>
            </w:r>
          </w:p>
        </w:tc>
        <w:tc>
          <w:tcPr>
            <w:tcW w:w="4981" w:type="dxa"/>
          </w:tcPr>
          <w:p w14:paraId="470AE609" w14:textId="77777777" w:rsidR="0098468D" w:rsidRPr="0064272C" w:rsidRDefault="0098468D" w:rsidP="0098468D">
            <w:pPr>
              <w:spacing w:after="40"/>
              <w:rPr>
                <w:sz w:val="20"/>
                <w:szCs w:val="20"/>
              </w:rPr>
            </w:pPr>
            <w:r w:rsidRPr="0064272C">
              <w:rPr>
                <w:b/>
                <w:sz w:val="20"/>
                <w:szCs w:val="20"/>
              </w:rPr>
              <w:t>Innhold</w:t>
            </w:r>
          </w:p>
          <w:p w14:paraId="600206B3" w14:textId="77777777" w:rsidR="00967D24" w:rsidRPr="0064272C" w:rsidRDefault="005E657B" w:rsidP="00967D24">
            <w:pPr>
              <w:pStyle w:val="Punktliste"/>
              <w:numPr>
                <w:ilvl w:val="0"/>
                <w:numId w:val="22"/>
              </w:numPr>
              <w:rPr>
                <w:sz w:val="20"/>
                <w:szCs w:val="20"/>
              </w:rPr>
            </w:pPr>
            <w:r w:rsidRPr="0064272C">
              <w:rPr>
                <w:sz w:val="20"/>
                <w:szCs w:val="20"/>
              </w:rPr>
              <w:t xml:space="preserve">teknologisk utvikling </w:t>
            </w:r>
          </w:p>
          <w:p w14:paraId="5E2AAF3E" w14:textId="77777777" w:rsidR="00061ED8" w:rsidRPr="0064272C" w:rsidRDefault="005E657B" w:rsidP="00061ED8">
            <w:pPr>
              <w:pStyle w:val="Punktliste"/>
              <w:numPr>
                <w:ilvl w:val="0"/>
                <w:numId w:val="22"/>
              </w:numPr>
              <w:rPr>
                <w:sz w:val="20"/>
                <w:szCs w:val="20"/>
              </w:rPr>
            </w:pPr>
            <w:r w:rsidRPr="0064272C">
              <w:rPr>
                <w:sz w:val="20"/>
                <w:szCs w:val="20"/>
              </w:rPr>
              <w:t>produkter i kunde- og ordrestyrt produksjon</w:t>
            </w:r>
          </w:p>
          <w:p w14:paraId="6B533FF3" w14:textId="77777777" w:rsidR="00061ED8" w:rsidRPr="0064272C" w:rsidRDefault="005E657B" w:rsidP="00061ED8">
            <w:pPr>
              <w:pStyle w:val="Punktliste"/>
              <w:numPr>
                <w:ilvl w:val="0"/>
                <w:numId w:val="22"/>
              </w:numPr>
              <w:rPr>
                <w:sz w:val="20"/>
                <w:szCs w:val="20"/>
              </w:rPr>
            </w:pPr>
            <w:r w:rsidRPr="0064272C">
              <w:rPr>
                <w:sz w:val="20"/>
                <w:szCs w:val="20"/>
              </w:rPr>
              <w:t xml:space="preserve">produkt- og tjenesteutvikling  </w:t>
            </w:r>
          </w:p>
          <w:p w14:paraId="2FD061B5" w14:textId="77777777" w:rsidR="00061ED8" w:rsidRPr="0064272C" w:rsidRDefault="005E657B" w:rsidP="00061ED8">
            <w:pPr>
              <w:pStyle w:val="Punktliste"/>
              <w:numPr>
                <w:ilvl w:val="0"/>
                <w:numId w:val="22"/>
              </w:numPr>
              <w:rPr>
                <w:sz w:val="20"/>
                <w:szCs w:val="20"/>
              </w:rPr>
            </w:pPr>
            <w:r w:rsidRPr="0064272C">
              <w:rPr>
                <w:sz w:val="20"/>
                <w:szCs w:val="20"/>
              </w:rPr>
              <w:t xml:space="preserve">innovasjon  </w:t>
            </w:r>
          </w:p>
          <w:p w14:paraId="0FFAC1AA" w14:textId="77777777" w:rsidR="00061ED8" w:rsidRPr="0064272C" w:rsidRDefault="005E657B" w:rsidP="00061ED8">
            <w:pPr>
              <w:pStyle w:val="Punktliste"/>
              <w:numPr>
                <w:ilvl w:val="0"/>
                <w:numId w:val="22"/>
              </w:numPr>
              <w:rPr>
                <w:sz w:val="20"/>
                <w:szCs w:val="20"/>
              </w:rPr>
            </w:pPr>
            <w:r w:rsidRPr="0064272C">
              <w:rPr>
                <w:sz w:val="20"/>
                <w:szCs w:val="20"/>
              </w:rPr>
              <w:t xml:space="preserve">idévurdering og økonomiske analyser </w:t>
            </w:r>
          </w:p>
          <w:p w14:paraId="73CB5E2E" w14:textId="0BD89C8F" w:rsidR="0098468D" w:rsidRPr="0064272C" w:rsidRDefault="005E657B" w:rsidP="00061ED8">
            <w:pPr>
              <w:pStyle w:val="Punktliste"/>
              <w:numPr>
                <w:ilvl w:val="0"/>
                <w:numId w:val="22"/>
              </w:numPr>
              <w:rPr>
                <w:sz w:val="20"/>
                <w:szCs w:val="20"/>
              </w:rPr>
            </w:pPr>
            <w:r w:rsidRPr="0064272C">
              <w:rPr>
                <w:sz w:val="20"/>
                <w:szCs w:val="20"/>
              </w:rPr>
              <w:t>produktutviklingsprosessen</w:t>
            </w:r>
          </w:p>
        </w:tc>
      </w:tr>
    </w:tbl>
    <w:p w14:paraId="004542F5" w14:textId="77777777" w:rsidR="0098468D" w:rsidRPr="00FD1520" w:rsidRDefault="0098468D" w:rsidP="0098468D"/>
    <w:tbl>
      <w:tblPr>
        <w:tblStyle w:val="Tabellrutenett"/>
        <w:tblW w:w="0" w:type="auto"/>
        <w:tblLook w:val="04A0" w:firstRow="1" w:lastRow="0" w:firstColumn="1" w:lastColumn="0" w:noHBand="0" w:noVBand="1"/>
      </w:tblPr>
      <w:tblGrid>
        <w:gridCol w:w="9962"/>
      </w:tblGrid>
      <w:tr w:rsidR="007553FE" w:rsidRPr="00FD1520" w14:paraId="46783AFD" w14:textId="77777777" w:rsidTr="0064272C">
        <w:trPr>
          <w:cantSplit/>
          <w:trHeight w:val="7405"/>
        </w:trPr>
        <w:tc>
          <w:tcPr>
            <w:tcW w:w="9962" w:type="dxa"/>
          </w:tcPr>
          <w:p w14:paraId="1BFC05B6" w14:textId="77777777" w:rsidR="007553FE" w:rsidRPr="00FD1520" w:rsidRDefault="005A3995">
            <w:pPr>
              <w:spacing w:after="40"/>
            </w:pPr>
            <w:r w:rsidRPr="00FD1520">
              <w:rPr>
                <w:b/>
                <w:sz w:val="20"/>
              </w:rPr>
              <w:t>Egenvurdering (skriv her)</w:t>
            </w:r>
          </w:p>
          <w:p w14:paraId="2E73D6CF"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D0485D0" w14:textId="77777777" w:rsidR="007553FE" w:rsidRPr="00FD1520" w:rsidRDefault="007553FE"/>
          <w:p w14:paraId="218E4266" w14:textId="77777777" w:rsidR="007553FE" w:rsidRPr="00FD1520" w:rsidRDefault="007553FE"/>
          <w:p w14:paraId="6996019E" w14:textId="77777777" w:rsidR="007553FE" w:rsidRPr="00FD1520" w:rsidRDefault="007553FE"/>
          <w:p w14:paraId="3AC8FDF0" w14:textId="77777777" w:rsidR="007553FE" w:rsidRPr="00FD1520" w:rsidRDefault="007553FE"/>
          <w:p w14:paraId="4BC2BD79" w14:textId="77777777" w:rsidR="007553FE" w:rsidRPr="00FD1520" w:rsidRDefault="007553FE"/>
          <w:p w14:paraId="08EBAA45" w14:textId="77777777" w:rsidR="007553FE" w:rsidRPr="00FD1520" w:rsidRDefault="007553FE"/>
          <w:p w14:paraId="53EFCE57" w14:textId="77777777" w:rsidR="007553FE" w:rsidRPr="00FD1520" w:rsidRDefault="007553FE"/>
          <w:p w14:paraId="31CBBF11" w14:textId="77777777" w:rsidR="007553FE" w:rsidRPr="00FD1520" w:rsidRDefault="007553FE"/>
          <w:p w14:paraId="706DB262" w14:textId="77777777" w:rsidR="007553FE" w:rsidRPr="00FD1520" w:rsidRDefault="007553FE"/>
          <w:p w14:paraId="3B61572F" w14:textId="77777777" w:rsidR="007553FE" w:rsidRPr="00FD1520" w:rsidRDefault="007553FE"/>
          <w:p w14:paraId="205A6A09" w14:textId="77777777" w:rsidR="007553FE" w:rsidRPr="00FD1520" w:rsidRDefault="007553FE"/>
          <w:p w14:paraId="47A2AB71" w14:textId="77777777" w:rsidR="007553FE" w:rsidRPr="00FD1520" w:rsidRDefault="007553FE"/>
          <w:p w14:paraId="4697F587" w14:textId="77777777" w:rsidR="007553FE" w:rsidRPr="00FD1520" w:rsidRDefault="007553FE"/>
          <w:p w14:paraId="4EB30FF6" w14:textId="77777777" w:rsidR="007553FE" w:rsidRPr="00FD1520" w:rsidRDefault="007553FE"/>
        </w:tc>
      </w:tr>
    </w:tbl>
    <w:p w14:paraId="1CA2A30B" w14:textId="77777777" w:rsidR="0098468D" w:rsidRPr="00FD1520" w:rsidRDefault="0098468D"/>
    <w:tbl>
      <w:tblPr>
        <w:tblStyle w:val="Tabellrutenett"/>
        <w:tblW w:w="0" w:type="auto"/>
        <w:tblLook w:val="04A0" w:firstRow="1" w:lastRow="0" w:firstColumn="1" w:lastColumn="0" w:noHBand="0" w:noVBand="1"/>
      </w:tblPr>
      <w:tblGrid>
        <w:gridCol w:w="9962"/>
      </w:tblGrid>
      <w:tr w:rsidR="0098468D" w:rsidRPr="00FD1520" w14:paraId="5CAC8870" w14:textId="77777777" w:rsidTr="0098468D">
        <w:tc>
          <w:tcPr>
            <w:tcW w:w="9962" w:type="dxa"/>
          </w:tcPr>
          <w:p w14:paraId="04F2F7ED" w14:textId="77777777" w:rsidR="0098468D" w:rsidRPr="00FD1520" w:rsidRDefault="0098468D" w:rsidP="0098468D">
            <w:pPr>
              <w:spacing w:after="40"/>
            </w:pPr>
            <w:r w:rsidRPr="00FD1520">
              <w:rPr>
                <w:b/>
                <w:sz w:val="20"/>
              </w:rPr>
              <w:t>Relevante vedlegg (liste/henvisninger)</w:t>
            </w:r>
          </w:p>
          <w:p w14:paraId="781DE8AE" w14:textId="77777777" w:rsidR="0098468D" w:rsidRPr="00FD1520" w:rsidRDefault="0098468D" w:rsidP="0098468D">
            <w:r w:rsidRPr="00FD1520">
              <w:rPr>
                <w:sz w:val="20"/>
              </w:rPr>
              <w:t>Oppgi vedleggsnummer og kort beskrivelse av dokumentasjonen.</w:t>
            </w:r>
          </w:p>
          <w:p w14:paraId="74019BD9" w14:textId="77777777" w:rsidR="0098468D" w:rsidRPr="00FD1520" w:rsidRDefault="0098468D"/>
          <w:p w14:paraId="2377CC81" w14:textId="77777777" w:rsidR="0098468D" w:rsidRPr="00FD1520" w:rsidRDefault="0098468D"/>
          <w:p w14:paraId="3969434F" w14:textId="77777777" w:rsidR="0098468D" w:rsidRPr="00FD1520" w:rsidRDefault="0098468D"/>
          <w:p w14:paraId="5169A35A" w14:textId="77777777" w:rsidR="0098468D" w:rsidRPr="00FD1520" w:rsidRDefault="0098468D"/>
        </w:tc>
      </w:tr>
    </w:tbl>
    <w:p w14:paraId="1365AAD3" w14:textId="6C9EA165" w:rsidR="007553FE" w:rsidRPr="00FD1520" w:rsidRDefault="005A3995">
      <w:r w:rsidRPr="00FD1520">
        <w:br w:type="page"/>
      </w:r>
    </w:p>
    <w:p w14:paraId="3E571CF8" w14:textId="1D88C24E" w:rsidR="007553FE" w:rsidRPr="00FD1520" w:rsidRDefault="005A3995">
      <w:r w:rsidRPr="00FD1520">
        <w:rPr>
          <w:b/>
        </w:rPr>
        <w:lastRenderedPageBreak/>
        <w:t xml:space="preserve">Modul: </w:t>
      </w:r>
      <w:r w:rsidR="006E1F3E" w:rsidRPr="006E1F3E">
        <w:rPr>
          <w:b/>
        </w:rPr>
        <w:t>Produkt- og tjenesteutvikling i en håndverksbedrift</w:t>
      </w:r>
    </w:p>
    <w:p w14:paraId="2EFF3867" w14:textId="4771F580" w:rsidR="007553FE" w:rsidRPr="00FD1520" w:rsidRDefault="0098468D">
      <w:pPr>
        <w:pStyle w:val="Overskrift2"/>
      </w:pPr>
      <w:r w:rsidRPr="00FD1520">
        <w:t xml:space="preserve">2. </w:t>
      </w:r>
      <w:r w:rsidR="00206CE4" w:rsidRPr="00206CE4">
        <w:t>produksjon og produksjonsplanlegging</w:t>
      </w:r>
    </w:p>
    <w:tbl>
      <w:tblPr>
        <w:tblStyle w:val="Tabellrutenett"/>
        <w:tblW w:w="0" w:type="auto"/>
        <w:tblLook w:val="04A0" w:firstRow="1" w:lastRow="0" w:firstColumn="1" w:lastColumn="0" w:noHBand="0" w:noVBand="1"/>
      </w:tblPr>
      <w:tblGrid>
        <w:gridCol w:w="4981"/>
        <w:gridCol w:w="4981"/>
      </w:tblGrid>
      <w:tr w:rsidR="0098468D" w:rsidRPr="00FD1520" w14:paraId="1627AA91" w14:textId="77777777" w:rsidTr="0098468D">
        <w:tc>
          <w:tcPr>
            <w:tcW w:w="4981" w:type="dxa"/>
          </w:tcPr>
          <w:p w14:paraId="26C2E551" w14:textId="77777777" w:rsidR="0098468D" w:rsidRPr="0064272C" w:rsidRDefault="0098468D" w:rsidP="0098468D">
            <w:pPr>
              <w:spacing w:after="40"/>
              <w:rPr>
                <w:sz w:val="20"/>
                <w:szCs w:val="20"/>
              </w:rPr>
            </w:pPr>
            <w:r w:rsidRPr="0064272C">
              <w:rPr>
                <w:b/>
                <w:sz w:val="20"/>
                <w:szCs w:val="20"/>
              </w:rPr>
              <w:t>Hovedtema</w:t>
            </w:r>
          </w:p>
          <w:p w14:paraId="33537201" w14:textId="77777777" w:rsidR="00E66A44" w:rsidRPr="0064272C" w:rsidRDefault="00E66A44" w:rsidP="0098468D">
            <w:pPr>
              <w:rPr>
                <w:sz w:val="20"/>
                <w:szCs w:val="20"/>
              </w:rPr>
            </w:pPr>
            <w:r w:rsidRPr="0064272C">
              <w:rPr>
                <w:sz w:val="20"/>
                <w:szCs w:val="20"/>
              </w:rPr>
              <w:t xml:space="preserve">Hovedtemaet handler om ledelse av fagarbeid i bedriften. </w:t>
            </w:r>
          </w:p>
          <w:p w14:paraId="51EF44E6" w14:textId="77777777" w:rsidR="00E66A44" w:rsidRPr="0064272C" w:rsidRDefault="00E66A44" w:rsidP="0098468D">
            <w:pPr>
              <w:rPr>
                <w:sz w:val="20"/>
                <w:szCs w:val="20"/>
              </w:rPr>
            </w:pPr>
          </w:p>
          <w:p w14:paraId="38D594AE" w14:textId="77777777" w:rsidR="00E66A44" w:rsidRPr="0064272C" w:rsidRDefault="00E66A44" w:rsidP="0098468D">
            <w:pPr>
              <w:rPr>
                <w:sz w:val="20"/>
                <w:szCs w:val="20"/>
              </w:rPr>
            </w:pPr>
            <w:r w:rsidRPr="0064272C">
              <w:rPr>
                <w:sz w:val="20"/>
                <w:szCs w:val="20"/>
              </w:rPr>
              <w:t xml:space="preserve">Det omfatter etablering, vedlikehold og videreutvikling av bedriftens fagstandard. </w:t>
            </w:r>
          </w:p>
          <w:p w14:paraId="7A16A8BA" w14:textId="77777777" w:rsidR="00E66A44" w:rsidRPr="0064272C" w:rsidRDefault="00E66A44" w:rsidP="0098468D">
            <w:pPr>
              <w:rPr>
                <w:sz w:val="20"/>
                <w:szCs w:val="20"/>
              </w:rPr>
            </w:pPr>
          </w:p>
          <w:p w14:paraId="76BEB662" w14:textId="77777777" w:rsidR="00E66A44" w:rsidRPr="0064272C" w:rsidRDefault="00E66A44" w:rsidP="0098468D">
            <w:pPr>
              <w:rPr>
                <w:sz w:val="20"/>
                <w:szCs w:val="20"/>
              </w:rPr>
            </w:pPr>
            <w:r w:rsidRPr="0064272C">
              <w:rPr>
                <w:sz w:val="20"/>
                <w:szCs w:val="20"/>
              </w:rPr>
              <w:t xml:space="preserve">Det innebærer også produksjonsplanlegging og effektivisering samt analyse av miljømessige og økonomiske konsekvenser av løsninger, material- og metodevalg. </w:t>
            </w:r>
          </w:p>
          <w:p w14:paraId="5FC2A6DD" w14:textId="77777777" w:rsidR="00E66A44" w:rsidRPr="0064272C" w:rsidRDefault="00E66A44" w:rsidP="0098468D">
            <w:pPr>
              <w:rPr>
                <w:sz w:val="20"/>
                <w:szCs w:val="20"/>
              </w:rPr>
            </w:pPr>
          </w:p>
          <w:p w14:paraId="4C05DD7E" w14:textId="0D67BCCC" w:rsidR="0098468D" w:rsidRPr="0064272C" w:rsidRDefault="00E66A44" w:rsidP="0098468D">
            <w:pPr>
              <w:rPr>
                <w:sz w:val="20"/>
                <w:szCs w:val="20"/>
              </w:rPr>
            </w:pPr>
            <w:r w:rsidRPr="0064272C">
              <w:rPr>
                <w:sz w:val="20"/>
                <w:szCs w:val="20"/>
              </w:rPr>
              <w:t>Produktansvar og dokumentasjonskrav inngår i hovedområdet.</w:t>
            </w:r>
          </w:p>
        </w:tc>
        <w:tc>
          <w:tcPr>
            <w:tcW w:w="4981" w:type="dxa"/>
          </w:tcPr>
          <w:p w14:paraId="61749D53" w14:textId="77777777" w:rsidR="0098468D" w:rsidRPr="0064272C" w:rsidRDefault="0098468D" w:rsidP="0098468D">
            <w:pPr>
              <w:spacing w:after="40"/>
              <w:rPr>
                <w:sz w:val="20"/>
                <w:szCs w:val="20"/>
              </w:rPr>
            </w:pPr>
            <w:r w:rsidRPr="0064272C">
              <w:rPr>
                <w:b/>
                <w:sz w:val="20"/>
                <w:szCs w:val="20"/>
              </w:rPr>
              <w:t>Innhold</w:t>
            </w:r>
          </w:p>
          <w:p w14:paraId="1F9804F3" w14:textId="5AE4B804" w:rsidR="003945A1" w:rsidRPr="0064272C" w:rsidRDefault="003945A1" w:rsidP="003945A1">
            <w:pPr>
              <w:pStyle w:val="Punktliste"/>
              <w:numPr>
                <w:ilvl w:val="0"/>
                <w:numId w:val="23"/>
              </w:numPr>
              <w:rPr>
                <w:sz w:val="20"/>
                <w:szCs w:val="20"/>
              </w:rPr>
            </w:pPr>
            <w:r w:rsidRPr="0064272C">
              <w:rPr>
                <w:sz w:val="20"/>
                <w:szCs w:val="20"/>
              </w:rPr>
              <w:t xml:space="preserve">analyse av vare- og tjeneste produksjon  </w:t>
            </w:r>
          </w:p>
          <w:p w14:paraId="4C67A1BB" w14:textId="617B8686" w:rsidR="003945A1" w:rsidRPr="0064272C" w:rsidRDefault="003945A1" w:rsidP="003945A1">
            <w:pPr>
              <w:pStyle w:val="Punktliste"/>
              <w:numPr>
                <w:ilvl w:val="0"/>
                <w:numId w:val="23"/>
              </w:numPr>
              <w:rPr>
                <w:sz w:val="20"/>
                <w:szCs w:val="20"/>
              </w:rPr>
            </w:pPr>
            <w:r w:rsidRPr="0064272C">
              <w:rPr>
                <w:sz w:val="20"/>
                <w:szCs w:val="20"/>
              </w:rPr>
              <w:t xml:space="preserve">verktøy og systemer for produksjonsplanlegging og -kontroll </w:t>
            </w:r>
          </w:p>
          <w:p w14:paraId="2B09CA91" w14:textId="6CC1899E" w:rsidR="003945A1" w:rsidRPr="0064272C" w:rsidRDefault="003945A1" w:rsidP="003945A1">
            <w:pPr>
              <w:pStyle w:val="Punktliste"/>
              <w:numPr>
                <w:ilvl w:val="0"/>
                <w:numId w:val="23"/>
              </w:numPr>
              <w:rPr>
                <w:sz w:val="20"/>
                <w:szCs w:val="20"/>
              </w:rPr>
            </w:pPr>
            <w:r w:rsidRPr="0064272C">
              <w:rPr>
                <w:sz w:val="20"/>
                <w:szCs w:val="20"/>
              </w:rPr>
              <w:t xml:space="preserve">material- og metodevalg </w:t>
            </w:r>
          </w:p>
          <w:p w14:paraId="4EEAEC21" w14:textId="2206CA1D" w:rsidR="003945A1" w:rsidRPr="0064272C" w:rsidRDefault="003945A1" w:rsidP="003945A1">
            <w:pPr>
              <w:pStyle w:val="Punktliste"/>
              <w:numPr>
                <w:ilvl w:val="0"/>
                <w:numId w:val="23"/>
              </w:numPr>
              <w:rPr>
                <w:sz w:val="20"/>
                <w:szCs w:val="20"/>
              </w:rPr>
            </w:pPr>
            <w:r w:rsidRPr="0064272C">
              <w:rPr>
                <w:sz w:val="20"/>
                <w:szCs w:val="20"/>
              </w:rPr>
              <w:t xml:space="preserve">effektivisering og optimalisering av produksjonsprosesser  </w:t>
            </w:r>
          </w:p>
          <w:p w14:paraId="12E9F9DC" w14:textId="2860BB86" w:rsidR="003945A1" w:rsidRPr="0064272C" w:rsidRDefault="003945A1" w:rsidP="003945A1">
            <w:pPr>
              <w:pStyle w:val="Punktliste"/>
              <w:numPr>
                <w:ilvl w:val="0"/>
                <w:numId w:val="23"/>
              </w:numPr>
              <w:rPr>
                <w:sz w:val="20"/>
                <w:szCs w:val="20"/>
              </w:rPr>
            </w:pPr>
            <w:r w:rsidRPr="0064272C">
              <w:rPr>
                <w:sz w:val="20"/>
                <w:szCs w:val="20"/>
              </w:rPr>
              <w:t xml:space="preserve">miljøhensyn  </w:t>
            </w:r>
          </w:p>
          <w:p w14:paraId="1F0F0132" w14:textId="2856E375" w:rsidR="003945A1" w:rsidRPr="0064272C" w:rsidRDefault="003945A1" w:rsidP="003945A1">
            <w:pPr>
              <w:pStyle w:val="Punktliste"/>
              <w:numPr>
                <w:ilvl w:val="0"/>
                <w:numId w:val="23"/>
              </w:numPr>
              <w:rPr>
                <w:sz w:val="20"/>
                <w:szCs w:val="20"/>
              </w:rPr>
            </w:pPr>
            <w:r w:rsidRPr="0064272C">
              <w:rPr>
                <w:sz w:val="20"/>
                <w:szCs w:val="20"/>
              </w:rPr>
              <w:t xml:space="preserve">dokumentasjonskrav </w:t>
            </w:r>
          </w:p>
          <w:p w14:paraId="180F1865" w14:textId="35231CA7" w:rsidR="0098468D" w:rsidRPr="0064272C" w:rsidRDefault="003945A1" w:rsidP="003945A1">
            <w:pPr>
              <w:pStyle w:val="Punktliste"/>
              <w:numPr>
                <w:ilvl w:val="0"/>
                <w:numId w:val="23"/>
              </w:numPr>
              <w:rPr>
                <w:sz w:val="20"/>
                <w:szCs w:val="20"/>
              </w:rPr>
            </w:pPr>
            <w:r w:rsidRPr="0064272C">
              <w:rPr>
                <w:sz w:val="20"/>
                <w:szCs w:val="20"/>
              </w:rPr>
              <w:t>lov om produktansvar</w:t>
            </w:r>
          </w:p>
        </w:tc>
      </w:tr>
    </w:tbl>
    <w:p w14:paraId="7F6E8EC3" w14:textId="77777777" w:rsidR="0098468D" w:rsidRPr="00FD1520" w:rsidRDefault="0098468D" w:rsidP="0098468D"/>
    <w:tbl>
      <w:tblPr>
        <w:tblStyle w:val="Tabellrutenett"/>
        <w:tblW w:w="0" w:type="auto"/>
        <w:tblLook w:val="04A0" w:firstRow="1" w:lastRow="0" w:firstColumn="1" w:lastColumn="0" w:noHBand="0" w:noVBand="1"/>
      </w:tblPr>
      <w:tblGrid>
        <w:gridCol w:w="9962"/>
      </w:tblGrid>
      <w:tr w:rsidR="007553FE" w:rsidRPr="00FD1520" w14:paraId="5E9702FF" w14:textId="77777777" w:rsidTr="0098468D">
        <w:trPr>
          <w:cantSplit/>
          <w:trHeight w:val="5953"/>
        </w:trPr>
        <w:tc>
          <w:tcPr>
            <w:tcW w:w="9962" w:type="dxa"/>
          </w:tcPr>
          <w:p w14:paraId="044D4222" w14:textId="77777777" w:rsidR="007553FE" w:rsidRPr="00FD1520" w:rsidRDefault="005A3995">
            <w:pPr>
              <w:spacing w:after="40"/>
            </w:pPr>
            <w:r w:rsidRPr="00FD1520">
              <w:rPr>
                <w:b/>
                <w:sz w:val="20"/>
              </w:rPr>
              <w:t>Egenvurdering (skriv her)</w:t>
            </w:r>
          </w:p>
          <w:p w14:paraId="22EECD06"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E3C1B46" w14:textId="77777777" w:rsidR="007553FE" w:rsidRPr="00FD1520" w:rsidRDefault="007553FE"/>
          <w:p w14:paraId="22EF19D5" w14:textId="77777777" w:rsidR="007553FE" w:rsidRPr="00FD1520" w:rsidRDefault="007553FE"/>
          <w:p w14:paraId="49BECC35" w14:textId="77777777" w:rsidR="007553FE" w:rsidRPr="00FD1520" w:rsidRDefault="007553FE"/>
          <w:p w14:paraId="37ACE033" w14:textId="77777777" w:rsidR="007553FE" w:rsidRPr="00FD1520" w:rsidRDefault="007553FE"/>
          <w:p w14:paraId="7E21E149" w14:textId="77777777" w:rsidR="007553FE" w:rsidRPr="00FD1520" w:rsidRDefault="007553FE"/>
          <w:p w14:paraId="74CCA8C6" w14:textId="77777777" w:rsidR="007553FE" w:rsidRPr="00FD1520" w:rsidRDefault="007553FE"/>
          <w:p w14:paraId="6A73AC7D" w14:textId="77777777" w:rsidR="007553FE" w:rsidRPr="00FD1520" w:rsidRDefault="007553FE"/>
          <w:p w14:paraId="72AD1B49" w14:textId="77777777" w:rsidR="007553FE" w:rsidRPr="00FD1520" w:rsidRDefault="007553FE"/>
          <w:p w14:paraId="75FCC497" w14:textId="77777777" w:rsidR="007553FE" w:rsidRPr="00FD1520" w:rsidRDefault="007553FE"/>
          <w:p w14:paraId="7D0EC578" w14:textId="77777777" w:rsidR="007553FE" w:rsidRPr="00FD1520" w:rsidRDefault="007553FE"/>
          <w:p w14:paraId="3ABA8D19" w14:textId="77777777" w:rsidR="007553FE" w:rsidRPr="00FD1520" w:rsidRDefault="007553FE"/>
          <w:p w14:paraId="21C3BF57" w14:textId="77777777" w:rsidR="007553FE" w:rsidRPr="00FD1520" w:rsidRDefault="007553FE"/>
          <w:p w14:paraId="6D903C7A" w14:textId="77777777" w:rsidR="007553FE" w:rsidRPr="00FD1520" w:rsidRDefault="007553FE"/>
          <w:p w14:paraId="516D0649" w14:textId="77777777" w:rsidR="007553FE" w:rsidRPr="00FD1520" w:rsidRDefault="007553FE"/>
        </w:tc>
      </w:tr>
    </w:tbl>
    <w:p w14:paraId="49AA8E28" w14:textId="77777777" w:rsidR="009826E1" w:rsidRPr="00FD1520" w:rsidRDefault="009826E1"/>
    <w:tbl>
      <w:tblPr>
        <w:tblStyle w:val="Tabellrutenett"/>
        <w:tblW w:w="0" w:type="auto"/>
        <w:tblLook w:val="04A0" w:firstRow="1" w:lastRow="0" w:firstColumn="1" w:lastColumn="0" w:noHBand="0" w:noVBand="1"/>
      </w:tblPr>
      <w:tblGrid>
        <w:gridCol w:w="9962"/>
      </w:tblGrid>
      <w:tr w:rsidR="009826E1" w:rsidRPr="00FD1520" w14:paraId="533D192A" w14:textId="77777777" w:rsidTr="009826E1">
        <w:tc>
          <w:tcPr>
            <w:tcW w:w="9962" w:type="dxa"/>
          </w:tcPr>
          <w:p w14:paraId="7630639E" w14:textId="77777777" w:rsidR="009826E1" w:rsidRPr="00FD1520" w:rsidRDefault="009826E1" w:rsidP="009826E1">
            <w:pPr>
              <w:spacing w:after="40"/>
            </w:pPr>
            <w:r w:rsidRPr="00FD1520">
              <w:rPr>
                <w:b/>
                <w:sz w:val="20"/>
              </w:rPr>
              <w:t>Relevante vedlegg (liste/henvisninger)</w:t>
            </w:r>
          </w:p>
          <w:p w14:paraId="396A8C79" w14:textId="77777777" w:rsidR="009826E1" w:rsidRPr="00FD1520" w:rsidRDefault="009826E1" w:rsidP="009826E1">
            <w:r w:rsidRPr="00FD1520">
              <w:rPr>
                <w:sz w:val="20"/>
              </w:rPr>
              <w:t>Oppgi vedleggsnummer og kort beskrivelse av dokumentasjonen.</w:t>
            </w:r>
          </w:p>
          <w:p w14:paraId="46A41F38" w14:textId="77777777" w:rsidR="009826E1" w:rsidRPr="00FD1520" w:rsidRDefault="009826E1"/>
          <w:p w14:paraId="5D6546BC" w14:textId="77777777" w:rsidR="009826E1" w:rsidRPr="00FD1520" w:rsidRDefault="009826E1"/>
          <w:p w14:paraId="64318753" w14:textId="77777777" w:rsidR="009826E1" w:rsidRPr="00FD1520" w:rsidRDefault="009826E1"/>
          <w:p w14:paraId="072FE3A6" w14:textId="77777777" w:rsidR="009826E1" w:rsidRPr="00FD1520" w:rsidRDefault="009826E1"/>
        </w:tc>
      </w:tr>
    </w:tbl>
    <w:p w14:paraId="37D01E5A" w14:textId="33D9E81E" w:rsidR="007553FE" w:rsidRPr="00FD1520" w:rsidRDefault="005A3995">
      <w:r w:rsidRPr="00FD1520">
        <w:br w:type="page"/>
      </w:r>
    </w:p>
    <w:p w14:paraId="462927DB" w14:textId="74B6D706" w:rsidR="007553FE" w:rsidRPr="00FD1520" w:rsidRDefault="005A3995">
      <w:r w:rsidRPr="00FD1520">
        <w:rPr>
          <w:b/>
        </w:rPr>
        <w:lastRenderedPageBreak/>
        <w:t xml:space="preserve">Modul: </w:t>
      </w:r>
      <w:r w:rsidR="006E1F3E" w:rsidRPr="006E1F3E">
        <w:rPr>
          <w:b/>
        </w:rPr>
        <w:t>Produkt- og tjenesteutvikling i en håndverksbedrift</w:t>
      </w:r>
    </w:p>
    <w:p w14:paraId="33EAC923" w14:textId="3A44EB10" w:rsidR="007553FE" w:rsidRPr="00FD1520" w:rsidRDefault="009826E1">
      <w:pPr>
        <w:pStyle w:val="Overskrift2"/>
      </w:pPr>
      <w:r w:rsidRPr="00FD1520">
        <w:t xml:space="preserve">3. </w:t>
      </w:r>
      <w:r w:rsidR="00206CE4">
        <w:t xml:space="preserve">logistikk </w:t>
      </w:r>
    </w:p>
    <w:tbl>
      <w:tblPr>
        <w:tblStyle w:val="Tabellrutenett"/>
        <w:tblW w:w="0" w:type="auto"/>
        <w:tblLook w:val="04A0" w:firstRow="1" w:lastRow="0" w:firstColumn="1" w:lastColumn="0" w:noHBand="0" w:noVBand="1"/>
      </w:tblPr>
      <w:tblGrid>
        <w:gridCol w:w="4981"/>
        <w:gridCol w:w="4981"/>
      </w:tblGrid>
      <w:tr w:rsidR="009826E1" w:rsidRPr="00FD1520" w14:paraId="35DC60D3" w14:textId="77777777" w:rsidTr="009826E1">
        <w:tc>
          <w:tcPr>
            <w:tcW w:w="4981" w:type="dxa"/>
          </w:tcPr>
          <w:p w14:paraId="64A1DD10" w14:textId="77777777" w:rsidR="009826E1" w:rsidRPr="0064272C" w:rsidRDefault="009826E1" w:rsidP="009826E1">
            <w:pPr>
              <w:spacing w:after="40"/>
              <w:rPr>
                <w:sz w:val="20"/>
                <w:szCs w:val="20"/>
              </w:rPr>
            </w:pPr>
            <w:r w:rsidRPr="0064272C">
              <w:rPr>
                <w:b/>
                <w:sz w:val="20"/>
                <w:szCs w:val="20"/>
              </w:rPr>
              <w:t>Hovedtema</w:t>
            </w:r>
          </w:p>
          <w:p w14:paraId="38B687AC" w14:textId="634C5E8E" w:rsidR="009826E1" w:rsidRPr="0064272C" w:rsidRDefault="00EC7758" w:rsidP="009826E1">
            <w:pPr>
              <w:rPr>
                <w:sz w:val="20"/>
                <w:szCs w:val="20"/>
              </w:rPr>
            </w:pPr>
            <w:r w:rsidRPr="0064272C">
              <w:rPr>
                <w:sz w:val="20"/>
                <w:szCs w:val="20"/>
              </w:rPr>
              <w:t>Hovedtemaet handler om planlegging og organisering av vare- og informasjonsstrømmen i bedriften.</w:t>
            </w:r>
          </w:p>
        </w:tc>
        <w:tc>
          <w:tcPr>
            <w:tcW w:w="4981" w:type="dxa"/>
          </w:tcPr>
          <w:p w14:paraId="1BF2BD08" w14:textId="77777777" w:rsidR="009826E1" w:rsidRPr="0064272C" w:rsidRDefault="009826E1" w:rsidP="009826E1">
            <w:pPr>
              <w:spacing w:after="40"/>
              <w:rPr>
                <w:sz w:val="20"/>
                <w:szCs w:val="20"/>
              </w:rPr>
            </w:pPr>
            <w:r w:rsidRPr="0064272C">
              <w:rPr>
                <w:b/>
                <w:sz w:val="20"/>
                <w:szCs w:val="20"/>
              </w:rPr>
              <w:t>Innhold</w:t>
            </w:r>
          </w:p>
          <w:p w14:paraId="0F8690A1" w14:textId="51A3A787" w:rsidR="00EC7758" w:rsidRPr="0064272C" w:rsidRDefault="00EC7758" w:rsidP="00EC7758">
            <w:pPr>
              <w:pStyle w:val="Punktliste"/>
              <w:numPr>
                <w:ilvl w:val="0"/>
                <w:numId w:val="24"/>
              </w:numPr>
              <w:rPr>
                <w:sz w:val="20"/>
                <w:szCs w:val="20"/>
              </w:rPr>
            </w:pPr>
            <w:r w:rsidRPr="0064272C">
              <w:rPr>
                <w:sz w:val="20"/>
                <w:szCs w:val="20"/>
              </w:rPr>
              <w:t xml:space="preserve">verdikjeden </w:t>
            </w:r>
          </w:p>
          <w:p w14:paraId="69B01752" w14:textId="24CE165A" w:rsidR="00EC7758" w:rsidRPr="0064272C" w:rsidRDefault="00EC7758" w:rsidP="00EC7758">
            <w:pPr>
              <w:pStyle w:val="Punktliste"/>
              <w:numPr>
                <w:ilvl w:val="0"/>
                <w:numId w:val="24"/>
              </w:numPr>
              <w:rPr>
                <w:sz w:val="20"/>
                <w:szCs w:val="20"/>
              </w:rPr>
            </w:pPr>
            <w:r w:rsidRPr="0064272C">
              <w:rPr>
                <w:sz w:val="20"/>
                <w:szCs w:val="20"/>
              </w:rPr>
              <w:t xml:space="preserve">innkjøp og forsyning </w:t>
            </w:r>
          </w:p>
          <w:p w14:paraId="5675F879" w14:textId="68A071C3" w:rsidR="00EC7758" w:rsidRPr="0064272C" w:rsidRDefault="00EC7758" w:rsidP="00EC7758">
            <w:pPr>
              <w:pStyle w:val="Punktliste"/>
              <w:numPr>
                <w:ilvl w:val="0"/>
                <w:numId w:val="24"/>
              </w:numPr>
              <w:rPr>
                <w:sz w:val="20"/>
                <w:szCs w:val="20"/>
              </w:rPr>
            </w:pPr>
            <w:r w:rsidRPr="0064272C">
              <w:rPr>
                <w:sz w:val="20"/>
                <w:szCs w:val="20"/>
              </w:rPr>
              <w:t xml:space="preserve">transport  </w:t>
            </w:r>
          </w:p>
          <w:p w14:paraId="15403E6D" w14:textId="476E2C25" w:rsidR="00EC7758" w:rsidRPr="0064272C" w:rsidRDefault="00EC7758" w:rsidP="00EC7758">
            <w:pPr>
              <w:pStyle w:val="Punktliste"/>
              <w:numPr>
                <w:ilvl w:val="0"/>
                <w:numId w:val="24"/>
              </w:numPr>
              <w:rPr>
                <w:sz w:val="20"/>
                <w:szCs w:val="20"/>
              </w:rPr>
            </w:pPr>
            <w:r w:rsidRPr="0064272C">
              <w:rPr>
                <w:sz w:val="20"/>
                <w:szCs w:val="20"/>
              </w:rPr>
              <w:t xml:space="preserve">varemottak og materialhåndtering  </w:t>
            </w:r>
          </w:p>
          <w:p w14:paraId="23FA7423" w14:textId="4EA5BDC6" w:rsidR="00EC7758" w:rsidRPr="0064272C" w:rsidRDefault="00EC7758" w:rsidP="00EC7758">
            <w:pPr>
              <w:pStyle w:val="Punktliste"/>
              <w:numPr>
                <w:ilvl w:val="0"/>
                <w:numId w:val="24"/>
              </w:numPr>
              <w:rPr>
                <w:sz w:val="20"/>
                <w:szCs w:val="20"/>
              </w:rPr>
            </w:pPr>
            <w:r w:rsidRPr="0064272C">
              <w:rPr>
                <w:sz w:val="20"/>
                <w:szCs w:val="20"/>
              </w:rPr>
              <w:t xml:space="preserve">lager og lagerstyring </w:t>
            </w:r>
          </w:p>
          <w:p w14:paraId="4D7FAB53" w14:textId="5CA7948B" w:rsidR="009826E1" w:rsidRPr="0064272C" w:rsidRDefault="00EC7758" w:rsidP="00EC7758">
            <w:pPr>
              <w:pStyle w:val="Punktliste"/>
              <w:numPr>
                <w:ilvl w:val="0"/>
                <w:numId w:val="24"/>
              </w:numPr>
              <w:rPr>
                <w:sz w:val="20"/>
                <w:szCs w:val="20"/>
              </w:rPr>
            </w:pPr>
            <w:r w:rsidRPr="0064272C">
              <w:rPr>
                <w:sz w:val="20"/>
                <w:szCs w:val="20"/>
              </w:rPr>
              <w:t>ordrebehandling og kundeservice</w:t>
            </w:r>
          </w:p>
        </w:tc>
      </w:tr>
    </w:tbl>
    <w:p w14:paraId="5E4A1D65" w14:textId="77777777" w:rsidR="009826E1" w:rsidRPr="00FD1520" w:rsidRDefault="009826E1" w:rsidP="009826E1"/>
    <w:tbl>
      <w:tblPr>
        <w:tblStyle w:val="Tabellrutenett"/>
        <w:tblW w:w="0" w:type="auto"/>
        <w:tblLook w:val="04A0" w:firstRow="1" w:lastRow="0" w:firstColumn="1" w:lastColumn="0" w:noHBand="0" w:noVBand="1"/>
      </w:tblPr>
      <w:tblGrid>
        <w:gridCol w:w="9962"/>
      </w:tblGrid>
      <w:tr w:rsidR="007553FE" w:rsidRPr="00FD1520" w14:paraId="1B493050" w14:textId="77777777" w:rsidTr="0064272C">
        <w:trPr>
          <w:cantSplit/>
          <w:trHeight w:val="7121"/>
        </w:trPr>
        <w:tc>
          <w:tcPr>
            <w:tcW w:w="9962" w:type="dxa"/>
          </w:tcPr>
          <w:p w14:paraId="3326121F" w14:textId="77777777" w:rsidR="007553FE" w:rsidRPr="00FD1520" w:rsidRDefault="005A3995">
            <w:pPr>
              <w:spacing w:after="40"/>
            </w:pPr>
            <w:r w:rsidRPr="00FD1520">
              <w:rPr>
                <w:b/>
                <w:sz w:val="20"/>
              </w:rPr>
              <w:t>Egenvurdering (skriv her)</w:t>
            </w:r>
          </w:p>
          <w:p w14:paraId="5691EE6D"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774AA28" w14:textId="77777777" w:rsidR="007553FE" w:rsidRPr="00FD1520" w:rsidRDefault="007553FE"/>
          <w:p w14:paraId="11B0A337" w14:textId="77777777" w:rsidR="007553FE" w:rsidRPr="00FD1520" w:rsidRDefault="007553FE"/>
          <w:p w14:paraId="407230EC" w14:textId="77777777" w:rsidR="007553FE" w:rsidRPr="00FD1520" w:rsidRDefault="007553FE"/>
          <w:p w14:paraId="77CBB38F" w14:textId="77777777" w:rsidR="007553FE" w:rsidRPr="00FD1520" w:rsidRDefault="007553FE"/>
          <w:p w14:paraId="5CB46F61" w14:textId="77777777" w:rsidR="007553FE" w:rsidRPr="00FD1520" w:rsidRDefault="007553FE"/>
          <w:p w14:paraId="1121D4F3" w14:textId="77777777" w:rsidR="007553FE" w:rsidRPr="00FD1520" w:rsidRDefault="007553FE"/>
          <w:p w14:paraId="59F339A7" w14:textId="77777777" w:rsidR="007553FE" w:rsidRPr="00FD1520" w:rsidRDefault="007553FE"/>
          <w:p w14:paraId="62F7B187" w14:textId="77777777" w:rsidR="007553FE" w:rsidRPr="00FD1520" w:rsidRDefault="007553FE"/>
          <w:p w14:paraId="53627D88" w14:textId="77777777" w:rsidR="007553FE" w:rsidRPr="00FD1520" w:rsidRDefault="007553FE"/>
          <w:p w14:paraId="04769D0E" w14:textId="77777777" w:rsidR="007553FE" w:rsidRPr="00FD1520" w:rsidRDefault="007553FE"/>
          <w:p w14:paraId="5573E2F9" w14:textId="77777777" w:rsidR="007553FE" w:rsidRPr="00FD1520" w:rsidRDefault="007553FE"/>
          <w:p w14:paraId="59D74FD5" w14:textId="77777777" w:rsidR="007553FE" w:rsidRPr="00FD1520" w:rsidRDefault="007553FE"/>
          <w:p w14:paraId="341E955E" w14:textId="77777777" w:rsidR="007553FE" w:rsidRPr="00FD1520" w:rsidRDefault="007553FE"/>
          <w:p w14:paraId="1454FBB6" w14:textId="77777777" w:rsidR="007553FE" w:rsidRPr="00FD1520" w:rsidRDefault="007553FE"/>
        </w:tc>
      </w:tr>
    </w:tbl>
    <w:p w14:paraId="66BEC33B"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3DF2C872" w14:textId="77777777" w:rsidTr="008B62FC">
        <w:tc>
          <w:tcPr>
            <w:tcW w:w="9962" w:type="dxa"/>
          </w:tcPr>
          <w:p w14:paraId="527B558D" w14:textId="77777777" w:rsidR="008B62FC" w:rsidRPr="00FD1520" w:rsidRDefault="008B62FC" w:rsidP="008B62FC">
            <w:pPr>
              <w:spacing w:after="40"/>
            </w:pPr>
            <w:r w:rsidRPr="00FD1520">
              <w:rPr>
                <w:b/>
                <w:sz w:val="20"/>
              </w:rPr>
              <w:t>Relevante vedlegg (liste/henvisninger)</w:t>
            </w:r>
          </w:p>
          <w:p w14:paraId="608DEA39" w14:textId="77777777" w:rsidR="008B62FC" w:rsidRPr="00FD1520" w:rsidRDefault="008B62FC" w:rsidP="008B62FC">
            <w:r w:rsidRPr="00FD1520">
              <w:rPr>
                <w:sz w:val="20"/>
              </w:rPr>
              <w:t>Oppgi vedleggsnummer og kort beskrivelse av dokumentasjonen.</w:t>
            </w:r>
          </w:p>
          <w:p w14:paraId="04ABD523" w14:textId="77777777" w:rsidR="008B62FC" w:rsidRPr="00FD1520" w:rsidRDefault="008B62FC"/>
          <w:p w14:paraId="0F11B50F" w14:textId="77777777" w:rsidR="008B62FC" w:rsidRPr="00FD1520" w:rsidRDefault="008B62FC"/>
          <w:p w14:paraId="1B4E8E8C" w14:textId="77777777" w:rsidR="008B62FC" w:rsidRPr="00FD1520" w:rsidRDefault="008B62FC"/>
          <w:p w14:paraId="58AA5D88" w14:textId="77777777" w:rsidR="008B62FC" w:rsidRPr="00FD1520" w:rsidRDefault="008B62FC"/>
          <w:p w14:paraId="2F6A5320" w14:textId="77777777" w:rsidR="008B62FC" w:rsidRPr="00FD1520" w:rsidRDefault="008B62FC"/>
          <w:p w14:paraId="444FA17B" w14:textId="77777777" w:rsidR="008B62FC" w:rsidRPr="00FD1520" w:rsidRDefault="008B62FC"/>
        </w:tc>
      </w:tr>
    </w:tbl>
    <w:p w14:paraId="61EAC7EE" w14:textId="77777777" w:rsidR="006E1F3E" w:rsidRDefault="006E1F3E"/>
    <w:p w14:paraId="5D3C1CCE" w14:textId="77777777" w:rsidR="00595AC8" w:rsidRPr="00FD1520" w:rsidRDefault="00595AC8" w:rsidP="00595AC8">
      <w:r w:rsidRPr="00FD1520">
        <w:rPr>
          <w:b/>
        </w:rPr>
        <w:lastRenderedPageBreak/>
        <w:t xml:space="preserve">Modul: </w:t>
      </w:r>
      <w:r w:rsidRPr="006E1F3E">
        <w:rPr>
          <w:b/>
        </w:rPr>
        <w:t>Produkt- og tjenesteutvikling i en håndverksbedrift</w:t>
      </w:r>
    </w:p>
    <w:p w14:paraId="6629EFB0" w14:textId="0D6E9479" w:rsidR="00595AC8" w:rsidRPr="00FD1520" w:rsidRDefault="00595AC8" w:rsidP="00595AC8">
      <w:pPr>
        <w:pStyle w:val="Overskrift2"/>
      </w:pPr>
      <w:r>
        <w:t>4.</w:t>
      </w:r>
      <w:r w:rsidRPr="00FD1520">
        <w:t xml:space="preserve"> </w:t>
      </w:r>
      <w:r w:rsidR="009A7CA5">
        <w:t>kvalitet og kvalitetssikring</w:t>
      </w:r>
    </w:p>
    <w:tbl>
      <w:tblPr>
        <w:tblStyle w:val="Tabellrutenett"/>
        <w:tblW w:w="0" w:type="auto"/>
        <w:tblLook w:val="04A0" w:firstRow="1" w:lastRow="0" w:firstColumn="1" w:lastColumn="0" w:noHBand="0" w:noVBand="1"/>
      </w:tblPr>
      <w:tblGrid>
        <w:gridCol w:w="4981"/>
        <w:gridCol w:w="4981"/>
      </w:tblGrid>
      <w:tr w:rsidR="00595AC8" w:rsidRPr="00FD1520" w14:paraId="2362206A" w14:textId="77777777" w:rsidTr="00393A49">
        <w:tc>
          <w:tcPr>
            <w:tcW w:w="4981" w:type="dxa"/>
          </w:tcPr>
          <w:p w14:paraId="71DD1F82" w14:textId="77777777" w:rsidR="00595AC8" w:rsidRPr="0064272C" w:rsidRDefault="00595AC8" w:rsidP="00393A49">
            <w:pPr>
              <w:spacing w:after="40"/>
              <w:rPr>
                <w:sz w:val="20"/>
                <w:szCs w:val="20"/>
              </w:rPr>
            </w:pPr>
            <w:r w:rsidRPr="0064272C">
              <w:rPr>
                <w:b/>
                <w:sz w:val="20"/>
                <w:szCs w:val="20"/>
              </w:rPr>
              <w:t>Hovedtema</w:t>
            </w:r>
          </w:p>
          <w:p w14:paraId="4B0E9FA2" w14:textId="6C74C12F" w:rsidR="00595AC8" w:rsidRPr="0064272C" w:rsidRDefault="009863AC" w:rsidP="00393A49">
            <w:pPr>
              <w:rPr>
                <w:sz w:val="20"/>
                <w:szCs w:val="20"/>
              </w:rPr>
            </w:pPr>
            <w:r w:rsidRPr="0064272C">
              <w:rPr>
                <w:sz w:val="20"/>
                <w:szCs w:val="20"/>
              </w:rPr>
              <w:t xml:space="preserve">Hovedtemaet handler om ledelse av kontinuerlige forbedringer og kvalitet på produkter og tjenester. </w:t>
            </w:r>
          </w:p>
        </w:tc>
        <w:tc>
          <w:tcPr>
            <w:tcW w:w="4981" w:type="dxa"/>
          </w:tcPr>
          <w:p w14:paraId="0B0EE8CA" w14:textId="77777777" w:rsidR="00595AC8" w:rsidRPr="0064272C" w:rsidRDefault="00595AC8" w:rsidP="00393A49">
            <w:pPr>
              <w:spacing w:after="40"/>
              <w:rPr>
                <w:sz w:val="20"/>
                <w:szCs w:val="20"/>
              </w:rPr>
            </w:pPr>
            <w:r w:rsidRPr="0064272C">
              <w:rPr>
                <w:b/>
                <w:sz w:val="20"/>
                <w:szCs w:val="20"/>
              </w:rPr>
              <w:t>Innhold</w:t>
            </w:r>
          </w:p>
          <w:p w14:paraId="79F0C593" w14:textId="6956BF50" w:rsidR="009B1656" w:rsidRPr="0064272C" w:rsidRDefault="009B1656" w:rsidP="009B1656">
            <w:pPr>
              <w:pStyle w:val="Punktliste"/>
              <w:numPr>
                <w:ilvl w:val="0"/>
                <w:numId w:val="25"/>
              </w:numPr>
              <w:rPr>
                <w:sz w:val="20"/>
                <w:szCs w:val="20"/>
              </w:rPr>
            </w:pPr>
            <w:r w:rsidRPr="0064272C">
              <w:rPr>
                <w:sz w:val="20"/>
                <w:szCs w:val="20"/>
              </w:rPr>
              <w:t xml:space="preserve">faglige standarder </w:t>
            </w:r>
          </w:p>
          <w:p w14:paraId="21F65FFE" w14:textId="77777777" w:rsidR="00595AC8" w:rsidRPr="0064272C" w:rsidRDefault="009B1656" w:rsidP="009B1656">
            <w:pPr>
              <w:pStyle w:val="Punktliste"/>
              <w:numPr>
                <w:ilvl w:val="0"/>
                <w:numId w:val="25"/>
              </w:numPr>
              <w:rPr>
                <w:sz w:val="20"/>
                <w:szCs w:val="20"/>
              </w:rPr>
            </w:pPr>
            <w:r w:rsidRPr="0064272C">
              <w:rPr>
                <w:sz w:val="20"/>
                <w:szCs w:val="20"/>
              </w:rPr>
              <w:t>kvalitetsarbeid og kvalitetssystemer</w:t>
            </w:r>
          </w:p>
          <w:p w14:paraId="09F85645" w14:textId="17123942" w:rsidR="009B1656" w:rsidRPr="0064272C" w:rsidRDefault="009B1656" w:rsidP="009B1656">
            <w:pPr>
              <w:pStyle w:val="Punktliste"/>
              <w:numPr>
                <w:ilvl w:val="0"/>
                <w:numId w:val="25"/>
              </w:numPr>
              <w:rPr>
                <w:sz w:val="20"/>
                <w:szCs w:val="20"/>
              </w:rPr>
            </w:pPr>
            <w:r w:rsidRPr="0064272C">
              <w:rPr>
                <w:sz w:val="20"/>
                <w:szCs w:val="20"/>
              </w:rPr>
              <w:t xml:space="preserve">verktøy og rutiner for sporbarhet og dokumentasjon av kvalitet  </w:t>
            </w:r>
          </w:p>
          <w:p w14:paraId="5605462D" w14:textId="74DAD3B2" w:rsidR="009B1656" w:rsidRPr="0064272C" w:rsidRDefault="009B1656" w:rsidP="009B1656">
            <w:pPr>
              <w:pStyle w:val="Punktliste"/>
              <w:numPr>
                <w:ilvl w:val="0"/>
                <w:numId w:val="25"/>
              </w:numPr>
              <w:rPr>
                <w:sz w:val="20"/>
                <w:szCs w:val="20"/>
              </w:rPr>
            </w:pPr>
            <w:r w:rsidRPr="0064272C">
              <w:rPr>
                <w:sz w:val="20"/>
                <w:szCs w:val="20"/>
              </w:rPr>
              <w:t>avviksregistrering og håndtering</w:t>
            </w:r>
          </w:p>
        </w:tc>
      </w:tr>
    </w:tbl>
    <w:p w14:paraId="068243D9" w14:textId="77777777" w:rsidR="00595AC8" w:rsidRPr="00FD1520" w:rsidRDefault="00595AC8" w:rsidP="00595AC8"/>
    <w:tbl>
      <w:tblPr>
        <w:tblStyle w:val="Tabellrutenett"/>
        <w:tblW w:w="0" w:type="auto"/>
        <w:tblLook w:val="04A0" w:firstRow="1" w:lastRow="0" w:firstColumn="1" w:lastColumn="0" w:noHBand="0" w:noVBand="1"/>
      </w:tblPr>
      <w:tblGrid>
        <w:gridCol w:w="9962"/>
      </w:tblGrid>
      <w:tr w:rsidR="00595AC8" w:rsidRPr="00FD1520" w14:paraId="13BCC7B2" w14:textId="77777777" w:rsidTr="00393A49">
        <w:trPr>
          <w:cantSplit/>
          <w:trHeight w:val="5953"/>
        </w:trPr>
        <w:tc>
          <w:tcPr>
            <w:tcW w:w="9962" w:type="dxa"/>
          </w:tcPr>
          <w:p w14:paraId="4E719E4B" w14:textId="77777777" w:rsidR="00595AC8" w:rsidRPr="00FD1520" w:rsidRDefault="00595AC8" w:rsidP="00393A49">
            <w:pPr>
              <w:spacing w:after="40"/>
            </w:pPr>
            <w:r w:rsidRPr="00FD1520">
              <w:rPr>
                <w:b/>
                <w:sz w:val="20"/>
              </w:rPr>
              <w:t>Egenvurdering (skriv her)</w:t>
            </w:r>
          </w:p>
          <w:p w14:paraId="77D28181" w14:textId="77777777" w:rsidR="00595AC8" w:rsidRPr="00FD1520" w:rsidRDefault="00595AC8" w:rsidP="00393A49">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1BF1F08" w14:textId="77777777" w:rsidR="00595AC8" w:rsidRPr="00FD1520" w:rsidRDefault="00595AC8" w:rsidP="00393A49"/>
          <w:p w14:paraId="7C1668C5" w14:textId="77777777" w:rsidR="00595AC8" w:rsidRPr="00FD1520" w:rsidRDefault="00595AC8" w:rsidP="00393A49"/>
          <w:p w14:paraId="02BE38DE" w14:textId="77777777" w:rsidR="00595AC8" w:rsidRPr="00FD1520" w:rsidRDefault="00595AC8" w:rsidP="00393A49"/>
          <w:p w14:paraId="56985452" w14:textId="77777777" w:rsidR="00595AC8" w:rsidRPr="00FD1520" w:rsidRDefault="00595AC8" w:rsidP="00393A49"/>
          <w:p w14:paraId="2CE7A60F" w14:textId="77777777" w:rsidR="00595AC8" w:rsidRPr="00FD1520" w:rsidRDefault="00595AC8" w:rsidP="00393A49"/>
          <w:p w14:paraId="4DDA56E1" w14:textId="77777777" w:rsidR="00595AC8" w:rsidRPr="00FD1520" w:rsidRDefault="00595AC8" w:rsidP="00393A49"/>
          <w:p w14:paraId="4C43CFE0" w14:textId="77777777" w:rsidR="00595AC8" w:rsidRPr="00FD1520" w:rsidRDefault="00595AC8" w:rsidP="00393A49"/>
          <w:p w14:paraId="608AB1EB" w14:textId="77777777" w:rsidR="00595AC8" w:rsidRPr="00FD1520" w:rsidRDefault="00595AC8" w:rsidP="00393A49"/>
          <w:p w14:paraId="43D873A4" w14:textId="77777777" w:rsidR="00595AC8" w:rsidRPr="00FD1520" w:rsidRDefault="00595AC8" w:rsidP="00393A49"/>
          <w:p w14:paraId="61D92A4D" w14:textId="77777777" w:rsidR="00595AC8" w:rsidRPr="00FD1520" w:rsidRDefault="00595AC8" w:rsidP="00393A49"/>
          <w:p w14:paraId="6338B000" w14:textId="77777777" w:rsidR="00595AC8" w:rsidRPr="00FD1520" w:rsidRDefault="00595AC8" w:rsidP="00393A49"/>
          <w:p w14:paraId="10C4DCA6" w14:textId="77777777" w:rsidR="00595AC8" w:rsidRPr="00FD1520" w:rsidRDefault="00595AC8" w:rsidP="00393A49"/>
          <w:p w14:paraId="6B518E50" w14:textId="77777777" w:rsidR="00595AC8" w:rsidRPr="00FD1520" w:rsidRDefault="00595AC8" w:rsidP="00393A49"/>
          <w:p w14:paraId="32CD943D" w14:textId="77777777" w:rsidR="00595AC8" w:rsidRPr="00FD1520" w:rsidRDefault="00595AC8" w:rsidP="00393A49"/>
        </w:tc>
      </w:tr>
    </w:tbl>
    <w:p w14:paraId="4C45C1D8" w14:textId="77777777" w:rsidR="00595AC8" w:rsidRPr="00FD1520" w:rsidRDefault="00595AC8" w:rsidP="00595AC8"/>
    <w:tbl>
      <w:tblPr>
        <w:tblStyle w:val="Tabellrutenett"/>
        <w:tblW w:w="0" w:type="auto"/>
        <w:tblLook w:val="04A0" w:firstRow="1" w:lastRow="0" w:firstColumn="1" w:lastColumn="0" w:noHBand="0" w:noVBand="1"/>
      </w:tblPr>
      <w:tblGrid>
        <w:gridCol w:w="9962"/>
      </w:tblGrid>
      <w:tr w:rsidR="00595AC8" w:rsidRPr="00FD1520" w14:paraId="747354C4" w14:textId="77777777" w:rsidTr="00393A49">
        <w:tc>
          <w:tcPr>
            <w:tcW w:w="9962" w:type="dxa"/>
          </w:tcPr>
          <w:p w14:paraId="2B2A4E91" w14:textId="77777777" w:rsidR="00595AC8" w:rsidRPr="00FD1520" w:rsidRDefault="00595AC8" w:rsidP="00393A49">
            <w:pPr>
              <w:spacing w:after="40"/>
            </w:pPr>
            <w:r w:rsidRPr="00FD1520">
              <w:rPr>
                <w:b/>
                <w:sz w:val="20"/>
              </w:rPr>
              <w:t>Relevante vedlegg (liste/henvisninger)</w:t>
            </w:r>
          </w:p>
          <w:p w14:paraId="1114D503" w14:textId="77777777" w:rsidR="00595AC8" w:rsidRPr="00FD1520" w:rsidRDefault="00595AC8" w:rsidP="00393A49">
            <w:r w:rsidRPr="00FD1520">
              <w:rPr>
                <w:sz w:val="20"/>
              </w:rPr>
              <w:t>Oppgi vedleggsnummer og kort beskrivelse av dokumentasjonen.</w:t>
            </w:r>
          </w:p>
          <w:p w14:paraId="673CA0BD" w14:textId="77777777" w:rsidR="00595AC8" w:rsidRPr="00FD1520" w:rsidRDefault="00595AC8" w:rsidP="00393A49"/>
          <w:p w14:paraId="1BEF6BE6" w14:textId="77777777" w:rsidR="00595AC8" w:rsidRPr="00FD1520" w:rsidRDefault="00595AC8" w:rsidP="00393A49"/>
          <w:p w14:paraId="4B0B05FC" w14:textId="77777777" w:rsidR="00595AC8" w:rsidRPr="00FD1520" w:rsidRDefault="00595AC8" w:rsidP="00393A49"/>
          <w:p w14:paraId="00F16D91" w14:textId="77777777" w:rsidR="00595AC8" w:rsidRPr="00FD1520" w:rsidRDefault="00595AC8" w:rsidP="00393A49"/>
          <w:p w14:paraId="4904FF0F" w14:textId="77777777" w:rsidR="00595AC8" w:rsidRPr="00FD1520" w:rsidRDefault="00595AC8" w:rsidP="00393A49"/>
          <w:p w14:paraId="5FB9C2CE" w14:textId="77777777" w:rsidR="00595AC8" w:rsidRPr="00FD1520" w:rsidRDefault="00595AC8" w:rsidP="00393A49"/>
        </w:tc>
      </w:tr>
    </w:tbl>
    <w:p w14:paraId="7FEA4407" w14:textId="77777777" w:rsidR="00595AC8" w:rsidRDefault="00595AC8"/>
    <w:p w14:paraId="26097BB9" w14:textId="77777777" w:rsidR="00595AC8" w:rsidRDefault="00595AC8"/>
    <w:p w14:paraId="1CA2E8CA" w14:textId="77777777" w:rsidR="00595AC8" w:rsidRDefault="00595AC8"/>
    <w:p w14:paraId="3695C964" w14:textId="77777777" w:rsidR="00595AC8" w:rsidRDefault="00595AC8"/>
    <w:p w14:paraId="2DA80431" w14:textId="77777777" w:rsidR="00595AC8" w:rsidRPr="00FD1520" w:rsidRDefault="00595AC8" w:rsidP="00595AC8">
      <w:r w:rsidRPr="00FD1520">
        <w:rPr>
          <w:b/>
        </w:rPr>
        <w:lastRenderedPageBreak/>
        <w:t xml:space="preserve">Modul: </w:t>
      </w:r>
      <w:r w:rsidRPr="006E1F3E">
        <w:rPr>
          <w:b/>
        </w:rPr>
        <w:t>Produkt- og tjenesteutvikling i en håndverksbedrift</w:t>
      </w:r>
    </w:p>
    <w:p w14:paraId="21B5954F" w14:textId="7280D816" w:rsidR="00595AC8" w:rsidRPr="00FD1520" w:rsidRDefault="00595AC8" w:rsidP="00595AC8">
      <w:pPr>
        <w:pStyle w:val="Overskrift2"/>
      </w:pPr>
      <w:r>
        <w:t xml:space="preserve">5. </w:t>
      </w:r>
      <w:r w:rsidR="009A7CA5" w:rsidRPr="009A7CA5">
        <w:t>etikk i tjenesteutvikling og produksjon</w:t>
      </w:r>
    </w:p>
    <w:tbl>
      <w:tblPr>
        <w:tblStyle w:val="Tabellrutenett"/>
        <w:tblW w:w="0" w:type="auto"/>
        <w:tblLook w:val="04A0" w:firstRow="1" w:lastRow="0" w:firstColumn="1" w:lastColumn="0" w:noHBand="0" w:noVBand="1"/>
      </w:tblPr>
      <w:tblGrid>
        <w:gridCol w:w="4981"/>
        <w:gridCol w:w="4981"/>
      </w:tblGrid>
      <w:tr w:rsidR="00595AC8" w:rsidRPr="00FD1520" w14:paraId="0A8DC43B" w14:textId="77777777" w:rsidTr="00393A49">
        <w:tc>
          <w:tcPr>
            <w:tcW w:w="4981" w:type="dxa"/>
          </w:tcPr>
          <w:p w14:paraId="4E2DB271" w14:textId="77777777" w:rsidR="00595AC8" w:rsidRPr="0064272C" w:rsidRDefault="00595AC8" w:rsidP="00393A49">
            <w:pPr>
              <w:spacing w:after="40"/>
              <w:rPr>
                <w:sz w:val="20"/>
                <w:szCs w:val="20"/>
              </w:rPr>
            </w:pPr>
            <w:r w:rsidRPr="0064272C">
              <w:rPr>
                <w:b/>
                <w:sz w:val="20"/>
                <w:szCs w:val="20"/>
              </w:rPr>
              <w:t>Hovedtema</w:t>
            </w:r>
          </w:p>
          <w:p w14:paraId="17D54FFA" w14:textId="77777777" w:rsidR="007F5A8F" w:rsidRPr="0064272C" w:rsidRDefault="00A34DD9" w:rsidP="00393A49">
            <w:pPr>
              <w:rPr>
                <w:sz w:val="20"/>
                <w:szCs w:val="20"/>
              </w:rPr>
            </w:pPr>
            <w:r w:rsidRPr="0064272C">
              <w:rPr>
                <w:sz w:val="20"/>
                <w:szCs w:val="20"/>
              </w:rPr>
              <w:t xml:space="preserve">Hovedtemaet omhandler etiske problemstillinger og standarder knyttet til utvikling og levering av produkter og tjenester. </w:t>
            </w:r>
          </w:p>
          <w:p w14:paraId="12331496" w14:textId="77777777" w:rsidR="007F5A8F" w:rsidRPr="0064272C" w:rsidRDefault="007F5A8F" w:rsidP="00393A49">
            <w:pPr>
              <w:rPr>
                <w:sz w:val="20"/>
                <w:szCs w:val="20"/>
              </w:rPr>
            </w:pPr>
          </w:p>
          <w:p w14:paraId="4A238279" w14:textId="6D69E2EA" w:rsidR="00595AC8" w:rsidRPr="0064272C" w:rsidRDefault="00A34DD9" w:rsidP="00393A49">
            <w:pPr>
              <w:rPr>
                <w:sz w:val="20"/>
                <w:szCs w:val="20"/>
              </w:rPr>
            </w:pPr>
            <w:r w:rsidRPr="0064272C">
              <w:rPr>
                <w:sz w:val="20"/>
                <w:szCs w:val="20"/>
              </w:rPr>
              <w:t>Informasjonsdeling og sikring av sensitiv informasjon inngår i hovedtemaet.</w:t>
            </w:r>
          </w:p>
        </w:tc>
        <w:tc>
          <w:tcPr>
            <w:tcW w:w="4981" w:type="dxa"/>
          </w:tcPr>
          <w:p w14:paraId="4F514B99" w14:textId="77777777" w:rsidR="00595AC8" w:rsidRPr="0064272C" w:rsidRDefault="00595AC8" w:rsidP="00393A49">
            <w:pPr>
              <w:spacing w:after="40"/>
              <w:rPr>
                <w:sz w:val="20"/>
                <w:szCs w:val="20"/>
              </w:rPr>
            </w:pPr>
            <w:r w:rsidRPr="0064272C">
              <w:rPr>
                <w:b/>
                <w:sz w:val="20"/>
                <w:szCs w:val="20"/>
              </w:rPr>
              <w:t>Innhold</w:t>
            </w:r>
          </w:p>
          <w:p w14:paraId="21838CF8" w14:textId="5681E212" w:rsidR="007F5A8F" w:rsidRPr="0064272C" w:rsidRDefault="007F5A8F" w:rsidP="007F5A8F">
            <w:pPr>
              <w:pStyle w:val="Punktliste"/>
              <w:numPr>
                <w:ilvl w:val="0"/>
                <w:numId w:val="26"/>
              </w:numPr>
              <w:rPr>
                <w:sz w:val="20"/>
                <w:szCs w:val="20"/>
              </w:rPr>
            </w:pPr>
            <w:r w:rsidRPr="0064272C">
              <w:rPr>
                <w:sz w:val="20"/>
                <w:szCs w:val="20"/>
              </w:rPr>
              <w:t xml:space="preserve">etiske prinsipper og standarder  </w:t>
            </w:r>
          </w:p>
          <w:p w14:paraId="47A15177" w14:textId="5CC6ED13" w:rsidR="007F5A8F" w:rsidRPr="0064272C" w:rsidRDefault="007F5A8F" w:rsidP="007F5A8F">
            <w:pPr>
              <w:pStyle w:val="Punktliste"/>
              <w:numPr>
                <w:ilvl w:val="0"/>
                <w:numId w:val="26"/>
              </w:numPr>
              <w:rPr>
                <w:sz w:val="20"/>
                <w:szCs w:val="20"/>
              </w:rPr>
            </w:pPr>
            <w:r w:rsidRPr="0064272C">
              <w:rPr>
                <w:sz w:val="20"/>
                <w:szCs w:val="20"/>
              </w:rPr>
              <w:t xml:space="preserve">sammenhengen mellom etikk og kvalitet  </w:t>
            </w:r>
          </w:p>
          <w:p w14:paraId="4B95CE54" w14:textId="4D19405C" w:rsidR="007F5A8F" w:rsidRPr="0064272C" w:rsidRDefault="007F5A8F" w:rsidP="007F5A8F">
            <w:pPr>
              <w:pStyle w:val="Punktliste"/>
              <w:numPr>
                <w:ilvl w:val="0"/>
                <w:numId w:val="26"/>
              </w:numPr>
              <w:rPr>
                <w:sz w:val="20"/>
                <w:szCs w:val="20"/>
              </w:rPr>
            </w:pPr>
            <w:r w:rsidRPr="0064272C">
              <w:rPr>
                <w:sz w:val="20"/>
                <w:szCs w:val="20"/>
              </w:rPr>
              <w:t xml:space="preserve">informasjonsdeling og -sikkerhet  </w:t>
            </w:r>
          </w:p>
          <w:p w14:paraId="7CCE1F25" w14:textId="12BF2FB4" w:rsidR="00595AC8" w:rsidRPr="0064272C" w:rsidRDefault="007F5A8F" w:rsidP="007F5A8F">
            <w:pPr>
              <w:pStyle w:val="Punktliste"/>
              <w:numPr>
                <w:ilvl w:val="0"/>
                <w:numId w:val="26"/>
              </w:numPr>
              <w:rPr>
                <w:sz w:val="20"/>
                <w:szCs w:val="20"/>
              </w:rPr>
            </w:pPr>
            <w:r w:rsidRPr="0064272C">
              <w:rPr>
                <w:sz w:val="20"/>
                <w:szCs w:val="20"/>
              </w:rPr>
              <w:t>etiske dilemmaer</w:t>
            </w:r>
          </w:p>
        </w:tc>
      </w:tr>
    </w:tbl>
    <w:p w14:paraId="7BADD396" w14:textId="77777777" w:rsidR="00595AC8" w:rsidRPr="00FD1520" w:rsidRDefault="00595AC8" w:rsidP="00595AC8"/>
    <w:tbl>
      <w:tblPr>
        <w:tblStyle w:val="Tabellrutenett"/>
        <w:tblW w:w="0" w:type="auto"/>
        <w:tblLook w:val="04A0" w:firstRow="1" w:lastRow="0" w:firstColumn="1" w:lastColumn="0" w:noHBand="0" w:noVBand="1"/>
      </w:tblPr>
      <w:tblGrid>
        <w:gridCol w:w="9962"/>
      </w:tblGrid>
      <w:tr w:rsidR="00595AC8" w:rsidRPr="00FD1520" w14:paraId="551A4719" w14:textId="77777777" w:rsidTr="00393A49">
        <w:trPr>
          <w:cantSplit/>
          <w:trHeight w:val="5953"/>
        </w:trPr>
        <w:tc>
          <w:tcPr>
            <w:tcW w:w="9962" w:type="dxa"/>
          </w:tcPr>
          <w:p w14:paraId="569B1E9F" w14:textId="77777777" w:rsidR="00595AC8" w:rsidRPr="00FD1520" w:rsidRDefault="00595AC8" w:rsidP="00393A49">
            <w:pPr>
              <w:spacing w:after="40"/>
            </w:pPr>
            <w:r w:rsidRPr="00FD1520">
              <w:rPr>
                <w:b/>
                <w:sz w:val="20"/>
              </w:rPr>
              <w:t>Egenvurdering (skriv her)</w:t>
            </w:r>
          </w:p>
          <w:p w14:paraId="17F2A0CA" w14:textId="77777777" w:rsidR="00595AC8" w:rsidRPr="00FD1520" w:rsidRDefault="00595AC8" w:rsidP="00393A49">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20F35DB" w14:textId="77777777" w:rsidR="00595AC8" w:rsidRPr="00FD1520" w:rsidRDefault="00595AC8" w:rsidP="00393A49"/>
          <w:p w14:paraId="2C91EF8C" w14:textId="77777777" w:rsidR="00595AC8" w:rsidRPr="00FD1520" w:rsidRDefault="00595AC8" w:rsidP="00393A49"/>
          <w:p w14:paraId="759F914B" w14:textId="77777777" w:rsidR="00595AC8" w:rsidRPr="00FD1520" w:rsidRDefault="00595AC8" w:rsidP="00393A49"/>
          <w:p w14:paraId="0595D65F" w14:textId="77777777" w:rsidR="00595AC8" w:rsidRPr="00FD1520" w:rsidRDefault="00595AC8" w:rsidP="00393A49"/>
          <w:p w14:paraId="604DB22F" w14:textId="77777777" w:rsidR="00595AC8" w:rsidRPr="00FD1520" w:rsidRDefault="00595AC8" w:rsidP="00393A49"/>
          <w:p w14:paraId="1FB98D58" w14:textId="77777777" w:rsidR="00595AC8" w:rsidRPr="00FD1520" w:rsidRDefault="00595AC8" w:rsidP="00393A49"/>
          <w:p w14:paraId="2C701B66" w14:textId="77777777" w:rsidR="00595AC8" w:rsidRPr="00FD1520" w:rsidRDefault="00595AC8" w:rsidP="00393A49"/>
          <w:p w14:paraId="63D7D4E5" w14:textId="77777777" w:rsidR="00595AC8" w:rsidRPr="00FD1520" w:rsidRDefault="00595AC8" w:rsidP="00393A49"/>
          <w:p w14:paraId="6A0F41E9" w14:textId="77777777" w:rsidR="00595AC8" w:rsidRPr="00FD1520" w:rsidRDefault="00595AC8" w:rsidP="00393A49"/>
          <w:p w14:paraId="666076FC" w14:textId="77777777" w:rsidR="00595AC8" w:rsidRPr="00FD1520" w:rsidRDefault="00595AC8" w:rsidP="00393A49"/>
          <w:p w14:paraId="1DC19E9B" w14:textId="77777777" w:rsidR="00595AC8" w:rsidRPr="00FD1520" w:rsidRDefault="00595AC8" w:rsidP="00393A49"/>
          <w:p w14:paraId="27EE59DB" w14:textId="77777777" w:rsidR="00595AC8" w:rsidRPr="00FD1520" w:rsidRDefault="00595AC8" w:rsidP="00393A49"/>
          <w:p w14:paraId="7DF9ED36" w14:textId="77777777" w:rsidR="00595AC8" w:rsidRPr="00FD1520" w:rsidRDefault="00595AC8" w:rsidP="00393A49"/>
          <w:p w14:paraId="780E3BD5" w14:textId="77777777" w:rsidR="00595AC8" w:rsidRPr="00FD1520" w:rsidRDefault="00595AC8" w:rsidP="00393A49"/>
        </w:tc>
      </w:tr>
    </w:tbl>
    <w:p w14:paraId="6C26797F" w14:textId="77777777" w:rsidR="00595AC8" w:rsidRPr="00FD1520" w:rsidRDefault="00595AC8" w:rsidP="00595AC8"/>
    <w:tbl>
      <w:tblPr>
        <w:tblStyle w:val="Tabellrutenett"/>
        <w:tblW w:w="0" w:type="auto"/>
        <w:tblLook w:val="04A0" w:firstRow="1" w:lastRow="0" w:firstColumn="1" w:lastColumn="0" w:noHBand="0" w:noVBand="1"/>
      </w:tblPr>
      <w:tblGrid>
        <w:gridCol w:w="9962"/>
      </w:tblGrid>
      <w:tr w:rsidR="00595AC8" w:rsidRPr="00FD1520" w14:paraId="6C03EB6F" w14:textId="77777777" w:rsidTr="00393A49">
        <w:tc>
          <w:tcPr>
            <w:tcW w:w="9962" w:type="dxa"/>
          </w:tcPr>
          <w:p w14:paraId="1B10012A" w14:textId="77777777" w:rsidR="00595AC8" w:rsidRPr="00FD1520" w:rsidRDefault="00595AC8" w:rsidP="00393A49">
            <w:pPr>
              <w:spacing w:after="40"/>
            </w:pPr>
            <w:r w:rsidRPr="00FD1520">
              <w:rPr>
                <w:b/>
                <w:sz w:val="20"/>
              </w:rPr>
              <w:t>Relevante vedlegg (liste/henvisninger)</w:t>
            </w:r>
          </w:p>
          <w:p w14:paraId="50095DD5" w14:textId="77777777" w:rsidR="00595AC8" w:rsidRPr="00FD1520" w:rsidRDefault="00595AC8" w:rsidP="00393A49">
            <w:r w:rsidRPr="00FD1520">
              <w:rPr>
                <w:sz w:val="20"/>
              </w:rPr>
              <w:t>Oppgi vedleggsnummer og kort beskrivelse av dokumentasjonen.</w:t>
            </w:r>
          </w:p>
          <w:p w14:paraId="1261895A" w14:textId="77777777" w:rsidR="00595AC8" w:rsidRPr="00FD1520" w:rsidRDefault="00595AC8" w:rsidP="00393A49"/>
          <w:p w14:paraId="42DEF46C" w14:textId="77777777" w:rsidR="00595AC8" w:rsidRPr="00FD1520" w:rsidRDefault="00595AC8" w:rsidP="00393A49"/>
          <w:p w14:paraId="7E53ABF2" w14:textId="77777777" w:rsidR="00595AC8" w:rsidRPr="00FD1520" w:rsidRDefault="00595AC8" w:rsidP="00393A49"/>
          <w:p w14:paraId="6AF86583" w14:textId="77777777" w:rsidR="00595AC8" w:rsidRPr="00FD1520" w:rsidRDefault="00595AC8" w:rsidP="00393A49"/>
          <w:p w14:paraId="565B4381" w14:textId="77777777" w:rsidR="00595AC8" w:rsidRPr="00FD1520" w:rsidRDefault="00595AC8" w:rsidP="00393A49"/>
          <w:p w14:paraId="0639A1E1" w14:textId="77777777" w:rsidR="00595AC8" w:rsidRPr="00FD1520" w:rsidRDefault="00595AC8" w:rsidP="00393A49"/>
        </w:tc>
      </w:tr>
    </w:tbl>
    <w:p w14:paraId="1B5506ED" w14:textId="09AC4131" w:rsidR="007553FE" w:rsidRPr="00FD1520" w:rsidRDefault="005A3995">
      <w:r w:rsidRPr="00FD1520">
        <w:br w:type="page"/>
      </w:r>
    </w:p>
    <w:p w14:paraId="27F76DD1" w14:textId="239ED985" w:rsidR="007553FE" w:rsidRPr="00FD1520" w:rsidRDefault="005A3995">
      <w:r w:rsidRPr="00FD1520">
        <w:rPr>
          <w:b/>
        </w:rPr>
        <w:lastRenderedPageBreak/>
        <w:t xml:space="preserve">Modul: </w:t>
      </w:r>
      <w:r w:rsidR="00295A6E" w:rsidRPr="00295A6E">
        <w:rPr>
          <w:b/>
        </w:rPr>
        <w:t>Prosjekter og prosjektledelse i en håndverksbedrift</w:t>
      </w:r>
    </w:p>
    <w:p w14:paraId="5A3CBBD9" w14:textId="0983DD74" w:rsidR="007553FE" w:rsidRPr="00FD1520" w:rsidRDefault="008B62FC">
      <w:pPr>
        <w:pStyle w:val="Overskrift2"/>
      </w:pPr>
      <w:r w:rsidRPr="00FD1520">
        <w:t xml:space="preserve">1. </w:t>
      </w:r>
      <w:r w:rsidR="005519C0" w:rsidRPr="005519C0">
        <w:t>prosjekt og prosjekter som arbeidsform</w:t>
      </w:r>
    </w:p>
    <w:tbl>
      <w:tblPr>
        <w:tblStyle w:val="Tabellrutenett"/>
        <w:tblW w:w="0" w:type="auto"/>
        <w:tblLook w:val="04A0" w:firstRow="1" w:lastRow="0" w:firstColumn="1" w:lastColumn="0" w:noHBand="0" w:noVBand="1"/>
      </w:tblPr>
      <w:tblGrid>
        <w:gridCol w:w="4981"/>
        <w:gridCol w:w="4981"/>
      </w:tblGrid>
      <w:tr w:rsidR="008B62FC" w:rsidRPr="00FD1520" w14:paraId="1E126CCB" w14:textId="77777777" w:rsidTr="008B62FC">
        <w:tc>
          <w:tcPr>
            <w:tcW w:w="4981" w:type="dxa"/>
          </w:tcPr>
          <w:p w14:paraId="164C62BA" w14:textId="77777777" w:rsidR="008B62FC" w:rsidRPr="0064272C" w:rsidRDefault="008B62FC" w:rsidP="008B62FC">
            <w:pPr>
              <w:spacing w:after="40"/>
              <w:rPr>
                <w:sz w:val="20"/>
                <w:szCs w:val="20"/>
              </w:rPr>
            </w:pPr>
            <w:r w:rsidRPr="0064272C">
              <w:rPr>
                <w:b/>
                <w:sz w:val="20"/>
                <w:szCs w:val="20"/>
              </w:rPr>
              <w:t>Hovedtema</w:t>
            </w:r>
          </w:p>
          <w:p w14:paraId="56C2A395" w14:textId="7C1045F2" w:rsidR="008B62FC" w:rsidRPr="0064272C" w:rsidRDefault="006D3C77" w:rsidP="008B62FC">
            <w:pPr>
              <w:rPr>
                <w:sz w:val="20"/>
                <w:szCs w:val="20"/>
              </w:rPr>
            </w:pPr>
            <w:r w:rsidRPr="0064272C">
              <w:rPr>
                <w:sz w:val="20"/>
                <w:szCs w:val="20"/>
              </w:rPr>
              <w:t>Hovedområdet handler om prosjektideer og prosjekt som arbeidsform. Det handler også om forholdet mellom et prosjekt og andre aktiviteter i bedriften.</w:t>
            </w:r>
          </w:p>
        </w:tc>
        <w:tc>
          <w:tcPr>
            <w:tcW w:w="4981" w:type="dxa"/>
          </w:tcPr>
          <w:p w14:paraId="728B5316" w14:textId="77777777" w:rsidR="008B62FC" w:rsidRPr="0064272C" w:rsidRDefault="008B62FC" w:rsidP="008B62FC">
            <w:pPr>
              <w:spacing w:after="40"/>
              <w:rPr>
                <w:sz w:val="20"/>
                <w:szCs w:val="20"/>
              </w:rPr>
            </w:pPr>
            <w:r w:rsidRPr="0064272C">
              <w:rPr>
                <w:b/>
                <w:sz w:val="20"/>
                <w:szCs w:val="20"/>
              </w:rPr>
              <w:t>Innhold</w:t>
            </w:r>
          </w:p>
          <w:p w14:paraId="4556DC4E" w14:textId="1247B4DC" w:rsidR="006D3C77" w:rsidRPr="0064272C" w:rsidRDefault="006D3C77" w:rsidP="006D3C77">
            <w:pPr>
              <w:pStyle w:val="Punktliste"/>
              <w:numPr>
                <w:ilvl w:val="0"/>
                <w:numId w:val="27"/>
              </w:numPr>
              <w:rPr>
                <w:sz w:val="20"/>
                <w:szCs w:val="20"/>
              </w:rPr>
            </w:pPr>
            <w:r w:rsidRPr="0064272C">
              <w:rPr>
                <w:sz w:val="20"/>
                <w:szCs w:val="20"/>
              </w:rPr>
              <w:t xml:space="preserve">hva er et prosjekt?  </w:t>
            </w:r>
          </w:p>
          <w:p w14:paraId="4F1DD6BE" w14:textId="6F793E71" w:rsidR="006D3C77" w:rsidRPr="0064272C" w:rsidRDefault="006D3C77" w:rsidP="006D3C77">
            <w:pPr>
              <w:pStyle w:val="Punktliste"/>
              <w:numPr>
                <w:ilvl w:val="0"/>
                <w:numId w:val="27"/>
              </w:numPr>
              <w:rPr>
                <w:sz w:val="20"/>
                <w:szCs w:val="20"/>
              </w:rPr>
            </w:pPr>
            <w:r w:rsidRPr="0064272C">
              <w:rPr>
                <w:sz w:val="20"/>
                <w:szCs w:val="20"/>
              </w:rPr>
              <w:t xml:space="preserve">når er prosjekt hensiktsmessig?  </w:t>
            </w:r>
          </w:p>
          <w:p w14:paraId="68C816FA" w14:textId="5C4573D3" w:rsidR="006D3C77" w:rsidRPr="0064272C" w:rsidRDefault="006D3C77" w:rsidP="006D3C77">
            <w:pPr>
              <w:pStyle w:val="Punktliste"/>
              <w:numPr>
                <w:ilvl w:val="0"/>
                <w:numId w:val="27"/>
              </w:numPr>
              <w:rPr>
                <w:sz w:val="20"/>
                <w:szCs w:val="20"/>
              </w:rPr>
            </w:pPr>
            <w:r w:rsidRPr="0064272C">
              <w:rPr>
                <w:sz w:val="20"/>
                <w:szCs w:val="20"/>
              </w:rPr>
              <w:t xml:space="preserve">prosjekt som arbeidsform </w:t>
            </w:r>
          </w:p>
          <w:p w14:paraId="040A66B2" w14:textId="46C40386" w:rsidR="008B62FC" w:rsidRPr="0064272C" w:rsidRDefault="006D3C77" w:rsidP="006D3C77">
            <w:pPr>
              <w:pStyle w:val="Punktliste"/>
              <w:numPr>
                <w:ilvl w:val="0"/>
                <w:numId w:val="27"/>
              </w:numPr>
              <w:rPr>
                <w:sz w:val="20"/>
                <w:szCs w:val="20"/>
              </w:rPr>
            </w:pPr>
            <w:r w:rsidRPr="0064272C">
              <w:rPr>
                <w:sz w:val="20"/>
                <w:szCs w:val="20"/>
              </w:rPr>
              <w:t>roller og ansvarsdeling</w:t>
            </w:r>
          </w:p>
        </w:tc>
      </w:tr>
    </w:tbl>
    <w:p w14:paraId="2866EC9B"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77B668EB" w14:textId="77777777" w:rsidTr="0064272C">
        <w:trPr>
          <w:cantSplit/>
          <w:trHeight w:val="6362"/>
        </w:trPr>
        <w:tc>
          <w:tcPr>
            <w:tcW w:w="9962" w:type="dxa"/>
          </w:tcPr>
          <w:p w14:paraId="7BAA99AA" w14:textId="77777777" w:rsidR="007553FE" w:rsidRPr="00FD1520" w:rsidRDefault="005A3995">
            <w:pPr>
              <w:spacing w:after="40"/>
            </w:pPr>
            <w:r w:rsidRPr="00FD1520">
              <w:rPr>
                <w:b/>
                <w:sz w:val="20"/>
              </w:rPr>
              <w:t>Egenvurdering (skriv her)</w:t>
            </w:r>
          </w:p>
          <w:p w14:paraId="5C98B5D5" w14:textId="0E4268F3" w:rsidR="00187156" w:rsidRPr="00187156" w:rsidRDefault="00187156" w:rsidP="00187156">
            <w:pPr>
              <w:spacing w:after="200"/>
              <w:rPr>
                <w:rFonts w:asciiTheme="majorHAnsi" w:hAnsiTheme="majorHAnsi" w:cstheme="majorHAnsi"/>
                <w:sz w:val="20"/>
                <w:szCs w:val="20"/>
              </w:rPr>
            </w:pPr>
            <w:r>
              <w:rPr>
                <w:rFonts w:asciiTheme="majorHAnsi" w:hAnsiTheme="majorHAnsi" w:cstheme="majorHAnsi"/>
                <w:sz w:val="20"/>
                <w:szCs w:val="20"/>
              </w:rPr>
              <w:t>NB</w:t>
            </w:r>
            <w:r w:rsidR="00FB64AE">
              <w:rPr>
                <w:rFonts w:asciiTheme="majorHAnsi" w:hAnsiTheme="majorHAnsi" w:cstheme="majorHAnsi"/>
                <w:sz w:val="20"/>
                <w:szCs w:val="20"/>
              </w:rPr>
              <w:t xml:space="preserve">! </w:t>
            </w:r>
            <w:r w:rsidRPr="00225233">
              <w:rPr>
                <w:rFonts w:asciiTheme="majorHAnsi" w:hAnsiTheme="majorHAnsi" w:cstheme="majorHAnsi"/>
                <w:sz w:val="20"/>
                <w:szCs w:val="20"/>
              </w:rPr>
              <w:t xml:space="preserve">I modulen </w:t>
            </w:r>
            <w:r w:rsidRPr="00225233">
              <w:rPr>
                <w:rFonts w:asciiTheme="majorHAnsi" w:hAnsiTheme="majorHAnsi" w:cstheme="majorHAnsi"/>
                <w:b/>
                <w:bCs/>
                <w:sz w:val="20"/>
                <w:szCs w:val="20"/>
              </w:rPr>
              <w:t xml:space="preserve">Prosjekter og prosjektledelse i </w:t>
            </w:r>
            <w:r>
              <w:rPr>
                <w:rFonts w:asciiTheme="majorHAnsi" w:hAnsiTheme="majorHAnsi" w:cstheme="majorHAnsi"/>
                <w:b/>
                <w:bCs/>
                <w:sz w:val="20"/>
                <w:szCs w:val="20"/>
              </w:rPr>
              <w:t>en håndverksbedrift</w:t>
            </w:r>
            <w:r w:rsidRPr="00225233">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p>
          <w:p w14:paraId="5AD5F69B" w14:textId="2324FA0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D628F38" w14:textId="77777777" w:rsidR="007553FE" w:rsidRPr="00FD1520" w:rsidRDefault="007553FE"/>
          <w:p w14:paraId="291D3B4D" w14:textId="77777777" w:rsidR="007553FE" w:rsidRPr="00FD1520" w:rsidRDefault="007553FE"/>
          <w:p w14:paraId="6178B849" w14:textId="77777777" w:rsidR="007553FE" w:rsidRPr="00FD1520" w:rsidRDefault="007553FE"/>
          <w:p w14:paraId="6F42B503" w14:textId="77777777" w:rsidR="007553FE" w:rsidRPr="00FD1520" w:rsidRDefault="007553FE"/>
          <w:p w14:paraId="6D2734E4" w14:textId="77777777" w:rsidR="007553FE" w:rsidRPr="00FD1520" w:rsidRDefault="007553FE"/>
          <w:p w14:paraId="1424F1F6" w14:textId="77777777" w:rsidR="007553FE" w:rsidRPr="00FD1520" w:rsidRDefault="007553FE"/>
          <w:p w14:paraId="686329D4" w14:textId="77777777" w:rsidR="007553FE" w:rsidRPr="00FD1520" w:rsidRDefault="007553FE"/>
          <w:p w14:paraId="3F48A473" w14:textId="77777777" w:rsidR="007553FE" w:rsidRPr="00FD1520" w:rsidRDefault="007553FE"/>
          <w:p w14:paraId="60D9A1F9" w14:textId="77777777" w:rsidR="007553FE" w:rsidRPr="00FD1520" w:rsidRDefault="007553FE"/>
          <w:p w14:paraId="1827B144" w14:textId="77777777" w:rsidR="007553FE" w:rsidRPr="00FD1520" w:rsidRDefault="007553FE"/>
          <w:p w14:paraId="45C82F15" w14:textId="77777777" w:rsidR="007553FE" w:rsidRPr="00FD1520" w:rsidRDefault="007553FE"/>
          <w:p w14:paraId="2BC30701" w14:textId="77777777" w:rsidR="007553FE" w:rsidRPr="00FD1520" w:rsidRDefault="007553FE"/>
          <w:p w14:paraId="73F08B0D" w14:textId="77777777" w:rsidR="007553FE" w:rsidRPr="00FD1520" w:rsidRDefault="007553FE"/>
          <w:p w14:paraId="6E135BD2" w14:textId="77777777" w:rsidR="007553FE" w:rsidRPr="00FD1520" w:rsidRDefault="007553FE"/>
        </w:tc>
      </w:tr>
    </w:tbl>
    <w:p w14:paraId="4237E23B"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1B1C53E4" w14:textId="77777777" w:rsidTr="008B62FC">
        <w:tc>
          <w:tcPr>
            <w:tcW w:w="9962" w:type="dxa"/>
          </w:tcPr>
          <w:p w14:paraId="74299B2F" w14:textId="77777777" w:rsidR="008B62FC" w:rsidRPr="00FD1520" w:rsidRDefault="008B62FC" w:rsidP="008B62FC">
            <w:pPr>
              <w:spacing w:after="40"/>
            </w:pPr>
            <w:r w:rsidRPr="00FD1520">
              <w:rPr>
                <w:b/>
                <w:sz w:val="20"/>
              </w:rPr>
              <w:t>Relevante vedlegg (liste/henvisninger)</w:t>
            </w:r>
          </w:p>
          <w:p w14:paraId="7B335208" w14:textId="77777777" w:rsidR="008B62FC" w:rsidRPr="00FD1520" w:rsidRDefault="008B62FC" w:rsidP="008B62FC">
            <w:r w:rsidRPr="00FD1520">
              <w:rPr>
                <w:sz w:val="20"/>
              </w:rPr>
              <w:t>Oppgi vedleggsnummer og kort beskrivelse av dokumentasjonen.</w:t>
            </w:r>
          </w:p>
          <w:p w14:paraId="61B77E7D" w14:textId="77777777" w:rsidR="008B62FC" w:rsidRPr="00FD1520" w:rsidRDefault="008B62FC"/>
          <w:p w14:paraId="59E20B1E" w14:textId="77777777" w:rsidR="008B62FC" w:rsidRPr="00FD1520" w:rsidRDefault="008B62FC"/>
          <w:p w14:paraId="2F2807ED" w14:textId="77777777" w:rsidR="008B62FC" w:rsidRPr="00FD1520" w:rsidRDefault="008B62FC"/>
          <w:p w14:paraId="55CC566C" w14:textId="77777777" w:rsidR="008B62FC" w:rsidRPr="00FD1520" w:rsidRDefault="008B62FC"/>
        </w:tc>
      </w:tr>
    </w:tbl>
    <w:p w14:paraId="039C9F7E" w14:textId="40095CBF" w:rsidR="007553FE" w:rsidRPr="00FD1520" w:rsidRDefault="005A3995">
      <w:r w:rsidRPr="00FD1520">
        <w:br w:type="page"/>
      </w:r>
    </w:p>
    <w:p w14:paraId="2A9F45F8" w14:textId="2F59CE7F" w:rsidR="007553FE" w:rsidRPr="00FD1520" w:rsidRDefault="005A3995">
      <w:r w:rsidRPr="00FD1520">
        <w:rPr>
          <w:b/>
        </w:rPr>
        <w:lastRenderedPageBreak/>
        <w:t xml:space="preserve">Modul: </w:t>
      </w:r>
      <w:r w:rsidR="0078661A" w:rsidRPr="0078661A">
        <w:rPr>
          <w:b/>
        </w:rPr>
        <w:t>Prosjekter og prosjektledelse i en håndverksbedrift</w:t>
      </w:r>
    </w:p>
    <w:p w14:paraId="3B4C007A" w14:textId="1608F64A" w:rsidR="007553FE" w:rsidRPr="00FD1520" w:rsidRDefault="008B62FC">
      <w:pPr>
        <w:pStyle w:val="Overskrift2"/>
      </w:pPr>
      <w:r w:rsidRPr="00FD1520">
        <w:t xml:space="preserve">2. </w:t>
      </w:r>
      <w:r w:rsidR="00721441" w:rsidRPr="00721441">
        <w:t>prosjektplan</w:t>
      </w:r>
    </w:p>
    <w:tbl>
      <w:tblPr>
        <w:tblStyle w:val="Tabellrutenett"/>
        <w:tblW w:w="0" w:type="auto"/>
        <w:tblLook w:val="04A0" w:firstRow="1" w:lastRow="0" w:firstColumn="1" w:lastColumn="0" w:noHBand="0" w:noVBand="1"/>
      </w:tblPr>
      <w:tblGrid>
        <w:gridCol w:w="4981"/>
        <w:gridCol w:w="4981"/>
      </w:tblGrid>
      <w:tr w:rsidR="008B62FC" w:rsidRPr="00FD1520" w14:paraId="289E9DA0" w14:textId="77777777" w:rsidTr="008B62FC">
        <w:tc>
          <w:tcPr>
            <w:tcW w:w="4981" w:type="dxa"/>
          </w:tcPr>
          <w:p w14:paraId="58408711" w14:textId="77777777" w:rsidR="008B62FC" w:rsidRPr="0064272C" w:rsidRDefault="008B62FC" w:rsidP="008B62FC">
            <w:pPr>
              <w:spacing w:after="40"/>
              <w:rPr>
                <w:sz w:val="20"/>
                <w:szCs w:val="20"/>
              </w:rPr>
            </w:pPr>
            <w:r w:rsidRPr="0064272C">
              <w:rPr>
                <w:b/>
                <w:sz w:val="20"/>
                <w:szCs w:val="20"/>
              </w:rPr>
              <w:t>Hovedtema</w:t>
            </w:r>
          </w:p>
          <w:p w14:paraId="6C2ED479" w14:textId="77777777" w:rsidR="00C74E38" w:rsidRPr="0064272C" w:rsidRDefault="00C74E38" w:rsidP="008B62FC">
            <w:pPr>
              <w:rPr>
                <w:sz w:val="20"/>
                <w:szCs w:val="20"/>
              </w:rPr>
            </w:pPr>
            <w:r w:rsidRPr="0064272C">
              <w:rPr>
                <w:sz w:val="20"/>
                <w:szCs w:val="20"/>
              </w:rPr>
              <w:t xml:space="preserve">Hovedområdet handler om planlegging og organisering av et prosjekt. </w:t>
            </w:r>
          </w:p>
          <w:p w14:paraId="429191D5" w14:textId="77777777" w:rsidR="00C74E38" w:rsidRPr="0064272C" w:rsidRDefault="00C74E38" w:rsidP="008B62FC">
            <w:pPr>
              <w:rPr>
                <w:sz w:val="20"/>
                <w:szCs w:val="20"/>
              </w:rPr>
            </w:pPr>
          </w:p>
          <w:p w14:paraId="1E651B8E" w14:textId="5B9A1E84" w:rsidR="008B62FC" w:rsidRPr="0064272C" w:rsidRDefault="00C74E38" w:rsidP="008B62FC">
            <w:pPr>
              <w:rPr>
                <w:sz w:val="20"/>
                <w:szCs w:val="20"/>
              </w:rPr>
            </w:pPr>
            <w:r w:rsidRPr="0064272C">
              <w:rPr>
                <w:sz w:val="20"/>
                <w:szCs w:val="20"/>
              </w:rPr>
              <w:t>Krav til dokumentasjon og sporbarhet er en del av hovedområdet.</w:t>
            </w:r>
          </w:p>
        </w:tc>
        <w:tc>
          <w:tcPr>
            <w:tcW w:w="4981" w:type="dxa"/>
          </w:tcPr>
          <w:p w14:paraId="7670C45A" w14:textId="77777777" w:rsidR="008B62FC" w:rsidRPr="0064272C" w:rsidRDefault="008B62FC" w:rsidP="008B62FC">
            <w:pPr>
              <w:spacing w:after="40"/>
              <w:rPr>
                <w:sz w:val="20"/>
                <w:szCs w:val="20"/>
              </w:rPr>
            </w:pPr>
            <w:r w:rsidRPr="0064272C">
              <w:rPr>
                <w:b/>
                <w:sz w:val="20"/>
                <w:szCs w:val="20"/>
              </w:rPr>
              <w:t>Innhold</w:t>
            </w:r>
          </w:p>
          <w:p w14:paraId="4BD63C90" w14:textId="399E82E7" w:rsidR="009B71A0" w:rsidRPr="0064272C" w:rsidRDefault="009B71A0" w:rsidP="009B71A0">
            <w:pPr>
              <w:pStyle w:val="Punktliste"/>
              <w:numPr>
                <w:ilvl w:val="0"/>
                <w:numId w:val="27"/>
              </w:numPr>
              <w:rPr>
                <w:sz w:val="20"/>
                <w:szCs w:val="20"/>
              </w:rPr>
            </w:pPr>
            <w:r w:rsidRPr="0064272C">
              <w:rPr>
                <w:sz w:val="20"/>
                <w:szCs w:val="20"/>
              </w:rPr>
              <w:t xml:space="preserve">prosjektplan  </w:t>
            </w:r>
          </w:p>
          <w:p w14:paraId="0CAEB8BD" w14:textId="6F01F846" w:rsidR="009B71A0" w:rsidRPr="0064272C" w:rsidRDefault="009B71A0" w:rsidP="009B71A0">
            <w:pPr>
              <w:pStyle w:val="Punktliste"/>
              <w:numPr>
                <w:ilvl w:val="0"/>
                <w:numId w:val="27"/>
              </w:numPr>
              <w:rPr>
                <w:sz w:val="20"/>
                <w:szCs w:val="20"/>
              </w:rPr>
            </w:pPr>
            <w:r w:rsidRPr="0064272C">
              <w:rPr>
                <w:sz w:val="20"/>
                <w:szCs w:val="20"/>
              </w:rPr>
              <w:t xml:space="preserve">mål og hensikt </w:t>
            </w:r>
          </w:p>
          <w:p w14:paraId="4D451AF8" w14:textId="31FF38CF" w:rsidR="009B71A0" w:rsidRPr="0064272C" w:rsidRDefault="009B71A0" w:rsidP="009B71A0">
            <w:pPr>
              <w:pStyle w:val="Punktliste"/>
              <w:numPr>
                <w:ilvl w:val="0"/>
                <w:numId w:val="27"/>
              </w:numPr>
              <w:rPr>
                <w:sz w:val="20"/>
                <w:szCs w:val="20"/>
              </w:rPr>
            </w:pPr>
            <w:r w:rsidRPr="0064272C">
              <w:rPr>
                <w:sz w:val="20"/>
                <w:szCs w:val="20"/>
              </w:rPr>
              <w:t xml:space="preserve">framdriftsplan  </w:t>
            </w:r>
          </w:p>
          <w:p w14:paraId="7F7D5544" w14:textId="571093B4" w:rsidR="009B71A0" w:rsidRPr="0064272C" w:rsidRDefault="009B71A0" w:rsidP="009B71A0">
            <w:pPr>
              <w:pStyle w:val="Punktliste"/>
              <w:numPr>
                <w:ilvl w:val="0"/>
                <w:numId w:val="27"/>
              </w:numPr>
              <w:rPr>
                <w:sz w:val="20"/>
                <w:szCs w:val="20"/>
              </w:rPr>
            </w:pPr>
            <w:r w:rsidRPr="0064272C">
              <w:rPr>
                <w:sz w:val="20"/>
                <w:szCs w:val="20"/>
              </w:rPr>
              <w:t xml:space="preserve">ressursbehov </w:t>
            </w:r>
          </w:p>
          <w:p w14:paraId="70E1B7A5" w14:textId="5E15D104" w:rsidR="009B71A0" w:rsidRPr="0064272C" w:rsidRDefault="009B71A0" w:rsidP="009B71A0">
            <w:pPr>
              <w:pStyle w:val="Punktliste"/>
              <w:numPr>
                <w:ilvl w:val="0"/>
                <w:numId w:val="27"/>
              </w:numPr>
              <w:rPr>
                <w:sz w:val="20"/>
                <w:szCs w:val="20"/>
              </w:rPr>
            </w:pPr>
            <w:r w:rsidRPr="0064272C">
              <w:rPr>
                <w:sz w:val="20"/>
                <w:szCs w:val="20"/>
              </w:rPr>
              <w:t xml:space="preserve">dokumentasjon og sporbarhet </w:t>
            </w:r>
          </w:p>
          <w:p w14:paraId="27DEC7AA" w14:textId="063D1881" w:rsidR="008B62FC" w:rsidRPr="0064272C" w:rsidRDefault="009B71A0" w:rsidP="009B71A0">
            <w:pPr>
              <w:pStyle w:val="Punktliste"/>
              <w:numPr>
                <w:ilvl w:val="0"/>
                <w:numId w:val="27"/>
              </w:numPr>
              <w:rPr>
                <w:sz w:val="20"/>
                <w:szCs w:val="20"/>
              </w:rPr>
            </w:pPr>
            <w:r w:rsidRPr="0064272C">
              <w:rPr>
                <w:sz w:val="20"/>
                <w:szCs w:val="20"/>
              </w:rPr>
              <w:t>avslutning/overlevering</w:t>
            </w:r>
          </w:p>
        </w:tc>
      </w:tr>
    </w:tbl>
    <w:p w14:paraId="087A8B51"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0082C22D" w14:textId="77777777" w:rsidTr="008B62FC">
        <w:trPr>
          <w:cantSplit/>
          <w:trHeight w:val="5953"/>
        </w:trPr>
        <w:tc>
          <w:tcPr>
            <w:tcW w:w="9962" w:type="dxa"/>
          </w:tcPr>
          <w:p w14:paraId="23B724A4" w14:textId="77777777" w:rsidR="007553FE" w:rsidRPr="00FD1520" w:rsidRDefault="005A3995">
            <w:pPr>
              <w:spacing w:after="40"/>
            </w:pPr>
            <w:r w:rsidRPr="00FD1520">
              <w:rPr>
                <w:b/>
                <w:sz w:val="20"/>
              </w:rPr>
              <w:t>Egenvurdering (skriv her)</w:t>
            </w:r>
          </w:p>
          <w:p w14:paraId="10431C24" w14:textId="64350BB9" w:rsidR="00225233" w:rsidRPr="00225233" w:rsidRDefault="00FB64AE" w:rsidP="00225233">
            <w:pPr>
              <w:spacing w:after="200"/>
              <w:rPr>
                <w:rFonts w:asciiTheme="majorHAnsi" w:hAnsiTheme="majorHAnsi" w:cstheme="majorHAnsi"/>
                <w:sz w:val="20"/>
                <w:szCs w:val="20"/>
              </w:rPr>
            </w:pPr>
            <w:r>
              <w:rPr>
                <w:rFonts w:asciiTheme="majorHAnsi" w:hAnsiTheme="majorHAnsi" w:cstheme="majorHAnsi"/>
                <w:sz w:val="20"/>
                <w:szCs w:val="20"/>
              </w:rPr>
              <w:t xml:space="preserve">NB! </w:t>
            </w:r>
            <w:r w:rsidR="00225233" w:rsidRPr="00225233">
              <w:rPr>
                <w:rFonts w:asciiTheme="majorHAnsi" w:hAnsiTheme="majorHAnsi" w:cstheme="majorHAnsi"/>
                <w:sz w:val="20"/>
                <w:szCs w:val="20"/>
              </w:rPr>
              <w:t xml:space="preserve">I modulen </w:t>
            </w:r>
            <w:r w:rsidR="00225233" w:rsidRPr="00225233">
              <w:rPr>
                <w:rFonts w:asciiTheme="majorHAnsi" w:hAnsiTheme="majorHAnsi" w:cstheme="majorHAnsi"/>
                <w:b/>
                <w:bCs/>
                <w:sz w:val="20"/>
                <w:szCs w:val="20"/>
              </w:rPr>
              <w:t xml:space="preserve">Prosjekter og prosjektledelse i </w:t>
            </w:r>
            <w:r w:rsidR="00225233">
              <w:rPr>
                <w:rFonts w:asciiTheme="majorHAnsi" w:hAnsiTheme="majorHAnsi" w:cstheme="majorHAnsi"/>
                <w:b/>
                <w:bCs/>
                <w:sz w:val="20"/>
                <w:szCs w:val="20"/>
              </w:rPr>
              <w:t>en håndverks</w:t>
            </w:r>
            <w:r w:rsidR="00187156">
              <w:rPr>
                <w:rFonts w:asciiTheme="majorHAnsi" w:hAnsiTheme="majorHAnsi" w:cstheme="majorHAnsi"/>
                <w:b/>
                <w:bCs/>
                <w:sz w:val="20"/>
                <w:szCs w:val="20"/>
              </w:rPr>
              <w:t>bedrift</w:t>
            </w:r>
            <w:r w:rsidR="00225233" w:rsidRPr="00225233">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p>
          <w:p w14:paraId="440565FE" w14:textId="1F941DAC" w:rsidR="007553FE" w:rsidRPr="00FD1520" w:rsidRDefault="005A3995" w:rsidP="00225233">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E26A6E1" w14:textId="77777777" w:rsidR="007553FE" w:rsidRPr="00FD1520" w:rsidRDefault="007553FE"/>
          <w:p w14:paraId="4BDCC4E7" w14:textId="77777777" w:rsidR="007553FE" w:rsidRPr="00FD1520" w:rsidRDefault="007553FE"/>
          <w:p w14:paraId="6F7AB07A" w14:textId="77777777" w:rsidR="007553FE" w:rsidRPr="00FD1520" w:rsidRDefault="007553FE"/>
          <w:p w14:paraId="50D11B00" w14:textId="77777777" w:rsidR="007553FE" w:rsidRPr="00FD1520" w:rsidRDefault="007553FE"/>
          <w:p w14:paraId="0105B163" w14:textId="77777777" w:rsidR="007553FE" w:rsidRPr="00FD1520" w:rsidRDefault="007553FE"/>
          <w:p w14:paraId="5272C309" w14:textId="77777777" w:rsidR="007553FE" w:rsidRPr="00FD1520" w:rsidRDefault="007553FE"/>
          <w:p w14:paraId="17B10039" w14:textId="77777777" w:rsidR="007553FE" w:rsidRPr="00FD1520" w:rsidRDefault="007553FE"/>
          <w:p w14:paraId="7C624260" w14:textId="77777777" w:rsidR="007553FE" w:rsidRPr="00FD1520" w:rsidRDefault="007553FE"/>
          <w:p w14:paraId="60995B81" w14:textId="77777777" w:rsidR="007553FE" w:rsidRPr="00FD1520" w:rsidRDefault="007553FE"/>
          <w:p w14:paraId="76583CCD" w14:textId="77777777" w:rsidR="007553FE" w:rsidRPr="00FD1520" w:rsidRDefault="007553FE"/>
          <w:p w14:paraId="3221759E" w14:textId="77777777" w:rsidR="007553FE" w:rsidRPr="00FD1520" w:rsidRDefault="007553FE"/>
          <w:p w14:paraId="48A9ECAA" w14:textId="77777777" w:rsidR="007553FE" w:rsidRPr="00FD1520" w:rsidRDefault="007553FE"/>
          <w:p w14:paraId="39E90D6D" w14:textId="77777777" w:rsidR="007553FE" w:rsidRPr="00FD1520" w:rsidRDefault="007553FE"/>
          <w:p w14:paraId="3CB4D601" w14:textId="77777777" w:rsidR="007553FE" w:rsidRPr="00FD1520" w:rsidRDefault="007553FE"/>
        </w:tc>
      </w:tr>
    </w:tbl>
    <w:p w14:paraId="6BF39724"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08DD573D" w14:textId="77777777" w:rsidTr="008B62FC">
        <w:tc>
          <w:tcPr>
            <w:tcW w:w="9962" w:type="dxa"/>
          </w:tcPr>
          <w:p w14:paraId="16FAB26B" w14:textId="77777777" w:rsidR="008B62FC" w:rsidRPr="00FD1520" w:rsidRDefault="008B62FC" w:rsidP="008B62FC">
            <w:pPr>
              <w:spacing w:after="40"/>
            </w:pPr>
            <w:r w:rsidRPr="00FD1520">
              <w:rPr>
                <w:b/>
                <w:sz w:val="20"/>
              </w:rPr>
              <w:t>Relevante vedlegg (liste/henvisninger)</w:t>
            </w:r>
          </w:p>
          <w:p w14:paraId="2A9B7B2E" w14:textId="77777777" w:rsidR="008B62FC" w:rsidRPr="00FD1520" w:rsidRDefault="008B62FC" w:rsidP="008B62FC">
            <w:r w:rsidRPr="00FD1520">
              <w:rPr>
                <w:sz w:val="20"/>
              </w:rPr>
              <w:t>Oppgi vedleggsnummer og kort beskrivelse av dokumentasjonen.</w:t>
            </w:r>
          </w:p>
          <w:p w14:paraId="36EDB964" w14:textId="77777777" w:rsidR="008B62FC" w:rsidRPr="00FD1520" w:rsidRDefault="008B62FC"/>
          <w:p w14:paraId="3DCAD254" w14:textId="77777777" w:rsidR="008B62FC" w:rsidRPr="00FD1520" w:rsidRDefault="008B62FC"/>
          <w:p w14:paraId="2B07324C" w14:textId="77777777" w:rsidR="008B62FC" w:rsidRPr="00FD1520" w:rsidRDefault="008B62FC"/>
          <w:p w14:paraId="72A17769" w14:textId="77777777" w:rsidR="008B62FC" w:rsidRPr="00FD1520" w:rsidRDefault="008B62FC"/>
          <w:p w14:paraId="3918D62D" w14:textId="77777777" w:rsidR="008B62FC" w:rsidRPr="00FD1520" w:rsidRDefault="008B62FC"/>
        </w:tc>
      </w:tr>
    </w:tbl>
    <w:p w14:paraId="065535AE" w14:textId="400A733C" w:rsidR="007553FE" w:rsidRPr="00FD1520" w:rsidRDefault="005A3995">
      <w:r w:rsidRPr="00FD1520">
        <w:br w:type="page"/>
      </w:r>
    </w:p>
    <w:p w14:paraId="0DF917BA" w14:textId="30042DC1" w:rsidR="007553FE" w:rsidRPr="00FD1520" w:rsidRDefault="005A3995">
      <w:r w:rsidRPr="00FD1520">
        <w:rPr>
          <w:b/>
        </w:rPr>
        <w:lastRenderedPageBreak/>
        <w:t xml:space="preserve">Modul: </w:t>
      </w:r>
      <w:r w:rsidR="0078661A" w:rsidRPr="0078661A">
        <w:rPr>
          <w:b/>
        </w:rPr>
        <w:t>Prosjekter og prosjektledelse i en håndverksbedrift</w:t>
      </w:r>
    </w:p>
    <w:p w14:paraId="280FE0EF" w14:textId="719E8D2F" w:rsidR="007553FE" w:rsidRPr="00FD1520" w:rsidRDefault="008B62FC">
      <w:pPr>
        <w:pStyle w:val="Overskrift2"/>
      </w:pPr>
      <w:r w:rsidRPr="00FD1520">
        <w:t xml:space="preserve">3. </w:t>
      </w:r>
      <w:r w:rsidR="00721441" w:rsidRPr="00721441">
        <w:t>prosjektleder og team</w:t>
      </w:r>
    </w:p>
    <w:tbl>
      <w:tblPr>
        <w:tblStyle w:val="Tabellrutenett"/>
        <w:tblW w:w="0" w:type="auto"/>
        <w:tblLook w:val="04A0" w:firstRow="1" w:lastRow="0" w:firstColumn="1" w:lastColumn="0" w:noHBand="0" w:noVBand="1"/>
      </w:tblPr>
      <w:tblGrid>
        <w:gridCol w:w="4981"/>
        <w:gridCol w:w="4981"/>
      </w:tblGrid>
      <w:tr w:rsidR="008B62FC" w:rsidRPr="00FD1520" w14:paraId="4C9EDAFF" w14:textId="77777777" w:rsidTr="008B62FC">
        <w:tc>
          <w:tcPr>
            <w:tcW w:w="4981" w:type="dxa"/>
          </w:tcPr>
          <w:p w14:paraId="4CE993C6" w14:textId="77777777" w:rsidR="008B62FC" w:rsidRPr="0064272C" w:rsidRDefault="008B62FC" w:rsidP="008B62FC">
            <w:pPr>
              <w:spacing w:after="40"/>
              <w:rPr>
                <w:sz w:val="20"/>
                <w:szCs w:val="20"/>
              </w:rPr>
            </w:pPr>
            <w:r w:rsidRPr="0064272C">
              <w:rPr>
                <w:b/>
                <w:sz w:val="20"/>
                <w:szCs w:val="20"/>
              </w:rPr>
              <w:t>Hovedtema</w:t>
            </w:r>
          </w:p>
          <w:p w14:paraId="40496C1F" w14:textId="07BAAFFD" w:rsidR="008B62FC" w:rsidRPr="0064272C" w:rsidRDefault="006C0DE8" w:rsidP="008B62FC">
            <w:pPr>
              <w:rPr>
                <w:sz w:val="20"/>
                <w:szCs w:val="20"/>
              </w:rPr>
            </w:pPr>
            <w:r w:rsidRPr="0064272C">
              <w:rPr>
                <w:sz w:val="20"/>
                <w:szCs w:val="20"/>
              </w:rPr>
              <w:t>Krav og forventinger til en prosjektleder står sentralt i hovedområdet. Videre handler det om sammensetting av prosjektteam, rollefordeling og samhandling.</w:t>
            </w:r>
          </w:p>
        </w:tc>
        <w:tc>
          <w:tcPr>
            <w:tcW w:w="4981" w:type="dxa"/>
          </w:tcPr>
          <w:p w14:paraId="35A8E103" w14:textId="77777777" w:rsidR="008B62FC" w:rsidRPr="0064272C" w:rsidRDefault="008B62FC" w:rsidP="008B62FC">
            <w:pPr>
              <w:spacing w:after="40"/>
              <w:rPr>
                <w:sz w:val="20"/>
                <w:szCs w:val="20"/>
              </w:rPr>
            </w:pPr>
            <w:r w:rsidRPr="0064272C">
              <w:rPr>
                <w:b/>
                <w:sz w:val="20"/>
                <w:szCs w:val="20"/>
              </w:rPr>
              <w:t>Innhold</w:t>
            </w:r>
          </w:p>
          <w:p w14:paraId="784E2496" w14:textId="25E944F8" w:rsidR="006C0DE8" w:rsidRPr="0064272C" w:rsidRDefault="006C0DE8" w:rsidP="006C0DE8">
            <w:pPr>
              <w:pStyle w:val="Punktliste"/>
              <w:numPr>
                <w:ilvl w:val="0"/>
                <w:numId w:val="28"/>
              </w:numPr>
              <w:rPr>
                <w:sz w:val="20"/>
                <w:szCs w:val="20"/>
              </w:rPr>
            </w:pPr>
            <w:r w:rsidRPr="0064272C">
              <w:rPr>
                <w:sz w:val="20"/>
                <w:szCs w:val="20"/>
              </w:rPr>
              <w:t xml:space="preserve">prosjektlederens rolle </w:t>
            </w:r>
          </w:p>
          <w:p w14:paraId="3BC7A36A" w14:textId="33392018" w:rsidR="006C0DE8" w:rsidRPr="0064272C" w:rsidRDefault="006C0DE8" w:rsidP="006C0DE8">
            <w:pPr>
              <w:pStyle w:val="Punktliste"/>
              <w:numPr>
                <w:ilvl w:val="0"/>
                <w:numId w:val="28"/>
              </w:numPr>
              <w:rPr>
                <w:sz w:val="20"/>
                <w:szCs w:val="20"/>
              </w:rPr>
            </w:pPr>
            <w:r w:rsidRPr="0064272C">
              <w:rPr>
                <w:sz w:val="20"/>
                <w:szCs w:val="20"/>
              </w:rPr>
              <w:t xml:space="preserve">rekruttering av prosjektdeltakere </w:t>
            </w:r>
          </w:p>
          <w:p w14:paraId="26692773" w14:textId="71D43338" w:rsidR="006C0DE8" w:rsidRPr="0064272C" w:rsidRDefault="006C0DE8" w:rsidP="006C0DE8">
            <w:pPr>
              <w:pStyle w:val="Punktliste"/>
              <w:numPr>
                <w:ilvl w:val="0"/>
                <w:numId w:val="28"/>
              </w:numPr>
              <w:rPr>
                <w:sz w:val="20"/>
                <w:szCs w:val="20"/>
              </w:rPr>
            </w:pPr>
            <w:r w:rsidRPr="0064272C">
              <w:rPr>
                <w:sz w:val="20"/>
                <w:szCs w:val="20"/>
              </w:rPr>
              <w:t>etablering av prosjektteam</w:t>
            </w:r>
          </w:p>
          <w:p w14:paraId="4B7A2DE3" w14:textId="293F3283" w:rsidR="006C0DE8" w:rsidRPr="0064272C" w:rsidRDefault="006C0DE8" w:rsidP="006C0DE8">
            <w:pPr>
              <w:pStyle w:val="Punktliste"/>
              <w:numPr>
                <w:ilvl w:val="0"/>
                <w:numId w:val="28"/>
              </w:numPr>
              <w:rPr>
                <w:sz w:val="20"/>
                <w:szCs w:val="20"/>
              </w:rPr>
            </w:pPr>
            <w:r w:rsidRPr="0064272C">
              <w:rPr>
                <w:sz w:val="20"/>
                <w:szCs w:val="20"/>
              </w:rPr>
              <w:t xml:space="preserve">spilleregler i prosjektteam  </w:t>
            </w:r>
          </w:p>
          <w:p w14:paraId="5BC5C18B" w14:textId="2B1B257E" w:rsidR="008B62FC" w:rsidRPr="0064272C" w:rsidRDefault="006C0DE8" w:rsidP="006C0DE8">
            <w:pPr>
              <w:pStyle w:val="Punktliste"/>
              <w:numPr>
                <w:ilvl w:val="0"/>
                <w:numId w:val="28"/>
              </w:numPr>
              <w:rPr>
                <w:sz w:val="20"/>
                <w:szCs w:val="20"/>
              </w:rPr>
            </w:pPr>
            <w:r w:rsidRPr="0064272C">
              <w:rPr>
                <w:sz w:val="20"/>
                <w:szCs w:val="20"/>
              </w:rPr>
              <w:t>prosjektteamets utvikling</w:t>
            </w:r>
          </w:p>
        </w:tc>
      </w:tr>
    </w:tbl>
    <w:p w14:paraId="4E7DFE88"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53163F90" w14:textId="77777777" w:rsidTr="008B62FC">
        <w:trPr>
          <w:cantSplit/>
          <w:trHeight w:val="5953"/>
        </w:trPr>
        <w:tc>
          <w:tcPr>
            <w:tcW w:w="9962" w:type="dxa"/>
          </w:tcPr>
          <w:p w14:paraId="22A956D6" w14:textId="77777777" w:rsidR="007553FE" w:rsidRPr="00FD1520" w:rsidRDefault="005A3995">
            <w:pPr>
              <w:spacing w:after="40"/>
            </w:pPr>
            <w:r w:rsidRPr="00FD1520">
              <w:rPr>
                <w:b/>
                <w:sz w:val="20"/>
              </w:rPr>
              <w:t>Egenvurdering (skriv her)</w:t>
            </w:r>
          </w:p>
          <w:p w14:paraId="132550BF" w14:textId="16510C57" w:rsidR="00FB64AE" w:rsidRPr="00FB64AE" w:rsidRDefault="00FB64AE" w:rsidP="00FB64AE">
            <w:pPr>
              <w:spacing w:after="200"/>
              <w:rPr>
                <w:rFonts w:asciiTheme="majorHAnsi" w:hAnsiTheme="majorHAnsi" w:cstheme="majorHAnsi"/>
                <w:sz w:val="20"/>
                <w:szCs w:val="20"/>
              </w:rPr>
            </w:pPr>
            <w:r>
              <w:rPr>
                <w:rFonts w:asciiTheme="majorHAnsi" w:hAnsiTheme="majorHAnsi" w:cstheme="majorHAnsi"/>
                <w:sz w:val="20"/>
                <w:szCs w:val="20"/>
              </w:rPr>
              <w:t xml:space="preserve">NB! </w:t>
            </w:r>
            <w:r w:rsidRPr="00225233">
              <w:rPr>
                <w:rFonts w:asciiTheme="majorHAnsi" w:hAnsiTheme="majorHAnsi" w:cstheme="majorHAnsi"/>
                <w:sz w:val="20"/>
                <w:szCs w:val="20"/>
              </w:rPr>
              <w:t xml:space="preserve">I modulen </w:t>
            </w:r>
            <w:r w:rsidRPr="00225233">
              <w:rPr>
                <w:rFonts w:asciiTheme="majorHAnsi" w:hAnsiTheme="majorHAnsi" w:cstheme="majorHAnsi"/>
                <w:b/>
                <w:bCs/>
                <w:sz w:val="20"/>
                <w:szCs w:val="20"/>
              </w:rPr>
              <w:t xml:space="preserve">Prosjekter og prosjektledelse i </w:t>
            </w:r>
            <w:r>
              <w:rPr>
                <w:rFonts w:asciiTheme="majorHAnsi" w:hAnsiTheme="majorHAnsi" w:cstheme="majorHAnsi"/>
                <w:b/>
                <w:bCs/>
                <w:sz w:val="20"/>
                <w:szCs w:val="20"/>
              </w:rPr>
              <w:t>en håndverksbedrift</w:t>
            </w:r>
            <w:r w:rsidRPr="00225233">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p>
          <w:p w14:paraId="557512E1" w14:textId="0D370772"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76211FE" w14:textId="77777777" w:rsidR="007553FE" w:rsidRPr="00FD1520" w:rsidRDefault="007553FE"/>
          <w:p w14:paraId="5858DEFD" w14:textId="77777777" w:rsidR="007553FE" w:rsidRPr="00FD1520" w:rsidRDefault="007553FE"/>
          <w:p w14:paraId="646F8612" w14:textId="77777777" w:rsidR="007553FE" w:rsidRPr="00FD1520" w:rsidRDefault="007553FE"/>
          <w:p w14:paraId="25774B8A" w14:textId="77777777" w:rsidR="007553FE" w:rsidRPr="00FD1520" w:rsidRDefault="007553FE"/>
          <w:p w14:paraId="6C99AF4B" w14:textId="77777777" w:rsidR="007553FE" w:rsidRPr="00FD1520" w:rsidRDefault="007553FE"/>
          <w:p w14:paraId="5EE6B8FF" w14:textId="77777777" w:rsidR="007553FE" w:rsidRPr="00FD1520" w:rsidRDefault="007553FE"/>
          <w:p w14:paraId="5453E614" w14:textId="77777777" w:rsidR="007553FE" w:rsidRPr="00FD1520" w:rsidRDefault="007553FE"/>
          <w:p w14:paraId="31AE6622" w14:textId="77777777" w:rsidR="007553FE" w:rsidRPr="00FD1520" w:rsidRDefault="007553FE"/>
          <w:p w14:paraId="0A90EA2A" w14:textId="77777777" w:rsidR="007553FE" w:rsidRPr="00FD1520" w:rsidRDefault="007553FE"/>
          <w:p w14:paraId="74740F7E" w14:textId="77777777" w:rsidR="007553FE" w:rsidRPr="00FD1520" w:rsidRDefault="007553FE"/>
          <w:p w14:paraId="2383447E" w14:textId="77777777" w:rsidR="007553FE" w:rsidRPr="00FD1520" w:rsidRDefault="007553FE"/>
          <w:p w14:paraId="7DE76904" w14:textId="77777777" w:rsidR="007553FE" w:rsidRPr="00FD1520" w:rsidRDefault="007553FE"/>
          <w:p w14:paraId="31B4B717" w14:textId="77777777" w:rsidR="007553FE" w:rsidRPr="00FD1520" w:rsidRDefault="007553FE"/>
          <w:p w14:paraId="7CE0B1E9" w14:textId="77777777" w:rsidR="007553FE" w:rsidRPr="00FD1520" w:rsidRDefault="007553FE"/>
        </w:tc>
      </w:tr>
    </w:tbl>
    <w:p w14:paraId="46879D18"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22E4476F" w14:textId="77777777" w:rsidTr="008B62FC">
        <w:tc>
          <w:tcPr>
            <w:tcW w:w="9962" w:type="dxa"/>
          </w:tcPr>
          <w:p w14:paraId="066C9BA8" w14:textId="77777777" w:rsidR="008B62FC" w:rsidRPr="00FD1520" w:rsidRDefault="008B62FC" w:rsidP="008B62FC">
            <w:pPr>
              <w:spacing w:after="40"/>
            </w:pPr>
            <w:r w:rsidRPr="00FD1520">
              <w:rPr>
                <w:b/>
                <w:sz w:val="20"/>
              </w:rPr>
              <w:t>Relevante vedlegg (liste/henvisninger)</w:t>
            </w:r>
          </w:p>
          <w:p w14:paraId="0F9C26F8" w14:textId="77777777" w:rsidR="008B62FC" w:rsidRPr="00FD1520" w:rsidRDefault="008B62FC" w:rsidP="008B62FC">
            <w:r w:rsidRPr="00FD1520">
              <w:rPr>
                <w:sz w:val="20"/>
              </w:rPr>
              <w:t>Oppgi vedleggsnummer og kort beskrivelse av dokumentasjonen.</w:t>
            </w:r>
          </w:p>
          <w:p w14:paraId="00F00711" w14:textId="77777777" w:rsidR="008B62FC" w:rsidRPr="00FD1520" w:rsidRDefault="008B62FC"/>
          <w:p w14:paraId="5D9BDAFC" w14:textId="77777777" w:rsidR="008B62FC" w:rsidRPr="00FD1520" w:rsidRDefault="008B62FC"/>
          <w:p w14:paraId="39DB53F6" w14:textId="77777777" w:rsidR="008B62FC" w:rsidRPr="00FD1520" w:rsidRDefault="008B62FC"/>
          <w:p w14:paraId="7DE059DC" w14:textId="77777777" w:rsidR="008B62FC" w:rsidRPr="00FD1520" w:rsidRDefault="008B62FC"/>
        </w:tc>
      </w:tr>
    </w:tbl>
    <w:p w14:paraId="5CFB966D" w14:textId="4FA9F778" w:rsidR="007553FE" w:rsidRPr="00FD1520" w:rsidRDefault="005A3995">
      <w:r w:rsidRPr="00FD1520">
        <w:br w:type="page"/>
      </w:r>
    </w:p>
    <w:p w14:paraId="3AC6B169" w14:textId="332E6C74" w:rsidR="007553FE" w:rsidRPr="00FD1520" w:rsidRDefault="005A3995">
      <w:r w:rsidRPr="00FD1520">
        <w:rPr>
          <w:b/>
        </w:rPr>
        <w:lastRenderedPageBreak/>
        <w:t xml:space="preserve">Modul: </w:t>
      </w:r>
      <w:r w:rsidR="0078661A" w:rsidRPr="0078661A">
        <w:rPr>
          <w:b/>
        </w:rPr>
        <w:t>Prosjekter og prosjektledelse i en håndverksbedrift</w:t>
      </w:r>
    </w:p>
    <w:p w14:paraId="7390CC81" w14:textId="54121112" w:rsidR="007553FE" w:rsidRPr="00FD1520" w:rsidRDefault="00721441">
      <w:pPr>
        <w:pStyle w:val="Overskrift2"/>
      </w:pPr>
      <w:r>
        <w:t>4</w:t>
      </w:r>
      <w:r w:rsidR="008B62FC" w:rsidRPr="00FD1520">
        <w:t xml:space="preserve">. </w:t>
      </w:r>
      <w:r w:rsidRPr="00721441">
        <w:t>prosjektøkonomi</w:t>
      </w:r>
    </w:p>
    <w:tbl>
      <w:tblPr>
        <w:tblStyle w:val="Tabellrutenett"/>
        <w:tblW w:w="0" w:type="auto"/>
        <w:tblLook w:val="04A0" w:firstRow="1" w:lastRow="0" w:firstColumn="1" w:lastColumn="0" w:noHBand="0" w:noVBand="1"/>
      </w:tblPr>
      <w:tblGrid>
        <w:gridCol w:w="4981"/>
        <w:gridCol w:w="4981"/>
      </w:tblGrid>
      <w:tr w:rsidR="008B62FC" w:rsidRPr="00FD1520" w14:paraId="4915F97D" w14:textId="77777777" w:rsidTr="008B62FC">
        <w:tc>
          <w:tcPr>
            <w:tcW w:w="4981" w:type="dxa"/>
          </w:tcPr>
          <w:p w14:paraId="6E71A789" w14:textId="77777777" w:rsidR="008B62FC" w:rsidRPr="0064272C" w:rsidRDefault="008B62FC" w:rsidP="008B62FC">
            <w:pPr>
              <w:spacing w:after="40"/>
              <w:rPr>
                <w:sz w:val="20"/>
                <w:szCs w:val="20"/>
              </w:rPr>
            </w:pPr>
            <w:r w:rsidRPr="0064272C">
              <w:rPr>
                <w:b/>
                <w:sz w:val="20"/>
                <w:szCs w:val="20"/>
              </w:rPr>
              <w:t>Hovedtema</w:t>
            </w:r>
          </w:p>
          <w:p w14:paraId="0DF0C7D5" w14:textId="304F3C5C" w:rsidR="008B62FC" w:rsidRPr="0064272C" w:rsidRDefault="0064272C" w:rsidP="008B62FC">
            <w:pPr>
              <w:rPr>
                <w:sz w:val="20"/>
                <w:szCs w:val="20"/>
              </w:rPr>
            </w:pPr>
            <w:r w:rsidRPr="0064272C">
              <w:rPr>
                <w:sz w:val="20"/>
                <w:szCs w:val="20"/>
              </w:rPr>
              <w:t>Hovedområdet handler om styring av økonomien i et prosjekt.</w:t>
            </w:r>
          </w:p>
        </w:tc>
        <w:tc>
          <w:tcPr>
            <w:tcW w:w="4981" w:type="dxa"/>
          </w:tcPr>
          <w:p w14:paraId="20C73D4A" w14:textId="77777777" w:rsidR="008B62FC" w:rsidRPr="0064272C" w:rsidRDefault="008B62FC" w:rsidP="008B62FC">
            <w:pPr>
              <w:spacing w:after="40"/>
              <w:rPr>
                <w:sz w:val="20"/>
                <w:szCs w:val="20"/>
              </w:rPr>
            </w:pPr>
            <w:r w:rsidRPr="0064272C">
              <w:rPr>
                <w:b/>
                <w:sz w:val="20"/>
                <w:szCs w:val="20"/>
              </w:rPr>
              <w:t>Innhold</w:t>
            </w:r>
          </w:p>
          <w:p w14:paraId="25F951E1" w14:textId="3E6C4DFD" w:rsidR="0064272C" w:rsidRPr="0064272C" w:rsidRDefault="0064272C" w:rsidP="0064272C">
            <w:pPr>
              <w:pStyle w:val="Punktliste"/>
              <w:numPr>
                <w:ilvl w:val="0"/>
                <w:numId w:val="29"/>
              </w:numPr>
              <w:rPr>
                <w:sz w:val="20"/>
                <w:szCs w:val="20"/>
              </w:rPr>
            </w:pPr>
            <w:r w:rsidRPr="0064272C">
              <w:rPr>
                <w:sz w:val="20"/>
                <w:szCs w:val="20"/>
              </w:rPr>
              <w:t xml:space="preserve">bruk av budsjett som verktøy </w:t>
            </w:r>
          </w:p>
          <w:p w14:paraId="304A5D2E" w14:textId="59DD66A8" w:rsidR="0064272C" w:rsidRPr="0064272C" w:rsidRDefault="0064272C" w:rsidP="0064272C">
            <w:pPr>
              <w:pStyle w:val="Punktliste"/>
              <w:numPr>
                <w:ilvl w:val="0"/>
                <w:numId w:val="29"/>
              </w:numPr>
              <w:rPr>
                <w:sz w:val="20"/>
                <w:szCs w:val="20"/>
              </w:rPr>
            </w:pPr>
            <w:r w:rsidRPr="0064272C">
              <w:rPr>
                <w:sz w:val="20"/>
                <w:szCs w:val="20"/>
              </w:rPr>
              <w:t xml:space="preserve">vurdering og håndtering av usikkerhet  </w:t>
            </w:r>
          </w:p>
          <w:p w14:paraId="0F74CD1A" w14:textId="7EECB4B4" w:rsidR="0064272C" w:rsidRPr="0064272C" w:rsidRDefault="0064272C" w:rsidP="0064272C">
            <w:pPr>
              <w:pStyle w:val="Punktliste"/>
              <w:numPr>
                <w:ilvl w:val="0"/>
                <w:numId w:val="29"/>
              </w:numPr>
              <w:rPr>
                <w:sz w:val="20"/>
                <w:szCs w:val="20"/>
              </w:rPr>
            </w:pPr>
            <w:r w:rsidRPr="0064272C">
              <w:rPr>
                <w:sz w:val="20"/>
                <w:szCs w:val="20"/>
              </w:rPr>
              <w:t xml:space="preserve">fastsettelse av risiko </w:t>
            </w:r>
          </w:p>
          <w:p w14:paraId="38F7AF58" w14:textId="1B19B327" w:rsidR="0064272C" w:rsidRPr="0064272C" w:rsidRDefault="0064272C" w:rsidP="0064272C">
            <w:pPr>
              <w:pStyle w:val="Punktliste"/>
              <w:numPr>
                <w:ilvl w:val="0"/>
                <w:numId w:val="29"/>
              </w:numPr>
              <w:rPr>
                <w:sz w:val="20"/>
                <w:szCs w:val="20"/>
              </w:rPr>
            </w:pPr>
            <w:r w:rsidRPr="0064272C">
              <w:rPr>
                <w:sz w:val="20"/>
                <w:szCs w:val="20"/>
              </w:rPr>
              <w:t xml:space="preserve">kostnadsoppfølging </w:t>
            </w:r>
          </w:p>
          <w:p w14:paraId="796E99B0" w14:textId="72BF4209" w:rsidR="0064272C" w:rsidRPr="0064272C" w:rsidRDefault="0064272C" w:rsidP="0064272C">
            <w:pPr>
              <w:pStyle w:val="Punktliste"/>
              <w:numPr>
                <w:ilvl w:val="0"/>
                <w:numId w:val="29"/>
              </w:numPr>
              <w:rPr>
                <w:sz w:val="20"/>
                <w:szCs w:val="20"/>
              </w:rPr>
            </w:pPr>
            <w:r w:rsidRPr="0064272C">
              <w:rPr>
                <w:sz w:val="20"/>
                <w:szCs w:val="20"/>
              </w:rPr>
              <w:t xml:space="preserve">vurdering av avvik og konsekvenser </w:t>
            </w:r>
          </w:p>
          <w:p w14:paraId="692EF265" w14:textId="110EA222" w:rsidR="008B62FC" w:rsidRPr="0064272C" w:rsidRDefault="0064272C" w:rsidP="0064272C">
            <w:pPr>
              <w:pStyle w:val="Punktliste"/>
              <w:numPr>
                <w:ilvl w:val="0"/>
                <w:numId w:val="29"/>
              </w:numPr>
              <w:rPr>
                <w:sz w:val="20"/>
                <w:szCs w:val="20"/>
              </w:rPr>
            </w:pPr>
            <w:r w:rsidRPr="0064272C">
              <w:rPr>
                <w:sz w:val="20"/>
                <w:szCs w:val="20"/>
              </w:rPr>
              <w:t>rapportering</w:t>
            </w:r>
          </w:p>
        </w:tc>
      </w:tr>
    </w:tbl>
    <w:p w14:paraId="14F9CCE5"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582EA6EF" w14:textId="77777777" w:rsidTr="008B62FC">
        <w:trPr>
          <w:cantSplit/>
          <w:trHeight w:val="5953"/>
        </w:trPr>
        <w:tc>
          <w:tcPr>
            <w:tcW w:w="9962" w:type="dxa"/>
          </w:tcPr>
          <w:p w14:paraId="03A44D70" w14:textId="77777777" w:rsidR="007553FE" w:rsidRPr="00FD1520" w:rsidRDefault="005A3995">
            <w:pPr>
              <w:spacing w:after="40"/>
            </w:pPr>
            <w:r w:rsidRPr="00FD1520">
              <w:rPr>
                <w:b/>
                <w:sz w:val="20"/>
              </w:rPr>
              <w:t>Egenvurdering (skriv her)</w:t>
            </w:r>
          </w:p>
          <w:p w14:paraId="18E9DEC8" w14:textId="00803B79" w:rsidR="00FB64AE" w:rsidRPr="00FB64AE" w:rsidRDefault="00FB64AE" w:rsidP="00FB64AE">
            <w:pPr>
              <w:spacing w:after="200"/>
              <w:rPr>
                <w:rFonts w:asciiTheme="majorHAnsi" w:hAnsiTheme="majorHAnsi" w:cstheme="majorHAnsi"/>
                <w:sz w:val="20"/>
                <w:szCs w:val="20"/>
              </w:rPr>
            </w:pPr>
            <w:r>
              <w:rPr>
                <w:rFonts w:asciiTheme="majorHAnsi" w:hAnsiTheme="majorHAnsi" w:cstheme="majorHAnsi"/>
                <w:sz w:val="20"/>
                <w:szCs w:val="20"/>
              </w:rPr>
              <w:t xml:space="preserve">NB! </w:t>
            </w:r>
            <w:r w:rsidRPr="00225233">
              <w:rPr>
                <w:rFonts w:asciiTheme="majorHAnsi" w:hAnsiTheme="majorHAnsi" w:cstheme="majorHAnsi"/>
                <w:sz w:val="20"/>
                <w:szCs w:val="20"/>
              </w:rPr>
              <w:t xml:space="preserve">I modulen </w:t>
            </w:r>
            <w:r w:rsidRPr="00225233">
              <w:rPr>
                <w:rFonts w:asciiTheme="majorHAnsi" w:hAnsiTheme="majorHAnsi" w:cstheme="majorHAnsi"/>
                <w:b/>
                <w:bCs/>
                <w:sz w:val="20"/>
                <w:szCs w:val="20"/>
              </w:rPr>
              <w:t xml:space="preserve">Prosjekter og prosjektledelse i </w:t>
            </w:r>
            <w:r>
              <w:rPr>
                <w:rFonts w:asciiTheme="majorHAnsi" w:hAnsiTheme="majorHAnsi" w:cstheme="majorHAnsi"/>
                <w:b/>
                <w:bCs/>
                <w:sz w:val="20"/>
                <w:szCs w:val="20"/>
              </w:rPr>
              <w:t>en håndverksbedrift</w:t>
            </w:r>
            <w:r w:rsidRPr="00225233">
              <w:rPr>
                <w:rFonts w:asciiTheme="majorHAnsi" w:hAnsiTheme="majorHAnsi" w:cstheme="majorHAnsi"/>
                <w:sz w:val="20"/>
                <w:szCs w:val="20"/>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p>
          <w:p w14:paraId="513B7490" w14:textId="3E533375"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70F39EF6" w14:textId="77777777" w:rsidR="007553FE" w:rsidRPr="00FD1520" w:rsidRDefault="007553FE"/>
          <w:p w14:paraId="4D263DBA" w14:textId="77777777" w:rsidR="007553FE" w:rsidRPr="00FD1520" w:rsidRDefault="007553FE"/>
          <w:p w14:paraId="4F1AD3DF" w14:textId="77777777" w:rsidR="007553FE" w:rsidRPr="00FD1520" w:rsidRDefault="007553FE"/>
          <w:p w14:paraId="533F00E8" w14:textId="77777777" w:rsidR="007553FE" w:rsidRPr="00FD1520" w:rsidRDefault="007553FE"/>
          <w:p w14:paraId="33129787" w14:textId="77777777" w:rsidR="007553FE" w:rsidRPr="00FD1520" w:rsidRDefault="007553FE"/>
          <w:p w14:paraId="6B4BE850" w14:textId="77777777" w:rsidR="007553FE" w:rsidRPr="00FD1520" w:rsidRDefault="007553FE"/>
          <w:p w14:paraId="5A1C2FD6" w14:textId="77777777" w:rsidR="007553FE" w:rsidRPr="00FD1520" w:rsidRDefault="007553FE"/>
          <w:p w14:paraId="0663F871" w14:textId="77777777" w:rsidR="007553FE" w:rsidRPr="00FD1520" w:rsidRDefault="007553FE"/>
          <w:p w14:paraId="443EB668" w14:textId="77777777" w:rsidR="007553FE" w:rsidRPr="00FD1520" w:rsidRDefault="007553FE"/>
          <w:p w14:paraId="34E885D4" w14:textId="77777777" w:rsidR="007553FE" w:rsidRPr="00FD1520" w:rsidRDefault="007553FE"/>
          <w:p w14:paraId="5762EBE2" w14:textId="77777777" w:rsidR="007553FE" w:rsidRPr="00FD1520" w:rsidRDefault="007553FE"/>
          <w:p w14:paraId="09001D17" w14:textId="77777777" w:rsidR="007553FE" w:rsidRPr="00FD1520" w:rsidRDefault="007553FE"/>
          <w:p w14:paraId="6468A29E" w14:textId="77777777" w:rsidR="007553FE" w:rsidRPr="00FD1520" w:rsidRDefault="007553FE"/>
          <w:p w14:paraId="1D336822" w14:textId="77777777" w:rsidR="007553FE" w:rsidRPr="00FD1520" w:rsidRDefault="007553FE"/>
        </w:tc>
      </w:tr>
    </w:tbl>
    <w:p w14:paraId="663288CA"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142E9FD7" w14:textId="77777777" w:rsidTr="008B62FC">
        <w:tc>
          <w:tcPr>
            <w:tcW w:w="9962" w:type="dxa"/>
          </w:tcPr>
          <w:p w14:paraId="4BC9EB9B" w14:textId="77777777" w:rsidR="008B62FC" w:rsidRPr="00FD1520" w:rsidRDefault="008B62FC" w:rsidP="008B62FC">
            <w:pPr>
              <w:spacing w:after="40"/>
            </w:pPr>
            <w:r w:rsidRPr="00FD1520">
              <w:rPr>
                <w:b/>
                <w:sz w:val="20"/>
              </w:rPr>
              <w:t>Relevante vedlegg (liste/henvisninger)</w:t>
            </w:r>
          </w:p>
          <w:p w14:paraId="1C606450" w14:textId="77777777" w:rsidR="008B62FC" w:rsidRPr="00FD1520" w:rsidRDefault="008B62FC" w:rsidP="008B62FC">
            <w:r w:rsidRPr="00FD1520">
              <w:rPr>
                <w:sz w:val="20"/>
              </w:rPr>
              <w:t>Oppgi vedleggsnummer og kort beskrivelse av dokumentasjonen.</w:t>
            </w:r>
          </w:p>
          <w:p w14:paraId="61F2B7B5" w14:textId="77777777" w:rsidR="008B62FC" w:rsidRPr="00FD1520" w:rsidRDefault="008B62FC"/>
          <w:p w14:paraId="0C42A637" w14:textId="77777777" w:rsidR="008B62FC" w:rsidRPr="00FD1520" w:rsidRDefault="008B62FC"/>
          <w:p w14:paraId="3ECC415F" w14:textId="77777777" w:rsidR="008B62FC" w:rsidRPr="00FD1520" w:rsidRDefault="008B62FC"/>
          <w:p w14:paraId="744B9F63" w14:textId="77777777" w:rsidR="008B62FC" w:rsidRPr="00FD1520" w:rsidRDefault="008B62FC"/>
        </w:tc>
      </w:tr>
    </w:tbl>
    <w:p w14:paraId="6B84EB6B" w14:textId="594622B0" w:rsidR="007553FE" w:rsidRPr="00FD1520" w:rsidRDefault="007553FE"/>
    <w:sectPr w:rsidR="007553FE" w:rsidRPr="00FD1520"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1204A4E"/>
    <w:multiLevelType w:val="hybridMultilevel"/>
    <w:tmpl w:val="A02059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05030353"/>
    <w:multiLevelType w:val="hybridMultilevel"/>
    <w:tmpl w:val="CF082488"/>
    <w:lvl w:ilvl="0" w:tplc="C5886B4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110657DA"/>
    <w:multiLevelType w:val="hybridMultilevel"/>
    <w:tmpl w:val="174AC0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3A836F3"/>
    <w:multiLevelType w:val="hybridMultilevel"/>
    <w:tmpl w:val="0C3238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CCC7055"/>
    <w:multiLevelType w:val="hybridMultilevel"/>
    <w:tmpl w:val="962A4A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C712101"/>
    <w:multiLevelType w:val="hybridMultilevel"/>
    <w:tmpl w:val="3B9631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CBB4A32"/>
    <w:multiLevelType w:val="hybridMultilevel"/>
    <w:tmpl w:val="918C4A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9E383D"/>
    <w:multiLevelType w:val="hybridMultilevel"/>
    <w:tmpl w:val="6F9658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C2C24E4"/>
    <w:multiLevelType w:val="hybridMultilevel"/>
    <w:tmpl w:val="E15AE4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DA51595"/>
    <w:multiLevelType w:val="hybridMultilevel"/>
    <w:tmpl w:val="B5B211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36B2C41"/>
    <w:multiLevelType w:val="hybridMultilevel"/>
    <w:tmpl w:val="FD2AC4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47C643A"/>
    <w:multiLevelType w:val="hybridMultilevel"/>
    <w:tmpl w:val="33A805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63C7830"/>
    <w:multiLevelType w:val="hybridMultilevel"/>
    <w:tmpl w:val="B8366C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8F41FA6"/>
    <w:multiLevelType w:val="hybridMultilevel"/>
    <w:tmpl w:val="7AFC85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EA74013"/>
    <w:multiLevelType w:val="hybridMultilevel"/>
    <w:tmpl w:val="65E8F2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F364D09"/>
    <w:multiLevelType w:val="hybridMultilevel"/>
    <w:tmpl w:val="EFC03D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1190C52"/>
    <w:multiLevelType w:val="hybridMultilevel"/>
    <w:tmpl w:val="8CB476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6670D79"/>
    <w:multiLevelType w:val="multilevel"/>
    <w:tmpl w:val="8F32E56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0256C9"/>
    <w:multiLevelType w:val="hybridMultilevel"/>
    <w:tmpl w:val="FC1458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334461709">
    <w:abstractNumId w:val="8"/>
  </w:num>
  <w:num w:numId="2" w16cid:durableId="1049315">
    <w:abstractNumId w:val="6"/>
  </w:num>
  <w:num w:numId="3" w16cid:durableId="842352189">
    <w:abstractNumId w:val="5"/>
  </w:num>
  <w:num w:numId="4" w16cid:durableId="476190644">
    <w:abstractNumId w:val="4"/>
  </w:num>
  <w:num w:numId="5" w16cid:durableId="1791625383">
    <w:abstractNumId w:val="7"/>
  </w:num>
  <w:num w:numId="6" w16cid:durableId="697465411">
    <w:abstractNumId w:val="3"/>
  </w:num>
  <w:num w:numId="7" w16cid:durableId="1281952815">
    <w:abstractNumId w:val="2"/>
  </w:num>
  <w:num w:numId="8" w16cid:durableId="658391341">
    <w:abstractNumId w:val="1"/>
  </w:num>
  <w:num w:numId="9" w16cid:durableId="1936863494">
    <w:abstractNumId w:val="0"/>
  </w:num>
  <w:num w:numId="10" w16cid:durableId="1605577180">
    <w:abstractNumId w:val="16"/>
  </w:num>
  <w:num w:numId="11" w16cid:durableId="62680864">
    <w:abstractNumId w:val="26"/>
  </w:num>
  <w:num w:numId="12" w16cid:durableId="69474312">
    <w:abstractNumId w:val="27"/>
  </w:num>
  <w:num w:numId="13" w16cid:durableId="15817312">
    <w:abstractNumId w:val="10"/>
  </w:num>
  <w:num w:numId="14" w16cid:durableId="1649552863">
    <w:abstractNumId w:val="11"/>
  </w:num>
  <w:num w:numId="15" w16cid:durableId="438111598">
    <w:abstractNumId w:val="28"/>
  </w:num>
  <w:num w:numId="16" w16cid:durableId="1039279311">
    <w:abstractNumId w:val="22"/>
  </w:num>
  <w:num w:numId="17" w16cid:durableId="988365973">
    <w:abstractNumId w:val="18"/>
  </w:num>
  <w:num w:numId="18" w16cid:durableId="2097165170">
    <w:abstractNumId w:val="14"/>
  </w:num>
  <w:num w:numId="19" w16cid:durableId="2094621587">
    <w:abstractNumId w:val="17"/>
  </w:num>
  <w:num w:numId="20" w16cid:durableId="1331905659">
    <w:abstractNumId w:val="9"/>
  </w:num>
  <w:num w:numId="21" w16cid:durableId="556549964">
    <w:abstractNumId w:val="12"/>
  </w:num>
  <w:num w:numId="22" w16cid:durableId="1496726963">
    <w:abstractNumId w:val="15"/>
  </w:num>
  <w:num w:numId="23" w16cid:durableId="1122849637">
    <w:abstractNumId w:val="23"/>
  </w:num>
  <w:num w:numId="24" w16cid:durableId="1758480585">
    <w:abstractNumId w:val="25"/>
  </w:num>
  <w:num w:numId="25" w16cid:durableId="2108309754">
    <w:abstractNumId w:val="24"/>
  </w:num>
  <w:num w:numId="26" w16cid:durableId="1448962064">
    <w:abstractNumId w:val="20"/>
  </w:num>
  <w:num w:numId="27" w16cid:durableId="1657342322">
    <w:abstractNumId w:val="21"/>
  </w:num>
  <w:num w:numId="28" w16cid:durableId="1627470574">
    <w:abstractNumId w:val="13"/>
  </w:num>
  <w:num w:numId="29" w16cid:durableId="20119110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ED8"/>
    <w:rsid w:val="0007205B"/>
    <w:rsid w:val="000C4976"/>
    <w:rsid w:val="00107716"/>
    <w:rsid w:val="001249D4"/>
    <w:rsid w:val="00124C34"/>
    <w:rsid w:val="0015074B"/>
    <w:rsid w:val="001738E0"/>
    <w:rsid w:val="00187156"/>
    <w:rsid w:val="001C4CA2"/>
    <w:rsid w:val="00201257"/>
    <w:rsid w:val="00206CE4"/>
    <w:rsid w:val="00225233"/>
    <w:rsid w:val="00265097"/>
    <w:rsid w:val="00274496"/>
    <w:rsid w:val="00295A6E"/>
    <w:rsid w:val="0029639D"/>
    <w:rsid w:val="002A6727"/>
    <w:rsid w:val="002D460B"/>
    <w:rsid w:val="00326F90"/>
    <w:rsid w:val="003945A1"/>
    <w:rsid w:val="0039597B"/>
    <w:rsid w:val="00397A11"/>
    <w:rsid w:val="003A0627"/>
    <w:rsid w:val="003B271C"/>
    <w:rsid w:val="003C2A40"/>
    <w:rsid w:val="003F1E0B"/>
    <w:rsid w:val="00415E11"/>
    <w:rsid w:val="00470149"/>
    <w:rsid w:val="00497315"/>
    <w:rsid w:val="004B1219"/>
    <w:rsid w:val="0051706C"/>
    <w:rsid w:val="005519C0"/>
    <w:rsid w:val="005521D8"/>
    <w:rsid w:val="0058575D"/>
    <w:rsid w:val="00595AC8"/>
    <w:rsid w:val="005A3995"/>
    <w:rsid w:val="005C11BE"/>
    <w:rsid w:val="005E657B"/>
    <w:rsid w:val="005F2FF6"/>
    <w:rsid w:val="00624820"/>
    <w:rsid w:val="006248A0"/>
    <w:rsid w:val="0064272C"/>
    <w:rsid w:val="00697E62"/>
    <w:rsid w:val="006A2562"/>
    <w:rsid w:val="006C0DE8"/>
    <w:rsid w:val="006D3C77"/>
    <w:rsid w:val="006D43EF"/>
    <w:rsid w:val="006E1134"/>
    <w:rsid w:val="006E1F3E"/>
    <w:rsid w:val="00721441"/>
    <w:rsid w:val="007553FE"/>
    <w:rsid w:val="00766383"/>
    <w:rsid w:val="00771BDF"/>
    <w:rsid w:val="0078661A"/>
    <w:rsid w:val="007B1D6B"/>
    <w:rsid w:val="007F5A8F"/>
    <w:rsid w:val="00805F65"/>
    <w:rsid w:val="00814900"/>
    <w:rsid w:val="00886905"/>
    <w:rsid w:val="008A28AF"/>
    <w:rsid w:val="008B62FC"/>
    <w:rsid w:val="008C2FBC"/>
    <w:rsid w:val="008E3A0E"/>
    <w:rsid w:val="00907615"/>
    <w:rsid w:val="00956C15"/>
    <w:rsid w:val="00962B67"/>
    <w:rsid w:val="00967D24"/>
    <w:rsid w:val="009826E1"/>
    <w:rsid w:val="0098468D"/>
    <w:rsid w:val="009863AC"/>
    <w:rsid w:val="0099159D"/>
    <w:rsid w:val="009A7CA5"/>
    <w:rsid w:val="009B0EAC"/>
    <w:rsid w:val="009B1656"/>
    <w:rsid w:val="009B71A0"/>
    <w:rsid w:val="009E6969"/>
    <w:rsid w:val="00A34DD9"/>
    <w:rsid w:val="00A37850"/>
    <w:rsid w:val="00A71426"/>
    <w:rsid w:val="00AA1D8D"/>
    <w:rsid w:val="00AD7FD9"/>
    <w:rsid w:val="00AE6E29"/>
    <w:rsid w:val="00B05B40"/>
    <w:rsid w:val="00B47730"/>
    <w:rsid w:val="00BD2DAE"/>
    <w:rsid w:val="00BF72B1"/>
    <w:rsid w:val="00C24957"/>
    <w:rsid w:val="00C24A76"/>
    <w:rsid w:val="00C74E38"/>
    <w:rsid w:val="00C92A1E"/>
    <w:rsid w:val="00CB0664"/>
    <w:rsid w:val="00CE596C"/>
    <w:rsid w:val="00CF63F9"/>
    <w:rsid w:val="00D4070B"/>
    <w:rsid w:val="00D468CA"/>
    <w:rsid w:val="00D66780"/>
    <w:rsid w:val="00D72DD3"/>
    <w:rsid w:val="00D85803"/>
    <w:rsid w:val="00DA1FD3"/>
    <w:rsid w:val="00DE2847"/>
    <w:rsid w:val="00E66A44"/>
    <w:rsid w:val="00E86D95"/>
    <w:rsid w:val="00EB0F7A"/>
    <w:rsid w:val="00EC67F3"/>
    <w:rsid w:val="00EC7758"/>
    <w:rsid w:val="00ED4581"/>
    <w:rsid w:val="00F72196"/>
    <w:rsid w:val="00FA167E"/>
    <w:rsid w:val="00FB481D"/>
    <w:rsid w:val="00FB64AE"/>
    <w:rsid w:val="00FC693F"/>
    <w:rsid w:val="00FD1520"/>
    <w:rsid w:val="00FF60F2"/>
    <w:rsid w:val="235CEDC5"/>
    <w:rsid w:val="239D0584"/>
    <w:rsid w:val="6B5E8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AC91016-384D-4F40-892C-3B0A851D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8A28AF"/>
    <w:rPr>
      <w:color w:val="0000FF" w:themeColor="hyperlink"/>
      <w:u w:val="single"/>
    </w:rPr>
  </w:style>
  <w:style w:type="character" w:styleId="Ulstomtale">
    <w:name w:val="Unresolved Mention"/>
    <w:basedOn w:val="Standardskriftforavsnitt"/>
    <w:uiPriority w:val="99"/>
    <w:semiHidden/>
    <w:unhideWhenUsed/>
    <w:rsid w:val="008A28AF"/>
    <w:rPr>
      <w:color w:val="605E5C"/>
      <w:shd w:val="clear" w:color="auto" w:fill="E1DFDD"/>
    </w:rPr>
  </w:style>
  <w:style w:type="character" w:styleId="Fulgthyperkobling">
    <w:name w:val="FollowedHyperlink"/>
    <w:basedOn w:val="Standardskriftforavsnitt"/>
    <w:uiPriority w:val="99"/>
    <w:semiHidden/>
    <w:unhideWhenUsed/>
    <w:rsid w:val="000720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mesterbrev.no/bli-mester/bli-mester/mesterfagene-2/mobel-og-tref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96972-6955-41E3-99C9-632EF7F40F7E}">
  <ds:schemaRefs>
    <ds:schemaRef ds:uri="http://schemas.microsoft.com/sharepoint/v3/contenttype/forms"/>
  </ds:schemaRefs>
</ds:datastoreItem>
</file>

<file path=customXml/itemProps2.xml><?xml version="1.0" encoding="utf-8"?>
<ds:datastoreItem xmlns:ds="http://schemas.openxmlformats.org/officeDocument/2006/customXml" ds:itemID="{EB835A9E-4CF2-481E-8978-AE7CDFAB71BD}">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A6DF97C-793C-4E2C-A61C-895CB1D6D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19</Pages>
  <Words>2456</Words>
  <Characters>16678</Characters>
  <Application>Microsoft Office Word</Application>
  <DocSecurity>0</DocSecurity>
  <Lines>877</Lines>
  <Paragraphs>367</Paragraphs>
  <ScaleCrop>false</ScaleCrop>
  <Manager/>
  <Company/>
  <LinksUpToDate>false</LinksUpToDate>
  <CharactersWithSpaces>18767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85</cp:revision>
  <dcterms:created xsi:type="dcterms:W3CDTF">2026-04-20T11:59:00Z</dcterms:created>
  <dcterms:modified xsi:type="dcterms:W3CDTF">2026-06-08T11:17:00Z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MediaServiceImageTags">
    <vt:lpwstr/>
  </property>
  <property fmtid="{D5CDD505-2E9C-101B-9397-08002B2CF9AE}" pid="4" name="docLang">
    <vt:lpwstr>nb</vt:lpwstr>
  </property>
</Properties>
</file>