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B1CB" w14:textId="17A69953" w:rsidR="0073273B" w:rsidRPr="00A86160" w:rsidRDefault="009A3BFE">
      <w:pPr>
        <w:pStyle w:val="Tittel"/>
        <w:rPr>
          <w:lang w:val="nb-NO"/>
        </w:rPr>
      </w:pPr>
      <w:r w:rsidRPr="00C40446">
        <w:rPr>
          <w:lang w:val="nb-NO"/>
        </w:rPr>
        <w:t xml:space="preserve">Egenvurdering – Faglig fordypning i </w:t>
      </w:r>
      <w:r w:rsidR="00A86160" w:rsidRPr="00A86160">
        <w:rPr>
          <w:lang w:val="nb-NO"/>
        </w:rPr>
        <w:t>trevare- og bygginnredningsfaget</w:t>
      </w:r>
    </w:p>
    <w:p w14:paraId="68DB9415" w14:textId="043643F2" w:rsidR="0073273B" w:rsidRPr="00C40446" w:rsidRDefault="009A3BFE">
      <w:pPr>
        <w:rPr>
          <w:lang w:val="nb-NO"/>
        </w:rPr>
      </w:pPr>
      <w:r w:rsidRPr="00C40446">
        <w:rPr>
          <w:sz w:val="20"/>
          <w:lang w:val="nb-NO"/>
        </w:rPr>
        <w:t>Navn: ________</w:t>
      </w:r>
      <w:r w:rsidR="00327344">
        <w:rPr>
          <w:sz w:val="20"/>
          <w:lang w:val="nb-NO"/>
        </w:rPr>
        <w:t>___</w:t>
      </w:r>
      <w:r w:rsidRPr="00C40446">
        <w:rPr>
          <w:sz w:val="20"/>
          <w:lang w:val="nb-NO"/>
        </w:rPr>
        <w:t>________</w:t>
      </w:r>
      <w:r w:rsidR="00327344">
        <w:rPr>
          <w:sz w:val="20"/>
          <w:lang w:val="nb-NO"/>
        </w:rPr>
        <w:t>_________</w:t>
      </w:r>
      <w:r w:rsidRPr="00C40446">
        <w:rPr>
          <w:sz w:val="20"/>
          <w:lang w:val="nb-NO"/>
        </w:rPr>
        <w:t>____    Fag: ______</w:t>
      </w:r>
      <w:r w:rsidR="00327344">
        <w:rPr>
          <w:sz w:val="20"/>
          <w:lang w:val="nb-NO"/>
        </w:rPr>
        <w:t>________________</w:t>
      </w:r>
      <w:r w:rsidRPr="00C40446">
        <w:rPr>
          <w:sz w:val="20"/>
          <w:lang w:val="nb-NO"/>
        </w:rPr>
        <w:t xml:space="preserve">______________    </w:t>
      </w:r>
    </w:p>
    <w:p w14:paraId="6145673B" w14:textId="77777777" w:rsidR="00E46D05" w:rsidRDefault="00E46D05" w:rsidP="009C07E1">
      <w:pPr>
        <w:pStyle w:val="Overskrift3"/>
        <w:spacing w:line="360" w:lineRule="auto"/>
        <w:rPr>
          <w:sz w:val="26"/>
          <w:szCs w:val="26"/>
          <w:lang w:val="nb-NO"/>
        </w:rPr>
      </w:pPr>
    </w:p>
    <w:p w14:paraId="2EDDA876" w14:textId="46590C9B" w:rsidR="0073273B" w:rsidRPr="00C40446" w:rsidRDefault="009A3BFE" w:rsidP="009C07E1">
      <w:pPr>
        <w:pStyle w:val="Overskrift3"/>
        <w:spacing w:line="360" w:lineRule="auto"/>
        <w:rPr>
          <w:sz w:val="26"/>
          <w:szCs w:val="26"/>
          <w:lang w:val="nb-NO"/>
        </w:rPr>
      </w:pPr>
      <w:r w:rsidRPr="00C40446">
        <w:rPr>
          <w:sz w:val="26"/>
          <w:szCs w:val="26"/>
          <w:lang w:val="nb-NO"/>
        </w:rPr>
        <w:t>Informasjon om utfylling av egenvurdering</w:t>
      </w:r>
    </w:p>
    <w:p w14:paraId="23C0A977" w14:textId="4FDF6382" w:rsidR="000D5669" w:rsidRPr="000D5669" w:rsidRDefault="10CB67B1" w:rsidP="000D5669">
      <w:pPr>
        <w:rPr>
          <w:rFonts w:ascii="Arial" w:hAnsi="Arial" w:cs="Arial"/>
          <w:lang w:val="nb-NO"/>
        </w:rPr>
      </w:pPr>
      <w:r w:rsidRPr="33E419CC">
        <w:rPr>
          <w:rFonts w:ascii="Arial" w:hAnsi="Arial" w:cs="Arial"/>
          <w:lang w:val="nb-NO"/>
        </w:rPr>
        <w:t xml:space="preserve">Fagområdet </w:t>
      </w:r>
      <w:r w:rsidR="76D6B8E5" w:rsidRPr="33E419CC">
        <w:rPr>
          <w:rFonts w:ascii="Arial" w:hAnsi="Arial" w:cs="Arial"/>
          <w:lang w:val="nb-NO"/>
        </w:rPr>
        <w:t xml:space="preserve">Faglig fordypning i </w:t>
      </w:r>
      <w:r w:rsidR="00A86160" w:rsidRPr="00F303E0">
        <w:rPr>
          <w:rFonts w:ascii="Arial" w:hAnsi="Arial" w:cs="Arial"/>
          <w:lang w:val="nb-NO"/>
        </w:rPr>
        <w:t>trevare- og bygginnredningsfaget</w:t>
      </w:r>
      <w:r w:rsidR="76D6B8E5" w:rsidRPr="000E37AB">
        <w:rPr>
          <w:rFonts w:ascii="Arial" w:hAnsi="Arial" w:cs="Arial"/>
          <w:color w:val="FF0000"/>
          <w:lang w:val="nb-NO"/>
        </w:rPr>
        <w:t xml:space="preserve"> </w:t>
      </w:r>
      <w:r w:rsidR="76D6B8E5" w:rsidRPr="33E419CC">
        <w:rPr>
          <w:rFonts w:ascii="Arial" w:hAnsi="Arial" w:cs="Arial"/>
          <w:lang w:val="nb-NO"/>
        </w:rPr>
        <w:t xml:space="preserve">skal gi grunnlag for </w:t>
      </w:r>
      <w:r w:rsidR="00F303E0" w:rsidRPr="00F303E0">
        <w:rPr>
          <w:rFonts w:ascii="Arial" w:hAnsi="Arial" w:cs="Arial"/>
          <w:lang w:val="nb-NO"/>
        </w:rPr>
        <w:t>ledelse av arbeid med prosjektering, utførelse, ferdigstillelse og dokumentasjon i trevare- og bygginnredningsfaget.</w:t>
      </w:r>
      <w:r w:rsidR="00F303E0">
        <w:rPr>
          <w:rFonts w:ascii="Arial" w:hAnsi="Arial" w:cs="Arial"/>
          <w:lang w:val="nb-NO"/>
        </w:rPr>
        <w:t xml:space="preserve"> </w:t>
      </w:r>
    </w:p>
    <w:p w14:paraId="08948C97" w14:textId="2018D2F7" w:rsidR="0073273B" w:rsidRPr="00C40446" w:rsidRDefault="009A3BFE">
      <w:pPr>
        <w:rPr>
          <w:rFonts w:ascii="Arial" w:hAnsi="Arial" w:cs="Arial"/>
          <w:lang w:val="nb-NO"/>
        </w:rPr>
      </w:pPr>
      <w:r w:rsidRPr="00C40446">
        <w:rPr>
          <w:rFonts w:ascii="Arial" w:hAnsi="Arial" w:cs="Arial"/>
          <w:lang w:val="nb-NO"/>
        </w:rPr>
        <w:t>I egenvurderingen skal du beskrive kompetansen du har opparbeidet deg i</w:t>
      </w:r>
      <w:r w:rsidR="00E22810" w:rsidRPr="00C40446">
        <w:rPr>
          <w:rFonts w:ascii="Arial" w:hAnsi="Arial" w:cs="Arial"/>
          <w:lang w:val="nb-NO"/>
        </w:rPr>
        <w:t xml:space="preserve"> </w:t>
      </w:r>
      <w:r w:rsidRPr="00C40446">
        <w:rPr>
          <w:rFonts w:ascii="Arial" w:hAnsi="Arial" w:cs="Arial"/>
          <w:lang w:val="nb-NO"/>
        </w:rPr>
        <w:t>faglig fordypning i</w:t>
      </w:r>
      <w:r w:rsidR="000E37AB">
        <w:rPr>
          <w:rFonts w:ascii="Arial" w:hAnsi="Arial" w:cs="Arial"/>
          <w:lang w:val="nb-NO"/>
        </w:rPr>
        <w:t xml:space="preserve"> </w:t>
      </w:r>
      <w:r w:rsidR="006A686F" w:rsidRPr="00F303E0">
        <w:rPr>
          <w:rFonts w:ascii="Arial" w:hAnsi="Arial" w:cs="Arial"/>
          <w:lang w:val="nb-NO"/>
        </w:rPr>
        <w:t>trevare- og bygginnredningsfaget</w:t>
      </w:r>
      <w:r w:rsidRPr="00C40446">
        <w:rPr>
          <w:rFonts w:ascii="Arial" w:hAnsi="Arial" w:cs="Arial"/>
          <w:lang w:val="nb-NO"/>
        </w:rPr>
        <w:t xml:space="preserve">. Dette innebærer at du skal forklare og beskrive hvilke erfaringer du har gjort deg relatert til læringsutbyttene som </w:t>
      </w:r>
      <w:proofErr w:type="gramStart"/>
      <w:r w:rsidRPr="00C40446">
        <w:rPr>
          <w:rFonts w:ascii="Arial" w:hAnsi="Arial" w:cs="Arial"/>
          <w:lang w:val="nb-NO"/>
        </w:rPr>
        <w:t>fremkommer</w:t>
      </w:r>
      <w:proofErr w:type="gramEnd"/>
      <w:r w:rsidRPr="00C40446">
        <w:rPr>
          <w:rFonts w:ascii="Arial" w:hAnsi="Arial" w:cs="Arial"/>
          <w:lang w:val="nb-NO"/>
        </w:rPr>
        <w:t xml:space="preserve"> i </w:t>
      </w:r>
      <w:hyperlink r:id="rId8" w:history="1">
        <w:r w:rsidRPr="00FF48CF">
          <w:rPr>
            <w:rStyle w:val="Hyperkobling"/>
            <w:rFonts w:ascii="Arial" w:hAnsi="Arial" w:cs="Arial"/>
            <w:lang w:val="nb-NO"/>
          </w:rPr>
          <w:t>studieplanen</w:t>
        </w:r>
      </w:hyperlink>
      <w:r w:rsidR="00FF48CF">
        <w:rPr>
          <w:rFonts w:ascii="Arial" w:hAnsi="Arial" w:cs="Arial"/>
          <w:lang w:val="nb-NO"/>
        </w:rPr>
        <w:t xml:space="preserve"> (</w:t>
      </w:r>
      <w:r w:rsidR="00FF48CF" w:rsidRPr="006A686F">
        <w:rPr>
          <w:rFonts w:ascii="Arial" w:hAnsi="Arial" w:cs="Arial"/>
          <w:lang w:val="nb-NO"/>
        </w:rPr>
        <w:t>trykk</w:t>
      </w:r>
      <w:r w:rsidR="00FF48CF">
        <w:rPr>
          <w:rFonts w:ascii="Arial" w:hAnsi="Arial" w:cs="Arial"/>
          <w:lang w:val="nb-NO"/>
        </w:rPr>
        <w:t xml:space="preserve"> på lenken)</w:t>
      </w:r>
      <w:r w:rsidRPr="00C40446">
        <w:rPr>
          <w:rFonts w:ascii="Arial" w:hAnsi="Arial" w:cs="Arial"/>
          <w:lang w:val="nb-NO"/>
        </w:rPr>
        <w:t>. Vi anbefaler at du gjør deg kjent med studieplanen før du begynner å utarbeide egenvurderingen.</w:t>
      </w:r>
    </w:p>
    <w:p w14:paraId="45E2288A" w14:textId="77777777" w:rsidR="0073273B" w:rsidRPr="00C40446" w:rsidRDefault="009A3BFE" w:rsidP="00326896">
      <w:pPr>
        <w:pStyle w:val="Overskrift3"/>
        <w:spacing w:line="360" w:lineRule="auto"/>
        <w:rPr>
          <w:sz w:val="26"/>
          <w:szCs w:val="26"/>
          <w:lang w:val="nb-NO"/>
        </w:rPr>
      </w:pPr>
      <w:r w:rsidRPr="00C40446">
        <w:rPr>
          <w:sz w:val="26"/>
          <w:szCs w:val="26"/>
          <w:lang w:val="nb-NO"/>
        </w:rPr>
        <w:t>Når du skriver egenvurderingen, anbefales følgende fremgangsmåte:</w:t>
      </w:r>
    </w:p>
    <w:p w14:paraId="01BB04FC" w14:textId="1D0C2732" w:rsidR="0096215D" w:rsidRDefault="77649587" w:rsidP="002F7761">
      <w:pPr>
        <w:numPr>
          <w:ilvl w:val="0"/>
          <w:numId w:val="5"/>
        </w:numPr>
        <w:spacing w:after="0"/>
        <w:rPr>
          <w:rFonts w:ascii="Arial" w:hAnsi="Arial" w:cs="Arial"/>
          <w:lang w:val="nb-NO"/>
        </w:rPr>
      </w:pPr>
      <w:r w:rsidRPr="32E14DD8">
        <w:rPr>
          <w:rFonts w:ascii="Arial" w:hAnsi="Arial" w:cs="Arial"/>
          <w:lang w:val="nb-NO"/>
        </w:rPr>
        <w:t xml:space="preserve">Beskriv din kompetanse i fagområdet faglig fordypning </w:t>
      </w:r>
      <w:r w:rsidRPr="00870BB2">
        <w:rPr>
          <w:rFonts w:ascii="Arial" w:hAnsi="Arial" w:cs="Arial"/>
          <w:i/>
          <w:iCs/>
          <w:lang w:val="nb-NO"/>
        </w:rPr>
        <w:t>med utgangspunkt i konkrete prosjekter du har gjennomført</w:t>
      </w:r>
      <w:r w:rsidRPr="32E14DD8">
        <w:rPr>
          <w:rFonts w:ascii="Arial" w:hAnsi="Arial" w:cs="Arial"/>
          <w:lang w:val="nb-NO"/>
        </w:rPr>
        <w:t>.</w:t>
      </w:r>
    </w:p>
    <w:p w14:paraId="78E1720C" w14:textId="77777777" w:rsidR="002F7761" w:rsidRPr="00C40446" w:rsidRDefault="002F7761" w:rsidP="002F7761">
      <w:pPr>
        <w:spacing w:after="0"/>
        <w:ind w:left="720"/>
        <w:rPr>
          <w:rFonts w:ascii="Arial" w:hAnsi="Arial" w:cs="Arial"/>
          <w:lang w:val="nb-NO"/>
        </w:rPr>
      </w:pPr>
    </w:p>
    <w:p w14:paraId="1F4CFF77" w14:textId="7427F5CC" w:rsidR="0096215D" w:rsidRDefault="0096215D" w:rsidP="002F7761">
      <w:pPr>
        <w:numPr>
          <w:ilvl w:val="0"/>
          <w:numId w:val="5"/>
        </w:numPr>
        <w:spacing w:after="0"/>
        <w:rPr>
          <w:rFonts w:ascii="Arial" w:hAnsi="Arial" w:cs="Arial"/>
          <w:lang w:val="nb-NO"/>
        </w:rPr>
      </w:pPr>
      <w:r w:rsidRPr="00C40446">
        <w:rPr>
          <w:rFonts w:ascii="Arial" w:hAnsi="Arial" w:cs="Arial"/>
          <w:lang w:val="nb-NO"/>
        </w:rPr>
        <w:t xml:space="preserve">Ta utgangspunkt i hvert hovedtema og tilhørende innhold. Hovedtemaene utgjør en helhet som samlet uttrykker den fagspesifikke kompetansen til en mester. </w:t>
      </w:r>
    </w:p>
    <w:p w14:paraId="1A5AC293" w14:textId="77777777" w:rsidR="006C152D" w:rsidRDefault="006C152D" w:rsidP="006C152D">
      <w:pPr>
        <w:spacing w:after="0" w:line="360" w:lineRule="auto"/>
        <w:ind w:left="720"/>
        <w:rPr>
          <w:rFonts w:ascii="Arial" w:hAnsi="Arial" w:cs="Arial"/>
          <w:lang w:val="nb-NO"/>
        </w:rPr>
      </w:pPr>
    </w:p>
    <w:p w14:paraId="2C4B97BA" w14:textId="0F390AAA" w:rsidR="0096215D" w:rsidRPr="00C40446" w:rsidRDefault="0096215D" w:rsidP="009C07E1">
      <w:pPr>
        <w:numPr>
          <w:ilvl w:val="0"/>
          <w:numId w:val="5"/>
        </w:numPr>
        <w:spacing w:after="0" w:line="360" w:lineRule="auto"/>
        <w:rPr>
          <w:rFonts w:ascii="Arial" w:hAnsi="Arial" w:cs="Arial"/>
          <w:lang w:val="nb-NO"/>
        </w:rPr>
      </w:pPr>
      <w:r w:rsidRPr="00C40446">
        <w:rPr>
          <w:rFonts w:ascii="Arial" w:hAnsi="Arial" w:cs="Arial"/>
          <w:lang w:val="nb-NO"/>
        </w:rPr>
        <w:t xml:space="preserve">Forklar: </w:t>
      </w:r>
    </w:p>
    <w:p w14:paraId="6B08801A" w14:textId="77777777" w:rsidR="0096215D" w:rsidRPr="00C40446" w:rsidRDefault="0096215D" w:rsidP="009C07E1">
      <w:pPr>
        <w:numPr>
          <w:ilvl w:val="1"/>
          <w:numId w:val="5"/>
        </w:numPr>
        <w:spacing w:after="0" w:line="360" w:lineRule="auto"/>
        <w:rPr>
          <w:rFonts w:ascii="Arial" w:hAnsi="Arial" w:cs="Arial"/>
          <w:lang w:val="nb-NO"/>
        </w:rPr>
      </w:pPr>
      <w:r w:rsidRPr="00C40446">
        <w:rPr>
          <w:rFonts w:ascii="Arial" w:hAnsi="Arial" w:cs="Arial"/>
          <w:lang w:val="nb-NO"/>
        </w:rPr>
        <w:t>hva du gjør</w:t>
      </w:r>
    </w:p>
    <w:p w14:paraId="0F0BA29E" w14:textId="77777777" w:rsidR="0096215D" w:rsidRPr="00C40446" w:rsidRDefault="0096215D" w:rsidP="009C07E1">
      <w:pPr>
        <w:numPr>
          <w:ilvl w:val="1"/>
          <w:numId w:val="5"/>
        </w:numPr>
        <w:spacing w:after="0" w:line="360" w:lineRule="auto"/>
        <w:rPr>
          <w:rFonts w:ascii="Arial" w:hAnsi="Arial" w:cs="Arial"/>
          <w:lang w:val="nb-NO"/>
        </w:rPr>
      </w:pPr>
      <w:r w:rsidRPr="00C40446">
        <w:rPr>
          <w:rFonts w:ascii="Arial" w:hAnsi="Arial" w:cs="Arial"/>
          <w:lang w:val="nb-NO"/>
        </w:rPr>
        <w:t xml:space="preserve">hvordan du gjør det </w:t>
      </w:r>
    </w:p>
    <w:p w14:paraId="3FEF8005" w14:textId="6FB85E6E" w:rsidR="0096215D" w:rsidRPr="00C40446" w:rsidRDefault="0096215D" w:rsidP="00395A27">
      <w:pPr>
        <w:numPr>
          <w:ilvl w:val="1"/>
          <w:numId w:val="5"/>
        </w:numPr>
        <w:spacing w:after="0" w:line="480" w:lineRule="auto"/>
        <w:rPr>
          <w:rFonts w:ascii="Arial" w:hAnsi="Arial" w:cs="Arial"/>
          <w:lang w:val="nb-NO"/>
        </w:rPr>
      </w:pPr>
      <w:r w:rsidRPr="00C40446">
        <w:rPr>
          <w:rFonts w:ascii="Arial" w:hAnsi="Arial" w:cs="Arial"/>
          <w:lang w:val="nb-NO"/>
        </w:rPr>
        <w:t>hvorfor du gjør det på denne måten</w:t>
      </w:r>
    </w:p>
    <w:p w14:paraId="79AE244F" w14:textId="27EE454C" w:rsidR="0096215D" w:rsidRPr="00C40446" w:rsidRDefault="0096215D" w:rsidP="00326896">
      <w:pPr>
        <w:spacing w:line="240" w:lineRule="auto"/>
        <w:rPr>
          <w:rFonts w:ascii="Arial" w:hAnsi="Arial" w:cs="Arial"/>
          <w:lang w:val="nb-NO"/>
        </w:rPr>
      </w:pPr>
      <w:r w:rsidRPr="00C40446">
        <w:rPr>
          <w:rFonts w:ascii="Arial" w:hAnsi="Arial" w:cs="Arial"/>
          <w:lang w:val="nb-NO"/>
        </w:rPr>
        <w:t>Det er viktig at beskrivelsene dine viser forståelse, refleksjon og sammenheng, ikke bare opplisting av oppgaver.</w:t>
      </w:r>
    </w:p>
    <w:p w14:paraId="307BF16D" w14:textId="77777777" w:rsidR="0073273B" w:rsidRPr="00C40446" w:rsidRDefault="009A3BFE" w:rsidP="009C07E1">
      <w:pPr>
        <w:pStyle w:val="Overskrift3"/>
        <w:spacing w:line="360" w:lineRule="auto"/>
        <w:rPr>
          <w:sz w:val="26"/>
          <w:szCs w:val="26"/>
          <w:lang w:val="nb-NO"/>
        </w:rPr>
      </w:pPr>
      <w:r w:rsidRPr="00C40446">
        <w:rPr>
          <w:sz w:val="26"/>
          <w:szCs w:val="26"/>
          <w:lang w:val="nb-NO"/>
        </w:rPr>
        <w:t>Ved vurdering av egenvurderingen legges det særlig vekt på om du:</w:t>
      </w:r>
    </w:p>
    <w:p w14:paraId="1DE9C07C" w14:textId="77777777" w:rsidR="0073273B" w:rsidRPr="00C40446" w:rsidRDefault="009A3BFE" w:rsidP="009C07E1">
      <w:pPr>
        <w:pStyle w:val="Listeavsnitt"/>
        <w:numPr>
          <w:ilvl w:val="0"/>
          <w:numId w:val="2"/>
        </w:numPr>
        <w:spacing w:line="360" w:lineRule="auto"/>
        <w:rPr>
          <w:rFonts w:ascii="Arial" w:hAnsi="Arial" w:cs="Arial"/>
          <w:lang w:val="nb-NO"/>
        </w:rPr>
      </w:pPr>
      <w:r w:rsidRPr="00C40446">
        <w:rPr>
          <w:rFonts w:ascii="Arial" w:hAnsi="Arial" w:cs="Arial"/>
          <w:lang w:val="nb-NO"/>
        </w:rPr>
        <w:t>dokumenterer relevant og tilstrekkelig praksis</w:t>
      </w:r>
    </w:p>
    <w:p w14:paraId="2B8A1F61" w14:textId="77777777" w:rsidR="0073273B" w:rsidRPr="00C40446" w:rsidRDefault="009A3BFE" w:rsidP="009C07E1">
      <w:pPr>
        <w:pStyle w:val="Listeavsnitt"/>
        <w:numPr>
          <w:ilvl w:val="0"/>
          <w:numId w:val="2"/>
        </w:numPr>
        <w:spacing w:line="360" w:lineRule="auto"/>
        <w:rPr>
          <w:rFonts w:ascii="Arial" w:hAnsi="Arial" w:cs="Arial"/>
          <w:lang w:val="nb-NO"/>
        </w:rPr>
      </w:pPr>
      <w:r w:rsidRPr="00C40446">
        <w:rPr>
          <w:rFonts w:ascii="Arial" w:hAnsi="Arial" w:cs="Arial"/>
          <w:lang w:val="nb-NO"/>
        </w:rPr>
        <w:t>viser helhetlig forståelse for rollen som faglig ansvarlig/utførende</w:t>
      </w:r>
    </w:p>
    <w:p w14:paraId="6CE286E8" w14:textId="77777777" w:rsidR="0073273B" w:rsidRPr="00C40446" w:rsidRDefault="009A3BFE" w:rsidP="009C07E1">
      <w:pPr>
        <w:pStyle w:val="Listeavsnitt"/>
        <w:numPr>
          <w:ilvl w:val="0"/>
          <w:numId w:val="2"/>
        </w:numPr>
        <w:spacing w:line="360" w:lineRule="auto"/>
        <w:rPr>
          <w:rFonts w:ascii="Arial" w:hAnsi="Arial" w:cs="Arial"/>
          <w:lang w:val="nb-NO"/>
        </w:rPr>
      </w:pPr>
      <w:r w:rsidRPr="00C40446">
        <w:rPr>
          <w:rFonts w:ascii="Arial" w:hAnsi="Arial" w:cs="Arial"/>
          <w:lang w:val="nb-NO"/>
        </w:rPr>
        <w:t>kan begrunne valg og handlinger i egen praksis</w:t>
      </w:r>
    </w:p>
    <w:p w14:paraId="495E54BD" w14:textId="77777777" w:rsidR="0073273B" w:rsidRPr="00C40446" w:rsidRDefault="009A3BFE" w:rsidP="009C07E1">
      <w:pPr>
        <w:pStyle w:val="Listeavsnitt"/>
        <w:numPr>
          <w:ilvl w:val="0"/>
          <w:numId w:val="2"/>
        </w:numPr>
        <w:spacing w:line="360" w:lineRule="auto"/>
        <w:rPr>
          <w:rFonts w:ascii="Arial" w:hAnsi="Arial" w:cs="Arial"/>
          <w:lang w:val="nb-NO"/>
        </w:rPr>
      </w:pPr>
      <w:r w:rsidRPr="00C40446">
        <w:rPr>
          <w:rFonts w:ascii="Arial" w:hAnsi="Arial" w:cs="Arial"/>
          <w:lang w:val="nb-NO"/>
        </w:rPr>
        <w:t>viser at kompetansen er tilsvarende det som kreves i mesterutdanningen</w:t>
      </w:r>
    </w:p>
    <w:p w14:paraId="42E5A436" w14:textId="77777777" w:rsidR="0073273B" w:rsidRPr="00C40446" w:rsidRDefault="009A3BFE" w:rsidP="009C07E1">
      <w:pPr>
        <w:spacing w:line="360" w:lineRule="auto"/>
        <w:rPr>
          <w:rFonts w:ascii="Arial" w:hAnsi="Arial" w:cs="Arial"/>
          <w:lang w:val="nb-NO"/>
        </w:rPr>
      </w:pPr>
      <w:r w:rsidRPr="00C40446">
        <w:rPr>
          <w:rFonts w:ascii="Arial" w:hAnsi="Arial" w:cs="Arial"/>
          <w:lang w:val="nb-NO"/>
        </w:rPr>
        <w:t>Det er kvaliteten på beskrivelsene som vurderes, ikke omfang eller bruk av fagterminologi.</w:t>
      </w:r>
    </w:p>
    <w:p w14:paraId="7ED98561" w14:textId="77777777" w:rsidR="0073273B" w:rsidRPr="00C40446" w:rsidRDefault="009A3BFE" w:rsidP="009C07E1">
      <w:pPr>
        <w:pStyle w:val="Overskrift3"/>
        <w:spacing w:line="360" w:lineRule="auto"/>
        <w:rPr>
          <w:sz w:val="26"/>
          <w:szCs w:val="26"/>
          <w:lang w:val="nb-NO"/>
        </w:rPr>
      </w:pPr>
      <w:r w:rsidRPr="00C40446">
        <w:rPr>
          <w:sz w:val="26"/>
          <w:szCs w:val="26"/>
          <w:lang w:val="nb-NO"/>
        </w:rPr>
        <w:lastRenderedPageBreak/>
        <w:t>Dokumentasjon og vedlegg</w:t>
      </w:r>
    </w:p>
    <w:p w14:paraId="79DECB4D" w14:textId="77777777" w:rsidR="0073273B" w:rsidRPr="00C40446" w:rsidRDefault="009A3BFE">
      <w:pPr>
        <w:rPr>
          <w:rFonts w:ascii="Arial" w:hAnsi="Arial" w:cs="Arial"/>
          <w:lang w:val="nb-NO"/>
        </w:rPr>
      </w:pPr>
      <w:r w:rsidRPr="00C40446">
        <w:rPr>
          <w:rFonts w:ascii="Arial" w:hAnsi="Arial" w:cs="Arial"/>
          <w:lang w:val="nb-NO"/>
        </w:rPr>
        <w:t>Dokumentasjonen skal bygge opp under den kompetansen du beskriver, og det må være sammenheng mellom dine opplysninger og det som dokumenteres. I beskrivelsen må du henvise til 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C40446" w:rsidRDefault="009A3BFE" w:rsidP="009C07E1">
      <w:pPr>
        <w:pStyle w:val="Overskrift3"/>
        <w:spacing w:line="360" w:lineRule="auto"/>
        <w:rPr>
          <w:sz w:val="26"/>
          <w:szCs w:val="26"/>
          <w:lang w:val="nb-NO"/>
        </w:rPr>
      </w:pPr>
      <w:r w:rsidRPr="00C40446">
        <w:rPr>
          <w:sz w:val="26"/>
          <w:szCs w:val="26"/>
          <w:lang w:val="nb-NO"/>
        </w:rPr>
        <w:t>Viktig å være oppmerksom på</w:t>
      </w:r>
    </w:p>
    <w:p w14:paraId="38D5CEA1" w14:textId="77777777" w:rsidR="0073273B" w:rsidRPr="00C40446" w:rsidRDefault="009A3BFE" w:rsidP="009C07E1">
      <w:pPr>
        <w:pStyle w:val="Listeavsnitt"/>
        <w:numPr>
          <w:ilvl w:val="0"/>
          <w:numId w:val="9"/>
        </w:numPr>
        <w:spacing w:line="360" w:lineRule="auto"/>
        <w:rPr>
          <w:rFonts w:ascii="Arial" w:hAnsi="Arial" w:cs="Arial"/>
          <w:lang w:val="nb-NO"/>
        </w:rPr>
      </w:pPr>
      <w:r w:rsidRPr="00C40446">
        <w:rPr>
          <w:rFonts w:ascii="Arial" w:hAnsi="Arial" w:cs="Arial"/>
          <w:lang w:val="nb-NO"/>
        </w:rPr>
        <w:t>Egenvurderingen må være basert på egen erfaring og egen formulering.</w:t>
      </w:r>
    </w:p>
    <w:p w14:paraId="7D64C8AE" w14:textId="77777777" w:rsidR="0073273B" w:rsidRPr="00C40446" w:rsidRDefault="009A3BFE" w:rsidP="009C07E1">
      <w:pPr>
        <w:pStyle w:val="Listeavsnitt"/>
        <w:numPr>
          <w:ilvl w:val="0"/>
          <w:numId w:val="9"/>
        </w:numPr>
        <w:spacing w:line="360" w:lineRule="auto"/>
        <w:rPr>
          <w:rFonts w:ascii="Arial" w:hAnsi="Arial" w:cs="Arial"/>
          <w:lang w:val="nb-NO"/>
        </w:rPr>
      </w:pPr>
      <w:r w:rsidRPr="00C40446">
        <w:rPr>
          <w:rFonts w:ascii="Arial" w:hAnsi="Arial" w:cs="Arial"/>
          <w:lang w:val="nb-NO"/>
        </w:rPr>
        <w:t>Det er ikke tillatt å få bistand fra konsulenter eller andre til å skrive søknaden.</w:t>
      </w:r>
    </w:p>
    <w:p w14:paraId="5A67F1FA" w14:textId="77B746FD" w:rsidR="0073273B" w:rsidRPr="00C40446" w:rsidRDefault="009A3BFE" w:rsidP="009C07E1">
      <w:pPr>
        <w:pStyle w:val="Listeavsnitt"/>
        <w:numPr>
          <w:ilvl w:val="0"/>
          <w:numId w:val="9"/>
        </w:numPr>
        <w:spacing w:line="360" w:lineRule="auto"/>
        <w:rPr>
          <w:lang w:val="nb-NO"/>
        </w:rPr>
      </w:pPr>
      <w:r w:rsidRPr="00C40446">
        <w:rPr>
          <w:rFonts w:ascii="Arial" w:hAnsi="Arial" w:cs="Arial"/>
          <w:lang w:val="nb-NO"/>
        </w:rPr>
        <w:t>Realkompetanse er et snevert unntak fra utdanningsløpet og stiller høye krav til dokumentasjon og refleksjon.</w:t>
      </w:r>
      <w:r w:rsidRPr="00C40446">
        <w:rPr>
          <w:lang w:val="nb-NO"/>
        </w:rPr>
        <w:br w:type="page"/>
      </w:r>
    </w:p>
    <w:p w14:paraId="60BAF88F" w14:textId="00FED230" w:rsidR="0073273B" w:rsidRPr="001E3B6E" w:rsidRDefault="00D452D0" w:rsidP="001E3B6E">
      <w:pPr>
        <w:pStyle w:val="Listeavsnitt"/>
        <w:numPr>
          <w:ilvl w:val="0"/>
          <w:numId w:val="24"/>
        </w:numPr>
        <w:rPr>
          <w:lang w:val="nb-NO"/>
        </w:rPr>
      </w:pPr>
      <w:r w:rsidRPr="001E3B6E">
        <w:rPr>
          <w:b/>
          <w:lang w:val="nb-NO"/>
        </w:rPr>
        <w:lastRenderedPageBreak/>
        <w:t>Produkt-, tjenesteutvikling og prosjektering</w:t>
      </w:r>
    </w:p>
    <w:p w14:paraId="7FDE5FA3" w14:textId="294EFB9E" w:rsidR="0073273B" w:rsidRPr="00C40446" w:rsidRDefault="002517C1">
      <w:pPr>
        <w:pStyle w:val="Overskrift2"/>
        <w:rPr>
          <w:lang w:val="nb-NO"/>
        </w:rPr>
      </w:pPr>
      <w:r w:rsidRPr="0014375E">
        <w:rPr>
          <w:lang w:val="nb-NO"/>
        </w:rPr>
        <w:t>Produkt-, tjenesteutvikling og prosjektering</w:t>
      </w:r>
    </w:p>
    <w:tbl>
      <w:tblPr>
        <w:tblStyle w:val="Tabellrutenett"/>
        <w:tblW w:w="0" w:type="auto"/>
        <w:tblLook w:val="04A0" w:firstRow="1" w:lastRow="0" w:firstColumn="1" w:lastColumn="0" w:noHBand="0" w:noVBand="1"/>
      </w:tblPr>
      <w:tblGrid>
        <w:gridCol w:w="4986"/>
        <w:gridCol w:w="4986"/>
      </w:tblGrid>
      <w:tr w:rsidR="00A71EDF" w:rsidRPr="00A86160" w14:paraId="654B6282" w14:textId="77777777">
        <w:trPr>
          <w:cantSplit/>
        </w:trPr>
        <w:tc>
          <w:tcPr>
            <w:tcW w:w="4986" w:type="dxa"/>
          </w:tcPr>
          <w:p w14:paraId="56BAAE4C" w14:textId="77777777" w:rsidR="00A71EDF" w:rsidRPr="00C40446" w:rsidRDefault="00A71EDF">
            <w:pPr>
              <w:spacing w:after="40"/>
              <w:rPr>
                <w:lang w:val="nb-NO"/>
              </w:rPr>
            </w:pPr>
            <w:r w:rsidRPr="00C40446">
              <w:rPr>
                <w:b/>
                <w:sz w:val="20"/>
                <w:lang w:val="nb-NO"/>
              </w:rPr>
              <w:t>Hovedtema</w:t>
            </w:r>
          </w:p>
          <w:p w14:paraId="780A687B" w14:textId="77777777" w:rsidR="004E0CA3" w:rsidRDefault="004E0CA3">
            <w:pPr>
              <w:rPr>
                <w:sz w:val="20"/>
                <w:lang w:val="nb-NO"/>
              </w:rPr>
            </w:pPr>
            <w:r w:rsidRPr="004E0CA3">
              <w:rPr>
                <w:sz w:val="20"/>
                <w:lang w:val="nb-NO"/>
              </w:rPr>
              <w:t xml:space="preserve">Hovedtemaet handler om kontinuerlig utvikling av modeller, produkter og tjenester. </w:t>
            </w:r>
          </w:p>
          <w:p w14:paraId="270C9259" w14:textId="77777777" w:rsidR="004E0CA3" w:rsidRDefault="004E0CA3">
            <w:pPr>
              <w:rPr>
                <w:sz w:val="20"/>
                <w:lang w:val="nb-NO"/>
              </w:rPr>
            </w:pPr>
          </w:p>
          <w:p w14:paraId="33E12CDC" w14:textId="77777777" w:rsidR="004E0CA3" w:rsidRDefault="004E0CA3">
            <w:pPr>
              <w:rPr>
                <w:sz w:val="20"/>
                <w:lang w:val="nb-NO"/>
              </w:rPr>
            </w:pPr>
            <w:r w:rsidRPr="004E0CA3">
              <w:rPr>
                <w:sz w:val="20"/>
                <w:lang w:val="nb-NO"/>
              </w:rPr>
              <w:t xml:space="preserve">Videre handler det om miljøriktige løsninger samt etiske valg. </w:t>
            </w:r>
          </w:p>
          <w:p w14:paraId="10F2137F" w14:textId="77777777" w:rsidR="004E0CA3" w:rsidRDefault="004E0CA3">
            <w:pPr>
              <w:rPr>
                <w:sz w:val="20"/>
                <w:lang w:val="nb-NO"/>
              </w:rPr>
            </w:pPr>
          </w:p>
          <w:p w14:paraId="52BD8C66" w14:textId="6082B1F6" w:rsidR="00A71EDF" w:rsidRPr="004E0CA3" w:rsidRDefault="004E0CA3">
            <w:pPr>
              <w:rPr>
                <w:lang w:val="nb-NO"/>
              </w:rPr>
            </w:pPr>
            <w:r w:rsidRPr="004E0CA3">
              <w:rPr>
                <w:sz w:val="20"/>
                <w:lang w:val="nb-NO"/>
              </w:rPr>
              <w:t>Prosjektering med kontroll og dokumentasjon av løsninger i tråd med standarder inngår i hovedtemaet.</w:t>
            </w:r>
          </w:p>
        </w:tc>
        <w:tc>
          <w:tcPr>
            <w:tcW w:w="4986" w:type="dxa"/>
          </w:tcPr>
          <w:p w14:paraId="4CC00962" w14:textId="77777777" w:rsidR="00A71EDF" w:rsidRPr="00C40446" w:rsidRDefault="00A71EDF">
            <w:pPr>
              <w:spacing w:after="40"/>
              <w:rPr>
                <w:lang w:val="nb-NO"/>
              </w:rPr>
            </w:pPr>
            <w:r w:rsidRPr="00C40446">
              <w:rPr>
                <w:b/>
                <w:sz w:val="20"/>
                <w:lang w:val="nb-NO"/>
              </w:rPr>
              <w:t>Innhold</w:t>
            </w:r>
          </w:p>
          <w:p w14:paraId="33324130" w14:textId="552226E1" w:rsidR="004E0CA3" w:rsidRDefault="004E0CA3" w:rsidP="004E0CA3">
            <w:pPr>
              <w:pStyle w:val="Punktliste"/>
              <w:numPr>
                <w:ilvl w:val="0"/>
                <w:numId w:val="20"/>
              </w:numPr>
              <w:rPr>
                <w:sz w:val="20"/>
                <w:lang w:val="nb-NO"/>
              </w:rPr>
            </w:pPr>
            <w:r w:rsidRPr="004E0CA3">
              <w:rPr>
                <w:sz w:val="20"/>
                <w:lang w:val="nb-NO"/>
              </w:rPr>
              <w:t xml:space="preserve">faglige standarder for trevarer og bygginnredninger </w:t>
            </w:r>
          </w:p>
          <w:p w14:paraId="3725B573" w14:textId="1DED8BFA" w:rsidR="004E0CA3" w:rsidRDefault="004E0CA3" w:rsidP="004E0CA3">
            <w:pPr>
              <w:pStyle w:val="Punktliste"/>
              <w:numPr>
                <w:ilvl w:val="0"/>
                <w:numId w:val="20"/>
              </w:numPr>
              <w:rPr>
                <w:sz w:val="20"/>
                <w:lang w:val="nb-NO"/>
              </w:rPr>
            </w:pPr>
            <w:r w:rsidRPr="004E0CA3">
              <w:rPr>
                <w:sz w:val="20"/>
                <w:lang w:val="nb-NO"/>
              </w:rPr>
              <w:t xml:space="preserve">digitale verktøy for visualisering og planlegging </w:t>
            </w:r>
          </w:p>
          <w:p w14:paraId="168F6990" w14:textId="0FD93F21" w:rsidR="004E0CA3" w:rsidRDefault="004E0CA3" w:rsidP="004E0CA3">
            <w:pPr>
              <w:pStyle w:val="Punktliste"/>
              <w:numPr>
                <w:ilvl w:val="0"/>
                <w:numId w:val="20"/>
              </w:numPr>
              <w:rPr>
                <w:sz w:val="20"/>
                <w:lang w:val="nb-NO"/>
              </w:rPr>
            </w:pPr>
            <w:r w:rsidRPr="004E0CA3">
              <w:rPr>
                <w:sz w:val="20"/>
                <w:lang w:val="nb-NO"/>
              </w:rPr>
              <w:t xml:space="preserve">produkt- og tjenesteutvikling </w:t>
            </w:r>
          </w:p>
          <w:p w14:paraId="7AF116EE" w14:textId="7D177531" w:rsidR="004E0CA3" w:rsidRDefault="004E0CA3" w:rsidP="004E0CA3">
            <w:pPr>
              <w:pStyle w:val="Punktliste"/>
              <w:numPr>
                <w:ilvl w:val="0"/>
                <w:numId w:val="20"/>
              </w:numPr>
              <w:rPr>
                <w:sz w:val="20"/>
                <w:lang w:val="nb-NO"/>
              </w:rPr>
            </w:pPr>
            <w:r w:rsidRPr="004E0CA3">
              <w:rPr>
                <w:sz w:val="20"/>
                <w:lang w:val="nb-NO"/>
              </w:rPr>
              <w:t xml:space="preserve">bærekraftig levetid på produkter </w:t>
            </w:r>
          </w:p>
          <w:p w14:paraId="24CEC58A" w14:textId="7A288606" w:rsidR="004E0CA3" w:rsidRDefault="004E0CA3" w:rsidP="004E0CA3">
            <w:pPr>
              <w:pStyle w:val="Punktliste"/>
              <w:numPr>
                <w:ilvl w:val="0"/>
                <w:numId w:val="20"/>
              </w:numPr>
              <w:rPr>
                <w:sz w:val="20"/>
                <w:lang w:val="nb-NO"/>
              </w:rPr>
            </w:pPr>
            <w:r w:rsidRPr="004E0CA3">
              <w:rPr>
                <w:sz w:val="20"/>
                <w:lang w:val="nb-NO"/>
              </w:rPr>
              <w:t xml:space="preserve">miljøriktig materialvalg og muligheter for resirkulering </w:t>
            </w:r>
          </w:p>
          <w:p w14:paraId="76B896B5" w14:textId="409A3D53" w:rsidR="004E0CA3" w:rsidRDefault="004E0CA3" w:rsidP="004E0CA3">
            <w:pPr>
              <w:pStyle w:val="Punktliste"/>
              <w:numPr>
                <w:ilvl w:val="0"/>
                <w:numId w:val="20"/>
              </w:numPr>
              <w:rPr>
                <w:sz w:val="20"/>
                <w:lang w:val="nb-NO"/>
              </w:rPr>
            </w:pPr>
            <w:r w:rsidRPr="004E0CA3">
              <w:rPr>
                <w:sz w:val="20"/>
                <w:lang w:val="nb-NO"/>
              </w:rPr>
              <w:t xml:space="preserve">økonomiske konsekvenser av material- og metodevalg </w:t>
            </w:r>
          </w:p>
          <w:p w14:paraId="537B03A7" w14:textId="0A7CC364" w:rsidR="004E0CA3" w:rsidRDefault="004E0CA3" w:rsidP="004E0CA3">
            <w:pPr>
              <w:pStyle w:val="Punktliste"/>
              <w:numPr>
                <w:ilvl w:val="0"/>
                <w:numId w:val="20"/>
              </w:numPr>
              <w:rPr>
                <w:sz w:val="20"/>
                <w:lang w:val="nb-NO"/>
              </w:rPr>
            </w:pPr>
            <w:r w:rsidRPr="004E0CA3">
              <w:rPr>
                <w:sz w:val="20"/>
                <w:lang w:val="nb-NO"/>
              </w:rPr>
              <w:t xml:space="preserve">estetisk og funksjonell utforming av trevarer og bygginnredninger </w:t>
            </w:r>
          </w:p>
          <w:p w14:paraId="30792D34" w14:textId="5F5E8CF2" w:rsidR="004E0CA3" w:rsidRDefault="004E0CA3" w:rsidP="004E0CA3">
            <w:pPr>
              <w:pStyle w:val="Punktliste"/>
              <w:numPr>
                <w:ilvl w:val="0"/>
                <w:numId w:val="20"/>
              </w:numPr>
              <w:rPr>
                <w:sz w:val="20"/>
                <w:lang w:val="nb-NO"/>
              </w:rPr>
            </w:pPr>
            <w:r w:rsidRPr="004E0CA3">
              <w:rPr>
                <w:sz w:val="20"/>
                <w:lang w:val="nb-NO"/>
              </w:rPr>
              <w:t xml:space="preserve">krav til prosjektering av trevarer og bygginnredninger gitt i TEK </w:t>
            </w:r>
          </w:p>
          <w:p w14:paraId="16DFC8D4" w14:textId="38B7FAB0" w:rsidR="004E0CA3" w:rsidRDefault="004E0CA3" w:rsidP="004E0CA3">
            <w:pPr>
              <w:pStyle w:val="Punktliste"/>
              <w:numPr>
                <w:ilvl w:val="0"/>
                <w:numId w:val="20"/>
              </w:numPr>
              <w:rPr>
                <w:sz w:val="20"/>
                <w:lang w:val="nb-NO"/>
              </w:rPr>
            </w:pPr>
            <w:r w:rsidRPr="004E0CA3">
              <w:rPr>
                <w:sz w:val="20"/>
                <w:lang w:val="nb-NO"/>
              </w:rPr>
              <w:t xml:space="preserve">koordinering av grensesnitt mot andre prosjekterende </w:t>
            </w:r>
          </w:p>
          <w:p w14:paraId="7ABAD930" w14:textId="4DDD8209" w:rsidR="004E0CA3" w:rsidRDefault="004E0CA3" w:rsidP="004E0CA3">
            <w:pPr>
              <w:pStyle w:val="Punktliste"/>
              <w:numPr>
                <w:ilvl w:val="0"/>
                <w:numId w:val="20"/>
              </w:numPr>
              <w:rPr>
                <w:sz w:val="20"/>
                <w:lang w:val="nb-NO"/>
              </w:rPr>
            </w:pPr>
            <w:r w:rsidRPr="004E0CA3">
              <w:rPr>
                <w:sz w:val="20"/>
                <w:lang w:val="nb-NO"/>
              </w:rPr>
              <w:t xml:space="preserve">kommunikasjon om produkter og faglige løsninger </w:t>
            </w:r>
          </w:p>
          <w:p w14:paraId="55241BCD" w14:textId="7C430883" w:rsidR="00A71EDF" w:rsidRPr="00C40446" w:rsidRDefault="004E0CA3" w:rsidP="004E0CA3">
            <w:pPr>
              <w:pStyle w:val="Punktliste"/>
              <w:numPr>
                <w:ilvl w:val="0"/>
                <w:numId w:val="20"/>
              </w:numPr>
              <w:rPr>
                <w:lang w:val="nb-NO"/>
              </w:rPr>
            </w:pPr>
            <w:r w:rsidRPr="004E0CA3">
              <w:rPr>
                <w:sz w:val="20"/>
                <w:lang w:val="nb-NO"/>
              </w:rPr>
              <w:t>innovasjon og konkurransekraft</w:t>
            </w:r>
          </w:p>
        </w:tc>
      </w:tr>
    </w:tbl>
    <w:p w14:paraId="567B6133" w14:textId="77777777" w:rsidR="00402CC2" w:rsidRPr="00C40446" w:rsidRDefault="00402CC2">
      <w:pPr>
        <w:rPr>
          <w:kern w:val="2"/>
          <w:lang w:val="nb-NO" w:eastAsia="nb-NO"/>
          <w14:ligatures w14:val="standardContextual"/>
        </w:rPr>
      </w:pPr>
      <w:r w:rsidRPr="00C40446">
        <w:rPr>
          <w:lang w:val="nb-NO"/>
        </w:rPr>
        <w:t> </w:t>
      </w:r>
    </w:p>
    <w:tbl>
      <w:tblPr>
        <w:tblW w:w="10274" w:type="dxa"/>
        <w:tblCellSpacing w:w="15" w:type="dxa"/>
        <w:tblCellMar>
          <w:top w:w="15" w:type="dxa"/>
          <w:left w:w="15" w:type="dxa"/>
          <w:bottom w:w="15" w:type="dxa"/>
          <w:right w:w="15" w:type="dxa"/>
        </w:tblCellMar>
        <w:tblLook w:val="04A0" w:firstRow="1" w:lastRow="0" w:firstColumn="1" w:lastColumn="0" w:noHBand="0" w:noVBand="1"/>
      </w:tblPr>
      <w:tblGrid>
        <w:gridCol w:w="10274"/>
      </w:tblGrid>
      <w:tr w:rsidR="00402CC2" w:rsidRPr="00C40446" w14:paraId="786AA7F3" w14:textId="77777777" w:rsidTr="006F40A2">
        <w:trPr>
          <w:trHeight w:val="4360"/>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069B" w14:textId="77777777" w:rsidR="00402CC2" w:rsidRPr="00C40446" w:rsidRDefault="00402CC2">
            <w:pPr>
              <w:spacing w:after="40" w:line="240" w:lineRule="auto"/>
              <w:rPr>
                <w:kern w:val="2"/>
                <w:lang w:val="nb-NO" w:eastAsia="nb-NO"/>
                <w14:ligatures w14:val="standardContextual"/>
              </w:rPr>
            </w:pPr>
            <w:r w:rsidRPr="00C40446">
              <w:rPr>
                <w:b/>
                <w:bCs/>
                <w:sz w:val="20"/>
                <w:szCs w:val="20"/>
                <w:lang w:val="nb-NO"/>
              </w:rPr>
              <w:t>Egenvurdering (skriv her)</w:t>
            </w:r>
          </w:p>
          <w:p w14:paraId="216395F1" w14:textId="77777777" w:rsidR="00402CC2" w:rsidRDefault="00402CC2">
            <w:pPr>
              <w:spacing w:after="0" w:line="240" w:lineRule="auto"/>
              <w:rPr>
                <w:sz w:val="20"/>
                <w:szCs w:val="20"/>
                <w:lang w:val="nb-NO"/>
              </w:rPr>
            </w:pPr>
            <w:r w:rsidRPr="00C40446">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02A03BB" w14:textId="09E3F78A" w:rsidR="006F40A2" w:rsidRDefault="006F40A2" w:rsidP="006F40A2">
            <w:pPr>
              <w:tabs>
                <w:tab w:val="left" w:pos="1265"/>
              </w:tabs>
              <w:rPr>
                <w:sz w:val="20"/>
                <w:szCs w:val="20"/>
                <w:lang w:val="nb-NO"/>
              </w:rPr>
            </w:pPr>
          </w:p>
          <w:p w14:paraId="06013C15" w14:textId="77777777" w:rsidR="006F40A2" w:rsidRPr="006F40A2" w:rsidRDefault="006F40A2" w:rsidP="006F40A2">
            <w:pPr>
              <w:rPr>
                <w:lang w:val="nb-NO"/>
              </w:rPr>
            </w:pPr>
          </w:p>
        </w:tc>
      </w:tr>
    </w:tbl>
    <w:p w14:paraId="5DF8256D" w14:textId="77777777" w:rsidR="00402CC2" w:rsidRPr="00C40446" w:rsidRDefault="00402CC2">
      <w:pPr>
        <w:rPr>
          <w:kern w:val="2"/>
          <w:lang w:val="nb-NO" w:eastAsia="nb-NO"/>
          <w14:ligatures w14:val="standardContextual"/>
        </w:rPr>
      </w:pPr>
      <w:r w:rsidRPr="00C40446">
        <w:rPr>
          <w:lang w:val="nb-NO"/>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FA2835" w14:paraId="195C4660" w14:textId="77777777" w:rsidTr="006F40A2">
        <w:trPr>
          <w:trHeight w:val="1650"/>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4AE5" w14:textId="77777777" w:rsidR="0049336C" w:rsidRPr="00C40446" w:rsidRDefault="0049336C">
            <w:pPr>
              <w:spacing w:after="40" w:line="240" w:lineRule="auto"/>
              <w:rPr>
                <w:kern w:val="2"/>
                <w:lang w:val="nb-NO" w:eastAsia="nb-NO"/>
                <w14:ligatures w14:val="standardContextual"/>
              </w:rPr>
            </w:pPr>
            <w:r w:rsidRPr="00C40446">
              <w:rPr>
                <w:b/>
                <w:bCs/>
                <w:sz w:val="20"/>
                <w:szCs w:val="20"/>
                <w:lang w:val="nb-NO"/>
              </w:rPr>
              <w:t>Relevante vedlegg (liste/henvisninger)</w:t>
            </w:r>
          </w:p>
          <w:p w14:paraId="01AB07F0" w14:textId="77777777" w:rsidR="0049336C" w:rsidRPr="00C40446" w:rsidRDefault="0049336C">
            <w:pPr>
              <w:spacing w:after="0" w:line="240" w:lineRule="auto"/>
              <w:rPr>
                <w:lang w:val="nb-NO"/>
              </w:rPr>
            </w:pPr>
            <w:r w:rsidRPr="00C40446">
              <w:rPr>
                <w:sz w:val="20"/>
                <w:szCs w:val="20"/>
                <w:lang w:val="nb-NO"/>
              </w:rPr>
              <w:t>Oppgi vedleggsnummer og kort beskrivelse av dokumentasjonen som underbygger egenvurderingen.</w:t>
            </w:r>
          </w:p>
        </w:tc>
      </w:tr>
    </w:tbl>
    <w:p w14:paraId="0C77C262" w14:textId="6A6D7B3D" w:rsidR="0073273B" w:rsidRPr="001E3B6E" w:rsidRDefault="009A3BFE" w:rsidP="001E3B6E">
      <w:pPr>
        <w:pStyle w:val="Listeavsnitt"/>
        <w:numPr>
          <w:ilvl w:val="0"/>
          <w:numId w:val="24"/>
        </w:numPr>
        <w:rPr>
          <w:lang w:val="nb-NO"/>
        </w:rPr>
      </w:pPr>
      <w:r w:rsidRPr="001E3B6E">
        <w:rPr>
          <w:lang w:val="nb-NO"/>
        </w:rPr>
        <w:br w:type="page"/>
      </w:r>
      <w:r w:rsidR="004E1DC1" w:rsidRPr="001E3B6E">
        <w:rPr>
          <w:b/>
          <w:lang w:val="nb-NO"/>
        </w:rPr>
        <w:lastRenderedPageBreak/>
        <w:t>Innkjøp og logistikk</w:t>
      </w:r>
    </w:p>
    <w:p w14:paraId="6968D5E2" w14:textId="4B861FF1" w:rsidR="0073273B" w:rsidRPr="00C40446" w:rsidRDefault="004E1DC1">
      <w:pPr>
        <w:pStyle w:val="Overskrift2"/>
        <w:rPr>
          <w:lang w:val="nb-NO"/>
        </w:rPr>
      </w:pPr>
      <w:r w:rsidRPr="0014375E">
        <w:rPr>
          <w:lang w:val="nb-NO"/>
        </w:rPr>
        <w:t>Innkjøp og logistikk</w:t>
      </w:r>
    </w:p>
    <w:tbl>
      <w:tblPr>
        <w:tblStyle w:val="Tabellrutenett"/>
        <w:tblW w:w="0" w:type="auto"/>
        <w:tblLook w:val="04A0" w:firstRow="1" w:lastRow="0" w:firstColumn="1" w:lastColumn="0" w:noHBand="0" w:noVBand="1"/>
      </w:tblPr>
      <w:tblGrid>
        <w:gridCol w:w="4932"/>
        <w:gridCol w:w="4928"/>
      </w:tblGrid>
      <w:tr w:rsidR="00A71EDF" w:rsidRPr="00A86160" w14:paraId="395BC145" w14:textId="77777777" w:rsidTr="00C67D86">
        <w:trPr>
          <w:cantSplit/>
        </w:trPr>
        <w:tc>
          <w:tcPr>
            <w:tcW w:w="4932" w:type="dxa"/>
          </w:tcPr>
          <w:p w14:paraId="378F7914" w14:textId="77777777" w:rsidR="00A71EDF" w:rsidRPr="00C40446" w:rsidRDefault="00A71EDF">
            <w:pPr>
              <w:spacing w:after="40"/>
              <w:rPr>
                <w:lang w:val="nb-NO"/>
              </w:rPr>
            </w:pPr>
            <w:r w:rsidRPr="00C40446">
              <w:rPr>
                <w:b/>
                <w:sz w:val="20"/>
                <w:lang w:val="nb-NO"/>
              </w:rPr>
              <w:t>Hovedtema</w:t>
            </w:r>
          </w:p>
          <w:p w14:paraId="6B12E15C" w14:textId="77777777" w:rsidR="00615E16" w:rsidRDefault="00615E16" w:rsidP="00E0569E">
            <w:pPr>
              <w:pStyle w:val="Brdtekst"/>
              <w:rPr>
                <w:rFonts w:asciiTheme="majorHAnsi" w:hAnsiTheme="majorHAnsi" w:cstheme="majorHAnsi"/>
                <w:sz w:val="20"/>
                <w:szCs w:val="20"/>
                <w:lang w:val="nb-NO"/>
              </w:rPr>
            </w:pPr>
            <w:r w:rsidRPr="00615E16">
              <w:rPr>
                <w:rFonts w:asciiTheme="majorHAnsi" w:hAnsiTheme="majorHAnsi" w:cstheme="majorHAnsi"/>
                <w:sz w:val="20"/>
                <w:szCs w:val="20"/>
                <w:lang w:val="nb-NO"/>
              </w:rPr>
              <w:t xml:space="preserve">Hovedtemaet handler om planlegging og organisering av vare- og informasjonsflyt. </w:t>
            </w:r>
          </w:p>
          <w:p w14:paraId="79FB14F1" w14:textId="008AE229" w:rsidR="00E0569E" w:rsidRPr="008A7E95" w:rsidRDefault="00615E16" w:rsidP="00E0569E">
            <w:pPr>
              <w:pStyle w:val="Brdtekst"/>
              <w:rPr>
                <w:rFonts w:asciiTheme="majorHAnsi" w:hAnsiTheme="majorHAnsi" w:cstheme="majorHAnsi"/>
                <w:bCs/>
                <w:sz w:val="20"/>
                <w:szCs w:val="20"/>
                <w:lang w:val="nb-NO"/>
              </w:rPr>
            </w:pPr>
            <w:r w:rsidRPr="00615E16">
              <w:rPr>
                <w:rFonts w:asciiTheme="majorHAnsi" w:hAnsiTheme="majorHAnsi" w:cstheme="majorHAnsi"/>
                <w:sz w:val="20"/>
                <w:szCs w:val="20"/>
                <w:lang w:val="nb-NO"/>
              </w:rPr>
              <w:t>Det handler også om bærekraftige løsninger knyttet til innkjøp og transportløsninger</w:t>
            </w:r>
            <w:r w:rsidR="00E0569E" w:rsidRPr="008A7E95">
              <w:rPr>
                <w:rFonts w:asciiTheme="majorHAnsi" w:hAnsiTheme="majorHAnsi" w:cstheme="majorHAnsi"/>
                <w:bCs/>
                <w:sz w:val="20"/>
                <w:szCs w:val="20"/>
                <w:lang w:val="nb-NO"/>
              </w:rPr>
              <w:t xml:space="preserve">.  </w:t>
            </w:r>
          </w:p>
          <w:p w14:paraId="07EFC84A" w14:textId="206BFEEA" w:rsidR="00A71EDF" w:rsidRPr="00C40446" w:rsidRDefault="00A71EDF">
            <w:pPr>
              <w:rPr>
                <w:lang w:val="nb-NO"/>
              </w:rPr>
            </w:pPr>
          </w:p>
        </w:tc>
        <w:tc>
          <w:tcPr>
            <w:tcW w:w="4928" w:type="dxa"/>
          </w:tcPr>
          <w:p w14:paraId="14E36746" w14:textId="77777777" w:rsidR="00A71EDF" w:rsidRPr="00C40446" w:rsidRDefault="00A71EDF">
            <w:pPr>
              <w:spacing w:after="40"/>
              <w:rPr>
                <w:lang w:val="nb-NO"/>
              </w:rPr>
            </w:pPr>
            <w:r w:rsidRPr="00C40446">
              <w:rPr>
                <w:b/>
                <w:sz w:val="20"/>
                <w:lang w:val="nb-NO"/>
              </w:rPr>
              <w:t>Innhold</w:t>
            </w:r>
          </w:p>
          <w:p w14:paraId="4B86A604" w14:textId="5DB13623" w:rsidR="00996F8C" w:rsidRPr="00C20357" w:rsidRDefault="00996F8C" w:rsidP="00E75CB8">
            <w:pPr>
              <w:pStyle w:val="Punktliste"/>
              <w:numPr>
                <w:ilvl w:val="0"/>
                <w:numId w:val="21"/>
              </w:numPr>
              <w:rPr>
                <w:sz w:val="20"/>
                <w:szCs w:val="20"/>
                <w:lang w:val="nb-NO"/>
              </w:rPr>
            </w:pPr>
            <w:r w:rsidRPr="00C20357">
              <w:rPr>
                <w:sz w:val="20"/>
                <w:szCs w:val="20"/>
                <w:lang w:val="nb-NO"/>
              </w:rPr>
              <w:t xml:space="preserve">valg og innkjøp av maskiner og utstyr </w:t>
            </w:r>
          </w:p>
          <w:p w14:paraId="7D47B7E5" w14:textId="5801D8BC" w:rsidR="00996F8C" w:rsidRPr="00C20357" w:rsidRDefault="00996F8C" w:rsidP="00E75CB8">
            <w:pPr>
              <w:pStyle w:val="Punktliste"/>
              <w:numPr>
                <w:ilvl w:val="0"/>
                <w:numId w:val="21"/>
              </w:numPr>
              <w:rPr>
                <w:sz w:val="20"/>
                <w:szCs w:val="20"/>
                <w:lang w:val="nb-NO"/>
              </w:rPr>
            </w:pPr>
            <w:r w:rsidRPr="00C20357">
              <w:rPr>
                <w:sz w:val="20"/>
                <w:szCs w:val="20"/>
                <w:lang w:val="nb-NO"/>
              </w:rPr>
              <w:t xml:space="preserve">teknologiinvesteringer </w:t>
            </w:r>
          </w:p>
          <w:p w14:paraId="678F7B0C" w14:textId="740FF1D3" w:rsidR="00996F8C" w:rsidRPr="00C20357" w:rsidRDefault="00996F8C" w:rsidP="00E75CB8">
            <w:pPr>
              <w:pStyle w:val="Punktliste"/>
              <w:numPr>
                <w:ilvl w:val="0"/>
                <w:numId w:val="21"/>
              </w:numPr>
              <w:rPr>
                <w:sz w:val="20"/>
                <w:szCs w:val="20"/>
                <w:lang w:val="nb-NO"/>
              </w:rPr>
            </w:pPr>
            <w:r w:rsidRPr="00C20357">
              <w:rPr>
                <w:sz w:val="20"/>
                <w:szCs w:val="20"/>
                <w:lang w:val="nb-NO"/>
              </w:rPr>
              <w:t xml:space="preserve">etisk valg av underleverandør </w:t>
            </w:r>
          </w:p>
          <w:p w14:paraId="1D36EE3C" w14:textId="771D1E33" w:rsidR="00996F8C" w:rsidRPr="00C20357" w:rsidRDefault="00996F8C" w:rsidP="00E75CB8">
            <w:pPr>
              <w:pStyle w:val="Punktliste"/>
              <w:numPr>
                <w:ilvl w:val="0"/>
                <w:numId w:val="21"/>
              </w:numPr>
              <w:rPr>
                <w:sz w:val="20"/>
                <w:szCs w:val="20"/>
                <w:lang w:val="nb-NO"/>
              </w:rPr>
            </w:pPr>
            <w:r w:rsidRPr="00C20357">
              <w:rPr>
                <w:sz w:val="20"/>
                <w:szCs w:val="20"/>
                <w:lang w:val="nb-NO"/>
              </w:rPr>
              <w:t xml:space="preserve">ordrebehandling og kommunikasjon med kunder </w:t>
            </w:r>
          </w:p>
          <w:p w14:paraId="3D3D35C3" w14:textId="1C1188C1" w:rsidR="00996F8C" w:rsidRPr="00C20357" w:rsidRDefault="00996F8C" w:rsidP="00E75CB8">
            <w:pPr>
              <w:pStyle w:val="Punktliste"/>
              <w:numPr>
                <w:ilvl w:val="0"/>
                <w:numId w:val="21"/>
              </w:numPr>
              <w:rPr>
                <w:sz w:val="20"/>
                <w:szCs w:val="20"/>
                <w:lang w:val="nb-NO"/>
              </w:rPr>
            </w:pPr>
            <w:r w:rsidRPr="00C20357">
              <w:rPr>
                <w:sz w:val="20"/>
                <w:szCs w:val="20"/>
                <w:lang w:val="nb-NO"/>
              </w:rPr>
              <w:t xml:space="preserve">underleverandørers og produsenters ansvar </w:t>
            </w:r>
          </w:p>
          <w:p w14:paraId="0728B8F3" w14:textId="5FD7A070" w:rsidR="00996F8C" w:rsidRPr="00C20357" w:rsidRDefault="00996F8C" w:rsidP="00E75CB8">
            <w:pPr>
              <w:pStyle w:val="Punktliste"/>
              <w:numPr>
                <w:ilvl w:val="0"/>
                <w:numId w:val="21"/>
              </w:numPr>
              <w:rPr>
                <w:sz w:val="20"/>
                <w:szCs w:val="20"/>
                <w:lang w:val="nb-NO"/>
              </w:rPr>
            </w:pPr>
            <w:r w:rsidRPr="00C20357">
              <w:rPr>
                <w:sz w:val="20"/>
                <w:szCs w:val="20"/>
                <w:lang w:val="nb-NO"/>
              </w:rPr>
              <w:t xml:space="preserve">varemottak, materialhåndtering og levering </w:t>
            </w:r>
          </w:p>
          <w:p w14:paraId="3C340964" w14:textId="054B9502" w:rsidR="00996F8C" w:rsidRPr="00C20357" w:rsidRDefault="00996F8C" w:rsidP="00E75CB8">
            <w:pPr>
              <w:pStyle w:val="Punktliste"/>
              <w:numPr>
                <w:ilvl w:val="0"/>
                <w:numId w:val="21"/>
              </w:numPr>
              <w:rPr>
                <w:sz w:val="20"/>
                <w:szCs w:val="20"/>
                <w:lang w:val="nb-NO"/>
              </w:rPr>
            </w:pPr>
            <w:r w:rsidRPr="00C20357">
              <w:rPr>
                <w:sz w:val="20"/>
                <w:szCs w:val="20"/>
                <w:lang w:val="nb-NO"/>
              </w:rPr>
              <w:t xml:space="preserve">lager- og lagerstyring </w:t>
            </w:r>
          </w:p>
          <w:p w14:paraId="6650806D" w14:textId="34000EDF" w:rsidR="00A71EDF" w:rsidRPr="00996F8C" w:rsidRDefault="00996F8C" w:rsidP="00C20357">
            <w:pPr>
              <w:pStyle w:val="Punktliste"/>
              <w:numPr>
                <w:ilvl w:val="0"/>
                <w:numId w:val="21"/>
              </w:numPr>
              <w:rPr>
                <w:lang w:val="nb-NO"/>
              </w:rPr>
            </w:pPr>
            <w:r w:rsidRPr="00C20357">
              <w:rPr>
                <w:sz w:val="20"/>
                <w:szCs w:val="20"/>
                <w:lang w:val="nb-NO"/>
              </w:rPr>
              <w:t>bærekraftig innkjøp og transport</w:t>
            </w:r>
          </w:p>
        </w:tc>
      </w:tr>
    </w:tbl>
    <w:p w14:paraId="39E97FCB" w14:textId="77777777" w:rsidR="00402CC2" w:rsidRPr="00C40446" w:rsidRDefault="00402CC2">
      <w:pPr>
        <w:rPr>
          <w:kern w:val="2"/>
          <w:lang w:val="nb-NO" w:eastAsia="nb-NO"/>
          <w14:ligatures w14:val="standardContextual"/>
        </w:rPr>
      </w:pPr>
      <w:r w:rsidRPr="00C40446">
        <w:rPr>
          <w:lang w:val="nb-NO"/>
        </w:rPr>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C40446" w14:paraId="49282293" w14:textId="77777777" w:rsidTr="00FA2835">
        <w:trPr>
          <w:trHeight w:val="5416"/>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C40446" w:rsidRDefault="00402CC2">
            <w:pPr>
              <w:spacing w:after="40" w:line="240" w:lineRule="auto"/>
              <w:rPr>
                <w:kern w:val="2"/>
                <w:lang w:val="nb-NO" w:eastAsia="nb-NO"/>
                <w14:ligatures w14:val="standardContextual"/>
              </w:rPr>
            </w:pPr>
            <w:r w:rsidRPr="00C40446">
              <w:rPr>
                <w:b/>
                <w:bCs/>
                <w:sz w:val="20"/>
                <w:szCs w:val="20"/>
                <w:lang w:val="nb-NO"/>
              </w:rPr>
              <w:t>Egenvurdering (skriv her)</w:t>
            </w:r>
          </w:p>
          <w:p w14:paraId="73E269AB" w14:textId="77777777" w:rsidR="00402CC2" w:rsidRDefault="00402CC2">
            <w:pPr>
              <w:spacing w:after="0" w:line="240" w:lineRule="auto"/>
              <w:rPr>
                <w:sz w:val="20"/>
                <w:szCs w:val="20"/>
                <w:lang w:val="nb-NO"/>
              </w:rPr>
            </w:pPr>
            <w:r w:rsidRPr="00C40446">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Default="00AC5D89" w:rsidP="00AC5D89">
            <w:pPr>
              <w:rPr>
                <w:sz w:val="20"/>
                <w:szCs w:val="20"/>
                <w:lang w:val="nb-NO"/>
              </w:rPr>
            </w:pPr>
          </w:p>
          <w:p w14:paraId="09A52435" w14:textId="77777777" w:rsidR="00AC5D89" w:rsidRDefault="00AC5D89" w:rsidP="00AC5D89">
            <w:pPr>
              <w:rPr>
                <w:sz w:val="20"/>
                <w:szCs w:val="20"/>
                <w:lang w:val="nb-NO"/>
              </w:rPr>
            </w:pPr>
          </w:p>
          <w:p w14:paraId="14AB5923" w14:textId="77777777" w:rsidR="00AC5D89" w:rsidRDefault="00AC5D89" w:rsidP="00AC5D89">
            <w:pPr>
              <w:rPr>
                <w:sz w:val="20"/>
                <w:szCs w:val="20"/>
                <w:lang w:val="nb-NO"/>
              </w:rPr>
            </w:pPr>
          </w:p>
          <w:p w14:paraId="58FE9948" w14:textId="77777777" w:rsidR="005D7A5C" w:rsidRDefault="005D7A5C" w:rsidP="00AC5D89">
            <w:pPr>
              <w:rPr>
                <w:sz w:val="20"/>
                <w:szCs w:val="20"/>
                <w:lang w:val="nb-NO"/>
              </w:rPr>
            </w:pPr>
          </w:p>
          <w:p w14:paraId="1A299AE6" w14:textId="77777777" w:rsidR="00AC5D89" w:rsidRPr="00AC5D89" w:rsidRDefault="00AC5D89" w:rsidP="00AC5D89">
            <w:pPr>
              <w:rPr>
                <w:lang w:val="nb-NO"/>
              </w:rPr>
            </w:pPr>
          </w:p>
        </w:tc>
      </w:tr>
    </w:tbl>
    <w:p w14:paraId="3EE18744" w14:textId="77777777" w:rsidR="00402CC2" w:rsidRPr="00C40446" w:rsidRDefault="00402CC2">
      <w:pPr>
        <w:rPr>
          <w:kern w:val="2"/>
          <w:lang w:val="nb-NO" w:eastAsia="nb-NO"/>
          <w14:ligatures w14:val="standardContextual"/>
        </w:rPr>
      </w:pPr>
      <w:r w:rsidRPr="00C40446">
        <w:rPr>
          <w:lang w:val="nb-NO"/>
        </w:rPr>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FA2835"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C40446" w:rsidRDefault="0049336C">
            <w:pPr>
              <w:spacing w:after="40" w:line="240" w:lineRule="auto"/>
              <w:rPr>
                <w:kern w:val="2"/>
                <w:lang w:val="nb-NO" w:eastAsia="nb-NO"/>
                <w14:ligatures w14:val="standardContextual"/>
              </w:rPr>
            </w:pPr>
            <w:r w:rsidRPr="00C40446">
              <w:rPr>
                <w:b/>
                <w:bCs/>
                <w:sz w:val="20"/>
                <w:szCs w:val="20"/>
                <w:lang w:val="nb-NO"/>
              </w:rPr>
              <w:t>Relevante vedlegg (liste/henvisninger</w:t>
            </w:r>
          </w:p>
          <w:p w14:paraId="4DE6249B" w14:textId="77777777" w:rsidR="0049336C" w:rsidRPr="00C40446" w:rsidRDefault="0049336C">
            <w:pPr>
              <w:spacing w:after="0" w:line="240" w:lineRule="auto"/>
              <w:rPr>
                <w:lang w:val="nb-NO"/>
              </w:rPr>
            </w:pPr>
            <w:r w:rsidRPr="00C40446">
              <w:rPr>
                <w:sz w:val="20"/>
                <w:szCs w:val="20"/>
                <w:lang w:val="nb-NO"/>
              </w:rPr>
              <w:t>Oppgi vedleggsnummer og kort beskrivelse av dokumentasjonen som underbygger egenvurderingen.</w:t>
            </w:r>
          </w:p>
        </w:tc>
      </w:tr>
    </w:tbl>
    <w:p w14:paraId="3E454D35" w14:textId="77777777" w:rsidR="0073273B" w:rsidRPr="00C40446" w:rsidRDefault="009A3BFE">
      <w:pPr>
        <w:rPr>
          <w:lang w:val="nb-NO"/>
        </w:rPr>
      </w:pPr>
      <w:r w:rsidRPr="00C40446">
        <w:rPr>
          <w:lang w:val="nb-NO"/>
        </w:rPr>
        <w:br w:type="page"/>
      </w:r>
    </w:p>
    <w:p w14:paraId="6F51D9FB" w14:textId="4643C797" w:rsidR="0073273B" w:rsidRPr="001E3B6E" w:rsidRDefault="009A3BFE" w:rsidP="001E3B6E">
      <w:pPr>
        <w:pStyle w:val="Listeavsnitt"/>
        <w:numPr>
          <w:ilvl w:val="0"/>
          <w:numId w:val="24"/>
        </w:numPr>
        <w:rPr>
          <w:lang w:val="nb-NO"/>
        </w:rPr>
      </w:pPr>
      <w:r w:rsidRPr="001E3B6E">
        <w:rPr>
          <w:b/>
          <w:lang w:val="nb-NO"/>
        </w:rPr>
        <w:lastRenderedPageBreak/>
        <w:t xml:space="preserve"> </w:t>
      </w:r>
      <w:r w:rsidR="007B1B49" w:rsidRPr="001E3B6E">
        <w:rPr>
          <w:b/>
          <w:lang w:val="nb-NO"/>
        </w:rPr>
        <w:t>Produksjon og kvalitet</w:t>
      </w:r>
    </w:p>
    <w:p w14:paraId="32246340" w14:textId="10221B50" w:rsidR="0073273B" w:rsidRPr="00C40446" w:rsidRDefault="007B1B49">
      <w:pPr>
        <w:pStyle w:val="Overskrift2"/>
        <w:rPr>
          <w:lang w:val="nb-NO"/>
        </w:rPr>
      </w:pPr>
      <w:r w:rsidRPr="0014375E">
        <w:rPr>
          <w:lang w:val="nb-NO"/>
        </w:rPr>
        <w:t>Produksjon og kvalitet</w:t>
      </w:r>
    </w:p>
    <w:tbl>
      <w:tblPr>
        <w:tblStyle w:val="Tabellrutenett"/>
        <w:tblW w:w="0" w:type="auto"/>
        <w:tblLook w:val="04A0" w:firstRow="1" w:lastRow="0" w:firstColumn="1" w:lastColumn="0" w:noHBand="0" w:noVBand="1"/>
      </w:tblPr>
      <w:tblGrid>
        <w:gridCol w:w="4986"/>
        <w:gridCol w:w="4986"/>
      </w:tblGrid>
      <w:tr w:rsidR="00A71EDF" w:rsidRPr="00FA2835" w14:paraId="1582DBE0" w14:textId="77777777">
        <w:trPr>
          <w:cantSplit/>
        </w:trPr>
        <w:tc>
          <w:tcPr>
            <w:tcW w:w="4986" w:type="dxa"/>
          </w:tcPr>
          <w:p w14:paraId="760AD9E6" w14:textId="77777777" w:rsidR="00A71EDF" w:rsidRPr="00C40446" w:rsidRDefault="00A71EDF">
            <w:pPr>
              <w:spacing w:after="40"/>
              <w:rPr>
                <w:lang w:val="nb-NO"/>
              </w:rPr>
            </w:pPr>
            <w:r w:rsidRPr="00C40446">
              <w:rPr>
                <w:b/>
                <w:sz w:val="20"/>
                <w:lang w:val="nb-NO"/>
              </w:rPr>
              <w:t>Hovedtema</w:t>
            </w:r>
          </w:p>
          <w:p w14:paraId="11A24794" w14:textId="77777777" w:rsidR="000E21C4" w:rsidRDefault="000E21C4">
            <w:pPr>
              <w:rPr>
                <w:sz w:val="20"/>
                <w:lang w:val="nb-NO"/>
              </w:rPr>
            </w:pPr>
            <w:r w:rsidRPr="000E21C4">
              <w:rPr>
                <w:sz w:val="20"/>
                <w:lang w:val="nb-NO"/>
              </w:rPr>
              <w:t>Hovedtemaet handler om produksjonsledelse i bedriften.</w:t>
            </w:r>
          </w:p>
          <w:p w14:paraId="6E6B631B" w14:textId="77777777" w:rsidR="00705E16" w:rsidRDefault="00705E16">
            <w:pPr>
              <w:rPr>
                <w:sz w:val="20"/>
                <w:lang w:val="nb-NO"/>
              </w:rPr>
            </w:pPr>
          </w:p>
          <w:p w14:paraId="4F3D7E1C" w14:textId="77777777" w:rsidR="00705E16" w:rsidRDefault="000E21C4">
            <w:pPr>
              <w:rPr>
                <w:sz w:val="20"/>
                <w:lang w:val="nb-NO"/>
              </w:rPr>
            </w:pPr>
            <w:r w:rsidRPr="000E21C4">
              <w:rPr>
                <w:sz w:val="20"/>
                <w:lang w:val="nb-NO"/>
              </w:rPr>
              <w:t xml:space="preserve">Det innebærer også systemer for sikring av kvalitet på produkter og i produksjonen. </w:t>
            </w:r>
          </w:p>
          <w:p w14:paraId="185A22FF" w14:textId="77777777" w:rsidR="00705E16" w:rsidRDefault="00705E16">
            <w:pPr>
              <w:rPr>
                <w:sz w:val="20"/>
                <w:lang w:val="nb-NO"/>
              </w:rPr>
            </w:pPr>
          </w:p>
          <w:p w14:paraId="64E5FDBE" w14:textId="051BD8D5" w:rsidR="00A71EDF" w:rsidRPr="000E21C4" w:rsidRDefault="000E21C4">
            <w:pPr>
              <w:rPr>
                <w:lang w:val="nb-NO"/>
              </w:rPr>
            </w:pPr>
            <w:r w:rsidRPr="000E21C4">
              <w:rPr>
                <w:sz w:val="20"/>
                <w:lang w:val="nb-NO"/>
              </w:rPr>
              <w:t>Videre omfatter det opplæring og veiledning av ansatte i produksjon av trevarer og bygginnredninger.</w:t>
            </w:r>
          </w:p>
        </w:tc>
        <w:tc>
          <w:tcPr>
            <w:tcW w:w="4986" w:type="dxa"/>
          </w:tcPr>
          <w:p w14:paraId="0DD8207F" w14:textId="63B6110B" w:rsidR="00705E16" w:rsidRPr="00705E16" w:rsidRDefault="00A71EDF" w:rsidP="00705E16">
            <w:pPr>
              <w:spacing w:after="40"/>
              <w:rPr>
                <w:lang w:val="nb-NO"/>
              </w:rPr>
            </w:pPr>
            <w:r w:rsidRPr="00C40446">
              <w:rPr>
                <w:b/>
                <w:sz w:val="20"/>
                <w:lang w:val="nb-NO"/>
              </w:rPr>
              <w:t>Innhold</w:t>
            </w:r>
          </w:p>
          <w:p w14:paraId="28C71F7C" w14:textId="1B548E56" w:rsidR="00705E16" w:rsidRPr="00705E16" w:rsidRDefault="00705E16" w:rsidP="00705E16">
            <w:pPr>
              <w:pStyle w:val="Punktliste"/>
              <w:numPr>
                <w:ilvl w:val="0"/>
                <w:numId w:val="21"/>
              </w:numPr>
              <w:rPr>
                <w:sz w:val="20"/>
                <w:lang w:val="nb-NO"/>
              </w:rPr>
            </w:pPr>
            <w:r w:rsidRPr="00705E16">
              <w:rPr>
                <w:sz w:val="20"/>
                <w:lang w:val="nb-NO"/>
              </w:rPr>
              <w:t xml:space="preserve">planlegging og tilrettelegging av produksjonslokaler og produksjon </w:t>
            </w:r>
          </w:p>
          <w:p w14:paraId="435F6EB8" w14:textId="73AD345D" w:rsidR="00705E16" w:rsidRPr="00705E16" w:rsidRDefault="00705E16" w:rsidP="00705E16">
            <w:pPr>
              <w:pStyle w:val="Punktliste"/>
              <w:numPr>
                <w:ilvl w:val="0"/>
                <w:numId w:val="21"/>
              </w:numPr>
              <w:rPr>
                <w:sz w:val="20"/>
                <w:lang w:val="nb-NO"/>
              </w:rPr>
            </w:pPr>
            <w:r w:rsidRPr="00705E16">
              <w:rPr>
                <w:sz w:val="20"/>
                <w:lang w:val="nb-NO"/>
              </w:rPr>
              <w:t>digitalisering og automatisering av</w:t>
            </w:r>
            <w:r>
              <w:rPr>
                <w:sz w:val="20"/>
                <w:lang w:val="nb-NO"/>
              </w:rPr>
              <w:t xml:space="preserve"> </w:t>
            </w:r>
            <w:r w:rsidRPr="00705E16">
              <w:rPr>
                <w:sz w:val="20"/>
                <w:lang w:val="nb-NO"/>
              </w:rPr>
              <w:t xml:space="preserve">produksjonsprosesser </w:t>
            </w:r>
          </w:p>
          <w:p w14:paraId="661B5892" w14:textId="55DC1AF4" w:rsidR="00705E16" w:rsidRPr="000726E0" w:rsidRDefault="00705E16" w:rsidP="000726E0">
            <w:pPr>
              <w:pStyle w:val="Punktliste"/>
              <w:numPr>
                <w:ilvl w:val="0"/>
                <w:numId w:val="21"/>
              </w:numPr>
              <w:rPr>
                <w:sz w:val="20"/>
                <w:lang w:val="nb-NO"/>
              </w:rPr>
            </w:pPr>
            <w:r w:rsidRPr="00705E16">
              <w:rPr>
                <w:sz w:val="20"/>
                <w:lang w:val="nb-NO"/>
              </w:rPr>
              <w:t xml:space="preserve">optimalisering av </w:t>
            </w:r>
            <w:r w:rsidRPr="000726E0">
              <w:rPr>
                <w:sz w:val="20"/>
                <w:lang w:val="nb-NO"/>
              </w:rPr>
              <w:t xml:space="preserve">produksjonsprosesser </w:t>
            </w:r>
          </w:p>
          <w:p w14:paraId="4221C490" w14:textId="05B3AA8C" w:rsidR="00705E16" w:rsidRPr="00705E16" w:rsidRDefault="00705E16" w:rsidP="000726E0">
            <w:pPr>
              <w:pStyle w:val="Punktliste"/>
              <w:numPr>
                <w:ilvl w:val="0"/>
                <w:numId w:val="21"/>
              </w:numPr>
              <w:rPr>
                <w:sz w:val="20"/>
                <w:lang w:val="nb-NO"/>
              </w:rPr>
            </w:pPr>
            <w:r w:rsidRPr="00705E16">
              <w:rPr>
                <w:sz w:val="20"/>
                <w:lang w:val="nb-NO"/>
              </w:rPr>
              <w:t xml:space="preserve">miljøhensyn og avfallshåndtering </w:t>
            </w:r>
          </w:p>
          <w:p w14:paraId="2722BABB" w14:textId="2C5123D6" w:rsidR="00705E16" w:rsidRPr="000726E0" w:rsidRDefault="00705E16" w:rsidP="000726E0">
            <w:pPr>
              <w:pStyle w:val="Punktliste"/>
              <w:numPr>
                <w:ilvl w:val="0"/>
                <w:numId w:val="21"/>
              </w:numPr>
              <w:rPr>
                <w:sz w:val="20"/>
                <w:lang w:val="nb-NO"/>
              </w:rPr>
            </w:pPr>
            <w:r w:rsidRPr="00705E16">
              <w:rPr>
                <w:sz w:val="20"/>
                <w:lang w:val="nb-NO"/>
              </w:rPr>
              <w:t xml:space="preserve">helse- miljø og sikkerhetstiltak i </w:t>
            </w:r>
            <w:r w:rsidRPr="000726E0">
              <w:rPr>
                <w:sz w:val="20"/>
                <w:lang w:val="nb-NO"/>
              </w:rPr>
              <w:t xml:space="preserve">produksjonslokaler  </w:t>
            </w:r>
          </w:p>
          <w:p w14:paraId="2DB66A79" w14:textId="546DC9C2" w:rsidR="00705E16" w:rsidRPr="00DD0521" w:rsidRDefault="00705E16" w:rsidP="00DD0521">
            <w:pPr>
              <w:pStyle w:val="Punktliste"/>
              <w:numPr>
                <w:ilvl w:val="0"/>
                <w:numId w:val="21"/>
              </w:numPr>
              <w:rPr>
                <w:sz w:val="20"/>
                <w:lang w:val="nb-NO"/>
              </w:rPr>
            </w:pPr>
            <w:r w:rsidRPr="00705E16">
              <w:rPr>
                <w:sz w:val="20"/>
                <w:lang w:val="nb-NO"/>
              </w:rPr>
              <w:t xml:space="preserve">verktøy og systemer for sporbarhet </w:t>
            </w:r>
            <w:r w:rsidRPr="00DD0521">
              <w:rPr>
                <w:sz w:val="20"/>
                <w:lang w:val="nb-NO"/>
              </w:rPr>
              <w:t xml:space="preserve">og dokumentasjon av kvalitet </w:t>
            </w:r>
          </w:p>
          <w:p w14:paraId="4A1F794D" w14:textId="4FE678DD" w:rsidR="00705E16" w:rsidRPr="00705E16" w:rsidRDefault="00705E16" w:rsidP="00DD0521">
            <w:pPr>
              <w:pStyle w:val="Punktliste"/>
              <w:numPr>
                <w:ilvl w:val="0"/>
                <w:numId w:val="21"/>
              </w:numPr>
              <w:rPr>
                <w:sz w:val="20"/>
                <w:lang w:val="nb-NO"/>
              </w:rPr>
            </w:pPr>
            <w:r w:rsidRPr="00705E16">
              <w:rPr>
                <w:sz w:val="20"/>
                <w:lang w:val="nb-NO"/>
              </w:rPr>
              <w:t xml:space="preserve">etisk standard i produksjon </w:t>
            </w:r>
          </w:p>
          <w:p w14:paraId="7AC5E8DA" w14:textId="32B4451F" w:rsidR="00A71EDF" w:rsidRPr="00C40446" w:rsidRDefault="00705E16" w:rsidP="00DD0521">
            <w:pPr>
              <w:pStyle w:val="Punktliste"/>
              <w:numPr>
                <w:ilvl w:val="0"/>
                <w:numId w:val="21"/>
              </w:numPr>
              <w:rPr>
                <w:lang w:val="nb-NO"/>
              </w:rPr>
            </w:pPr>
            <w:r w:rsidRPr="00705E16">
              <w:rPr>
                <w:sz w:val="20"/>
                <w:lang w:val="nb-NO"/>
              </w:rPr>
              <w:t>veiledning av lærlinger og ansatte</w:t>
            </w:r>
          </w:p>
        </w:tc>
      </w:tr>
    </w:tbl>
    <w:p w14:paraId="642A5B1A" w14:textId="77777777" w:rsidR="00402CC2" w:rsidRPr="00C40446" w:rsidRDefault="00402CC2">
      <w:pPr>
        <w:rPr>
          <w:kern w:val="2"/>
          <w:lang w:val="nb-NO" w:eastAsia="nb-NO"/>
          <w14:ligatures w14:val="standardContextual"/>
        </w:rPr>
      </w:pPr>
      <w:r w:rsidRPr="00C40446">
        <w:rPr>
          <w:lang w:val="nb-NO"/>
        </w:rPr>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C40446" w14:paraId="322C01AB" w14:textId="77777777" w:rsidTr="00064C05">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C40446" w:rsidRDefault="00402CC2">
            <w:pPr>
              <w:spacing w:after="40" w:line="240" w:lineRule="auto"/>
              <w:rPr>
                <w:kern w:val="2"/>
                <w:lang w:val="nb-NO" w:eastAsia="nb-NO"/>
                <w14:ligatures w14:val="standardContextual"/>
              </w:rPr>
            </w:pPr>
            <w:r w:rsidRPr="00C40446">
              <w:rPr>
                <w:b/>
                <w:bCs/>
                <w:sz w:val="20"/>
                <w:szCs w:val="20"/>
                <w:lang w:val="nb-NO"/>
              </w:rPr>
              <w:t>Egenvurdering (skriv her)</w:t>
            </w:r>
          </w:p>
          <w:p w14:paraId="04866060" w14:textId="77777777" w:rsidR="00402CC2" w:rsidRPr="00C40446" w:rsidRDefault="00402CC2">
            <w:pPr>
              <w:spacing w:after="0" w:line="240" w:lineRule="auto"/>
              <w:rPr>
                <w:lang w:val="nb-NO"/>
              </w:rPr>
            </w:pPr>
            <w:r w:rsidRPr="00C40446">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76AADF03" w14:textId="77777777" w:rsidR="00402CC2" w:rsidRPr="00C40446" w:rsidRDefault="00402CC2">
      <w:pPr>
        <w:rPr>
          <w:kern w:val="2"/>
          <w:lang w:val="nb-NO" w:eastAsia="nb-NO"/>
          <w14:ligatures w14:val="standardContextual"/>
        </w:rPr>
      </w:pPr>
      <w:r w:rsidRPr="00C40446">
        <w:rPr>
          <w:lang w:val="nb-NO"/>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FA2835"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C40446" w:rsidRDefault="0049336C">
            <w:pPr>
              <w:spacing w:after="40" w:line="240" w:lineRule="auto"/>
              <w:rPr>
                <w:kern w:val="2"/>
                <w:lang w:val="nb-NO" w:eastAsia="nb-NO"/>
                <w14:ligatures w14:val="standardContextual"/>
              </w:rPr>
            </w:pPr>
            <w:r w:rsidRPr="00C40446">
              <w:rPr>
                <w:b/>
                <w:bCs/>
                <w:sz w:val="20"/>
                <w:szCs w:val="20"/>
                <w:lang w:val="nb-NO"/>
              </w:rPr>
              <w:t>Relevante vedlegg (liste/henvisninger)</w:t>
            </w:r>
          </w:p>
          <w:p w14:paraId="16D83198" w14:textId="77777777" w:rsidR="0049336C" w:rsidRPr="00C40446" w:rsidRDefault="0049336C">
            <w:pPr>
              <w:spacing w:after="0" w:line="240" w:lineRule="auto"/>
              <w:rPr>
                <w:lang w:val="nb-NO"/>
              </w:rPr>
            </w:pPr>
            <w:r w:rsidRPr="00C40446">
              <w:rPr>
                <w:sz w:val="20"/>
                <w:szCs w:val="20"/>
                <w:lang w:val="nb-NO"/>
              </w:rPr>
              <w:t>Oppgi vedleggsnummer og kort beskrivelse av dokumentasjonen som underbygger egenvurderingen.</w:t>
            </w:r>
          </w:p>
        </w:tc>
      </w:tr>
    </w:tbl>
    <w:p w14:paraId="59A5C7D9" w14:textId="77777777" w:rsidR="0073273B" w:rsidRPr="00C40446" w:rsidRDefault="009A3BFE">
      <w:pPr>
        <w:rPr>
          <w:lang w:val="nb-NO"/>
        </w:rPr>
      </w:pPr>
      <w:r w:rsidRPr="00C40446">
        <w:rPr>
          <w:lang w:val="nb-NO"/>
        </w:rPr>
        <w:br w:type="page"/>
      </w:r>
    </w:p>
    <w:p w14:paraId="6DBA350D" w14:textId="64123B80" w:rsidR="0014375E" w:rsidRPr="001E3B6E" w:rsidRDefault="0014375E" w:rsidP="001E3B6E">
      <w:pPr>
        <w:pStyle w:val="Listeavsnitt"/>
        <w:numPr>
          <w:ilvl w:val="0"/>
          <w:numId w:val="24"/>
        </w:numPr>
        <w:rPr>
          <w:lang w:val="nb-NO"/>
        </w:rPr>
      </w:pPr>
      <w:r w:rsidRPr="001E3B6E">
        <w:rPr>
          <w:b/>
          <w:lang w:val="nb-NO"/>
        </w:rPr>
        <w:lastRenderedPageBreak/>
        <w:t>Faglig kalkulasjon</w:t>
      </w:r>
    </w:p>
    <w:p w14:paraId="1B922D09" w14:textId="77777777" w:rsidR="0014375E" w:rsidRPr="004E1DC1" w:rsidRDefault="0014375E" w:rsidP="0014375E">
      <w:pPr>
        <w:pStyle w:val="Overskrift2"/>
        <w:rPr>
          <w:lang w:val="nb-NO"/>
        </w:rPr>
      </w:pPr>
      <w:r w:rsidRPr="004E1DC1">
        <w:rPr>
          <w:lang w:val="nb-NO"/>
        </w:rPr>
        <w:t>Faglig kalkulasjon</w:t>
      </w:r>
    </w:p>
    <w:tbl>
      <w:tblPr>
        <w:tblStyle w:val="Tabellrutenett"/>
        <w:tblW w:w="0" w:type="auto"/>
        <w:tblLook w:val="04A0" w:firstRow="1" w:lastRow="0" w:firstColumn="1" w:lastColumn="0" w:noHBand="0" w:noVBand="1"/>
      </w:tblPr>
      <w:tblGrid>
        <w:gridCol w:w="4986"/>
        <w:gridCol w:w="4986"/>
      </w:tblGrid>
      <w:tr w:rsidR="0014375E" w:rsidRPr="00FA2835" w14:paraId="1AA4D176" w14:textId="77777777" w:rsidTr="00C1514D">
        <w:trPr>
          <w:cantSplit/>
        </w:trPr>
        <w:tc>
          <w:tcPr>
            <w:tcW w:w="4986" w:type="dxa"/>
          </w:tcPr>
          <w:p w14:paraId="51D668BE" w14:textId="77777777" w:rsidR="0014375E" w:rsidRPr="00C40446" w:rsidRDefault="0014375E" w:rsidP="00C1514D">
            <w:pPr>
              <w:spacing w:after="40"/>
              <w:rPr>
                <w:lang w:val="nb-NO"/>
              </w:rPr>
            </w:pPr>
            <w:r w:rsidRPr="00C40446">
              <w:rPr>
                <w:b/>
                <w:sz w:val="20"/>
                <w:lang w:val="nb-NO"/>
              </w:rPr>
              <w:t>Hovedtema</w:t>
            </w:r>
          </w:p>
          <w:p w14:paraId="7A0F3265" w14:textId="77777777" w:rsidR="00246FE0" w:rsidRDefault="00246FE0" w:rsidP="00C1514D">
            <w:pPr>
              <w:rPr>
                <w:sz w:val="20"/>
                <w:lang w:val="nb-NO"/>
              </w:rPr>
            </w:pPr>
            <w:r w:rsidRPr="00246FE0">
              <w:rPr>
                <w:sz w:val="20"/>
                <w:lang w:val="nb-NO"/>
              </w:rPr>
              <w:t xml:space="preserve">Hovedtemaet handler om kalkulasjon av trevare- og bygginnredningsarbeid. Det omfatter hvordan kostnader til lønn, materialer, produksjon, drift og vedlikehold påvirker produktprisen. </w:t>
            </w:r>
          </w:p>
          <w:p w14:paraId="7BD8EFB1" w14:textId="77777777" w:rsidR="00246FE0" w:rsidRDefault="00246FE0" w:rsidP="00C1514D">
            <w:pPr>
              <w:rPr>
                <w:sz w:val="20"/>
                <w:lang w:val="nb-NO"/>
              </w:rPr>
            </w:pPr>
          </w:p>
          <w:p w14:paraId="3FC9FE77" w14:textId="340D433B" w:rsidR="0014375E" w:rsidRPr="00246FE0" w:rsidRDefault="00246FE0" w:rsidP="00C1514D">
            <w:pPr>
              <w:rPr>
                <w:lang w:val="nb-NO"/>
              </w:rPr>
            </w:pPr>
            <w:r w:rsidRPr="00246FE0">
              <w:rPr>
                <w:sz w:val="20"/>
                <w:lang w:val="nb-NO"/>
              </w:rPr>
              <w:t>Videre handler det om analyse av resultater og eventuelle avvik samt å benytte nøkkeltall i fremtidige prosjekter.</w:t>
            </w:r>
          </w:p>
        </w:tc>
        <w:tc>
          <w:tcPr>
            <w:tcW w:w="4986" w:type="dxa"/>
          </w:tcPr>
          <w:p w14:paraId="4333F871" w14:textId="77777777" w:rsidR="0014375E" w:rsidRPr="00C40446" w:rsidRDefault="0014375E" w:rsidP="00C1514D">
            <w:pPr>
              <w:spacing w:after="40"/>
              <w:rPr>
                <w:lang w:val="nb-NO"/>
              </w:rPr>
            </w:pPr>
            <w:r w:rsidRPr="00C40446">
              <w:rPr>
                <w:b/>
                <w:sz w:val="20"/>
                <w:lang w:val="nb-NO"/>
              </w:rPr>
              <w:t>Innhold</w:t>
            </w:r>
          </w:p>
          <w:p w14:paraId="2CA3B85C" w14:textId="328292DB" w:rsidR="008D7A2E" w:rsidRDefault="008D7A2E" w:rsidP="008D7A2E">
            <w:pPr>
              <w:pStyle w:val="Punktliste"/>
              <w:numPr>
                <w:ilvl w:val="0"/>
                <w:numId w:val="22"/>
              </w:numPr>
              <w:rPr>
                <w:sz w:val="20"/>
                <w:lang w:val="nb-NO"/>
              </w:rPr>
            </w:pPr>
            <w:r w:rsidRPr="008D7A2E">
              <w:rPr>
                <w:sz w:val="20"/>
                <w:lang w:val="nb-NO"/>
              </w:rPr>
              <w:t xml:space="preserve">fellesoverenskomsten for byggfag </w:t>
            </w:r>
          </w:p>
          <w:p w14:paraId="18DE4798" w14:textId="2901E756" w:rsidR="008D7A2E" w:rsidRDefault="008D7A2E" w:rsidP="008D7A2E">
            <w:pPr>
              <w:pStyle w:val="Punktliste"/>
              <w:numPr>
                <w:ilvl w:val="0"/>
                <w:numId w:val="22"/>
              </w:numPr>
              <w:rPr>
                <w:sz w:val="20"/>
                <w:lang w:val="nb-NO"/>
              </w:rPr>
            </w:pPr>
            <w:r w:rsidRPr="008D7A2E">
              <w:rPr>
                <w:sz w:val="20"/>
                <w:lang w:val="nb-NO"/>
              </w:rPr>
              <w:t xml:space="preserve">kalkulasjonsmetoder </w:t>
            </w:r>
          </w:p>
          <w:p w14:paraId="5947BF19" w14:textId="7D390593" w:rsidR="008D7A2E" w:rsidRDefault="008D7A2E" w:rsidP="008D7A2E">
            <w:pPr>
              <w:pStyle w:val="Punktliste"/>
              <w:numPr>
                <w:ilvl w:val="0"/>
                <w:numId w:val="22"/>
              </w:numPr>
              <w:rPr>
                <w:sz w:val="20"/>
                <w:lang w:val="nb-NO"/>
              </w:rPr>
            </w:pPr>
            <w:r w:rsidRPr="008D7A2E">
              <w:rPr>
                <w:sz w:val="20"/>
                <w:lang w:val="nb-NO"/>
              </w:rPr>
              <w:t xml:space="preserve">lønnsavtaler og lønnskostnader </w:t>
            </w:r>
          </w:p>
          <w:p w14:paraId="78A983B5" w14:textId="01DB5E7D" w:rsidR="008D7A2E" w:rsidRDefault="008D7A2E" w:rsidP="008D7A2E">
            <w:pPr>
              <w:pStyle w:val="Punktliste"/>
              <w:numPr>
                <w:ilvl w:val="0"/>
                <w:numId w:val="22"/>
              </w:numPr>
              <w:rPr>
                <w:sz w:val="20"/>
                <w:lang w:val="nb-NO"/>
              </w:rPr>
            </w:pPr>
            <w:r w:rsidRPr="008D7A2E">
              <w:rPr>
                <w:sz w:val="20"/>
                <w:lang w:val="nb-NO"/>
              </w:rPr>
              <w:t xml:space="preserve">beregning av materialkostnader </w:t>
            </w:r>
          </w:p>
          <w:p w14:paraId="09AFAEE6" w14:textId="3D4044E6" w:rsidR="008D7A2E" w:rsidRDefault="008D7A2E" w:rsidP="008D7A2E">
            <w:pPr>
              <w:pStyle w:val="Punktliste"/>
              <w:numPr>
                <w:ilvl w:val="0"/>
                <w:numId w:val="22"/>
              </w:numPr>
              <w:rPr>
                <w:sz w:val="20"/>
                <w:lang w:val="nb-NO"/>
              </w:rPr>
            </w:pPr>
            <w:r w:rsidRPr="008D7A2E">
              <w:rPr>
                <w:sz w:val="20"/>
                <w:lang w:val="nb-NO"/>
              </w:rPr>
              <w:t xml:space="preserve">beregning av produksjonskostnader (maskiner og utstyr) </w:t>
            </w:r>
          </w:p>
          <w:p w14:paraId="1E3FC754" w14:textId="423F7CF6" w:rsidR="008D7A2E" w:rsidRDefault="008D7A2E" w:rsidP="008D7A2E">
            <w:pPr>
              <w:pStyle w:val="Punktliste"/>
              <w:numPr>
                <w:ilvl w:val="0"/>
                <w:numId w:val="22"/>
              </w:numPr>
              <w:rPr>
                <w:sz w:val="20"/>
                <w:lang w:val="nb-NO"/>
              </w:rPr>
            </w:pPr>
            <w:r w:rsidRPr="008D7A2E">
              <w:rPr>
                <w:sz w:val="20"/>
                <w:lang w:val="nb-NO"/>
              </w:rPr>
              <w:t xml:space="preserve">digitaliserings- og automatiserings kostnader </w:t>
            </w:r>
          </w:p>
          <w:p w14:paraId="0441F9EC" w14:textId="570B7C95" w:rsidR="008D7A2E" w:rsidRDefault="008D7A2E" w:rsidP="008D7A2E">
            <w:pPr>
              <w:pStyle w:val="Punktliste"/>
              <w:numPr>
                <w:ilvl w:val="0"/>
                <w:numId w:val="22"/>
              </w:numPr>
              <w:rPr>
                <w:sz w:val="20"/>
                <w:lang w:val="nb-NO"/>
              </w:rPr>
            </w:pPr>
            <w:r w:rsidRPr="008D7A2E">
              <w:rPr>
                <w:sz w:val="20"/>
                <w:lang w:val="nb-NO"/>
              </w:rPr>
              <w:t xml:space="preserve">drifts- og vedlikeholdskostnader </w:t>
            </w:r>
          </w:p>
          <w:p w14:paraId="71AFB76A" w14:textId="0D8145FA" w:rsidR="008D7A2E" w:rsidRDefault="008D7A2E" w:rsidP="008D7A2E">
            <w:pPr>
              <w:pStyle w:val="Punktliste"/>
              <w:numPr>
                <w:ilvl w:val="0"/>
                <w:numId w:val="22"/>
              </w:numPr>
              <w:rPr>
                <w:sz w:val="20"/>
                <w:lang w:val="nb-NO"/>
              </w:rPr>
            </w:pPr>
            <w:r w:rsidRPr="008D7A2E">
              <w:rPr>
                <w:sz w:val="20"/>
                <w:lang w:val="nb-NO"/>
              </w:rPr>
              <w:t xml:space="preserve">for- og </w:t>
            </w:r>
            <w:proofErr w:type="spellStart"/>
            <w:r w:rsidRPr="008D7A2E">
              <w:rPr>
                <w:sz w:val="20"/>
                <w:lang w:val="nb-NO"/>
              </w:rPr>
              <w:t>etterkalkyler</w:t>
            </w:r>
            <w:proofErr w:type="spellEnd"/>
            <w:r w:rsidRPr="008D7A2E">
              <w:rPr>
                <w:sz w:val="20"/>
                <w:lang w:val="nb-NO"/>
              </w:rPr>
              <w:t xml:space="preserve"> </w:t>
            </w:r>
          </w:p>
          <w:p w14:paraId="44D39A66" w14:textId="70693B92" w:rsidR="008D7A2E" w:rsidRDefault="008D7A2E" w:rsidP="008D7A2E">
            <w:pPr>
              <w:pStyle w:val="Punktliste"/>
              <w:numPr>
                <w:ilvl w:val="0"/>
                <w:numId w:val="22"/>
              </w:numPr>
              <w:rPr>
                <w:sz w:val="20"/>
                <w:lang w:val="nb-NO"/>
              </w:rPr>
            </w:pPr>
            <w:r w:rsidRPr="008D7A2E">
              <w:rPr>
                <w:sz w:val="20"/>
                <w:lang w:val="nb-NO"/>
              </w:rPr>
              <w:t xml:space="preserve">bruk av nøkkeltall til forbedring av kalkyler i fremtidige prosjekter </w:t>
            </w:r>
          </w:p>
          <w:p w14:paraId="4924340E" w14:textId="44A2C503" w:rsidR="008D7A2E" w:rsidRDefault="008D7A2E" w:rsidP="008D7A2E">
            <w:pPr>
              <w:pStyle w:val="Punktliste"/>
              <w:numPr>
                <w:ilvl w:val="0"/>
                <w:numId w:val="22"/>
              </w:numPr>
              <w:rPr>
                <w:sz w:val="20"/>
                <w:lang w:val="nb-NO"/>
              </w:rPr>
            </w:pPr>
            <w:r w:rsidRPr="008D7A2E">
              <w:rPr>
                <w:sz w:val="20"/>
                <w:lang w:val="nb-NO"/>
              </w:rPr>
              <w:t xml:space="preserve">vurdering av anbud og utforming av tilbud </w:t>
            </w:r>
          </w:p>
          <w:p w14:paraId="6ADF7BFF" w14:textId="2B89EAC8" w:rsidR="0014375E" w:rsidRPr="00C40446" w:rsidRDefault="008D7A2E" w:rsidP="008D7A2E">
            <w:pPr>
              <w:pStyle w:val="Punktliste"/>
              <w:numPr>
                <w:ilvl w:val="0"/>
                <w:numId w:val="22"/>
              </w:numPr>
              <w:rPr>
                <w:lang w:val="nb-NO"/>
              </w:rPr>
            </w:pPr>
            <w:r w:rsidRPr="008D7A2E">
              <w:rPr>
                <w:sz w:val="20"/>
                <w:lang w:val="nb-NO"/>
              </w:rPr>
              <w:t>krav til dokumentasjon i tilbud og anbud</w:t>
            </w:r>
          </w:p>
        </w:tc>
      </w:tr>
    </w:tbl>
    <w:p w14:paraId="40045E07" w14:textId="77777777" w:rsidR="0014375E" w:rsidRPr="00C40446" w:rsidRDefault="0014375E" w:rsidP="0014375E">
      <w:pPr>
        <w:rPr>
          <w:kern w:val="2"/>
          <w:lang w:val="nb-NO" w:eastAsia="nb-NO"/>
          <w14:ligatures w14:val="standardContextual"/>
        </w:rPr>
      </w:pPr>
      <w:r w:rsidRPr="00C40446">
        <w:rPr>
          <w:lang w:val="nb-NO"/>
        </w:rPr>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14375E" w:rsidRPr="00C40446" w14:paraId="0034F011" w14:textId="77777777" w:rsidTr="00C40077">
        <w:trPr>
          <w:trHeight w:val="626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981B4C" w14:textId="77777777" w:rsidR="0014375E" w:rsidRPr="00C40446" w:rsidRDefault="0014375E" w:rsidP="00C1514D">
            <w:pPr>
              <w:spacing w:after="40" w:line="240" w:lineRule="auto"/>
              <w:rPr>
                <w:kern w:val="2"/>
                <w:lang w:val="nb-NO" w:eastAsia="nb-NO"/>
                <w14:ligatures w14:val="standardContextual"/>
              </w:rPr>
            </w:pPr>
            <w:r w:rsidRPr="00C40446">
              <w:rPr>
                <w:b/>
                <w:bCs/>
                <w:sz w:val="20"/>
                <w:szCs w:val="20"/>
                <w:lang w:val="nb-NO"/>
              </w:rPr>
              <w:t>Egenvurdering (skriv her)</w:t>
            </w:r>
          </w:p>
          <w:p w14:paraId="1CE45D86" w14:textId="77777777" w:rsidR="0014375E" w:rsidRDefault="0014375E" w:rsidP="00C1514D">
            <w:pPr>
              <w:spacing w:after="0" w:line="240" w:lineRule="auto"/>
              <w:rPr>
                <w:sz w:val="20"/>
                <w:szCs w:val="20"/>
                <w:lang w:val="nb-NO"/>
              </w:rPr>
            </w:pPr>
            <w:r w:rsidRPr="00C40446">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7F25B740" w14:textId="77777777" w:rsidR="00C40077" w:rsidRPr="00C40077" w:rsidRDefault="00C40077" w:rsidP="00C40077">
            <w:pPr>
              <w:rPr>
                <w:sz w:val="20"/>
                <w:szCs w:val="20"/>
                <w:lang w:val="nb-NO"/>
              </w:rPr>
            </w:pPr>
          </w:p>
          <w:p w14:paraId="02B9BACA" w14:textId="77777777" w:rsidR="00C40077" w:rsidRPr="00C40077" w:rsidRDefault="00C40077" w:rsidP="00C40077">
            <w:pPr>
              <w:rPr>
                <w:sz w:val="20"/>
                <w:szCs w:val="20"/>
                <w:lang w:val="nb-NO"/>
              </w:rPr>
            </w:pPr>
          </w:p>
          <w:p w14:paraId="606626A0" w14:textId="77777777" w:rsidR="00C40077" w:rsidRPr="00C40077" w:rsidRDefault="00C40077" w:rsidP="00C40077">
            <w:pPr>
              <w:rPr>
                <w:sz w:val="20"/>
                <w:szCs w:val="20"/>
                <w:lang w:val="nb-NO"/>
              </w:rPr>
            </w:pPr>
          </w:p>
          <w:p w14:paraId="635FCFD0" w14:textId="77777777" w:rsidR="00C40077" w:rsidRPr="00C40077" w:rsidRDefault="00C40077" w:rsidP="00C40077">
            <w:pPr>
              <w:rPr>
                <w:sz w:val="20"/>
                <w:szCs w:val="20"/>
                <w:lang w:val="nb-NO"/>
              </w:rPr>
            </w:pPr>
          </w:p>
          <w:p w14:paraId="3AB8A17B" w14:textId="77777777" w:rsidR="00C40077" w:rsidRPr="00C40077" w:rsidRDefault="00C40077" w:rsidP="00C40077">
            <w:pPr>
              <w:rPr>
                <w:sz w:val="20"/>
                <w:szCs w:val="20"/>
                <w:lang w:val="nb-NO"/>
              </w:rPr>
            </w:pPr>
          </w:p>
          <w:p w14:paraId="247F3B23" w14:textId="77777777" w:rsidR="00C40077" w:rsidRDefault="00C40077" w:rsidP="00C40077">
            <w:pPr>
              <w:rPr>
                <w:sz w:val="20"/>
                <w:szCs w:val="20"/>
                <w:lang w:val="nb-NO"/>
              </w:rPr>
            </w:pPr>
          </w:p>
          <w:p w14:paraId="205BE38A" w14:textId="77777777" w:rsidR="00C40077" w:rsidRPr="00C40077" w:rsidRDefault="00C40077" w:rsidP="00C40077">
            <w:pPr>
              <w:rPr>
                <w:sz w:val="20"/>
                <w:szCs w:val="20"/>
                <w:lang w:val="nb-NO"/>
              </w:rPr>
            </w:pPr>
          </w:p>
        </w:tc>
      </w:tr>
    </w:tbl>
    <w:p w14:paraId="09EA78DF" w14:textId="77777777" w:rsidR="0014375E" w:rsidRPr="00C40446" w:rsidRDefault="0014375E" w:rsidP="0014375E">
      <w:pPr>
        <w:rPr>
          <w:kern w:val="2"/>
          <w:lang w:val="nb-NO" w:eastAsia="nb-NO"/>
          <w14:ligatures w14:val="standardContextual"/>
        </w:rPr>
      </w:pPr>
      <w:r w:rsidRPr="00C40446">
        <w:rPr>
          <w:lang w:val="nb-NO"/>
        </w:rPr>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14375E" w:rsidRPr="00FA2835" w14:paraId="2172F5FE" w14:textId="77777777" w:rsidTr="00C1514D">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2BBB70" w14:textId="77777777" w:rsidR="0014375E" w:rsidRPr="00C40446" w:rsidRDefault="0014375E" w:rsidP="00C1514D">
            <w:pPr>
              <w:spacing w:after="40" w:line="240" w:lineRule="auto"/>
              <w:rPr>
                <w:kern w:val="2"/>
                <w:lang w:val="nb-NO" w:eastAsia="nb-NO"/>
                <w14:ligatures w14:val="standardContextual"/>
              </w:rPr>
            </w:pPr>
            <w:r w:rsidRPr="00C40446">
              <w:rPr>
                <w:b/>
                <w:bCs/>
                <w:sz w:val="20"/>
                <w:szCs w:val="20"/>
                <w:lang w:val="nb-NO"/>
              </w:rPr>
              <w:t>Relevante vedlegg (liste/henvisninger)</w:t>
            </w:r>
          </w:p>
          <w:p w14:paraId="3FC270EC" w14:textId="77777777" w:rsidR="0014375E" w:rsidRPr="00C40446" w:rsidRDefault="0014375E" w:rsidP="00C1514D">
            <w:pPr>
              <w:spacing w:after="0" w:line="240" w:lineRule="auto"/>
              <w:rPr>
                <w:sz w:val="20"/>
                <w:szCs w:val="20"/>
                <w:lang w:val="nb-NO"/>
              </w:rPr>
            </w:pPr>
            <w:r w:rsidRPr="00C40446">
              <w:rPr>
                <w:sz w:val="20"/>
                <w:szCs w:val="20"/>
                <w:lang w:val="nb-NO"/>
              </w:rPr>
              <w:t>Oppgi vedleggsnummer og kort beskrivelse av dokumentasjonen som underbygger egenvurderingen.</w:t>
            </w:r>
          </w:p>
        </w:tc>
      </w:tr>
    </w:tbl>
    <w:p w14:paraId="47F0A5ED" w14:textId="09D0A262" w:rsidR="0073273B" w:rsidRPr="001E3B6E" w:rsidRDefault="009A3BFE" w:rsidP="001E3B6E">
      <w:pPr>
        <w:pStyle w:val="Listeavsnitt"/>
        <w:numPr>
          <w:ilvl w:val="0"/>
          <w:numId w:val="24"/>
        </w:numPr>
        <w:rPr>
          <w:lang w:val="nb-NO"/>
        </w:rPr>
      </w:pPr>
      <w:r w:rsidRPr="001E3B6E">
        <w:rPr>
          <w:b/>
          <w:lang w:val="nb-NO"/>
        </w:rPr>
        <w:lastRenderedPageBreak/>
        <w:t>Ferdigstillelse og sluttdokumentasjon</w:t>
      </w:r>
    </w:p>
    <w:p w14:paraId="761A439F" w14:textId="77777777" w:rsidR="0073273B" w:rsidRPr="00C40446" w:rsidRDefault="009A3BFE">
      <w:pPr>
        <w:pStyle w:val="Overskrift2"/>
        <w:rPr>
          <w:lang w:val="nb-NO"/>
        </w:rPr>
      </w:pPr>
      <w:r w:rsidRPr="00C40446">
        <w:rPr>
          <w:lang w:val="nb-NO"/>
        </w:rPr>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FA2835" w14:paraId="189093FD" w14:textId="77777777">
        <w:trPr>
          <w:cantSplit/>
        </w:trPr>
        <w:tc>
          <w:tcPr>
            <w:tcW w:w="4986" w:type="dxa"/>
          </w:tcPr>
          <w:p w14:paraId="52D7C92B" w14:textId="77777777" w:rsidR="00A71EDF" w:rsidRPr="00C40446" w:rsidRDefault="00A71EDF">
            <w:pPr>
              <w:spacing w:after="40"/>
              <w:rPr>
                <w:lang w:val="nb-NO"/>
              </w:rPr>
            </w:pPr>
            <w:r w:rsidRPr="00C40446">
              <w:rPr>
                <w:b/>
                <w:sz w:val="20"/>
                <w:lang w:val="nb-NO"/>
              </w:rPr>
              <w:t>Hovedtema</w:t>
            </w:r>
          </w:p>
          <w:p w14:paraId="108DA7F2" w14:textId="77777777" w:rsidR="001E223F" w:rsidRDefault="001E223F">
            <w:pPr>
              <w:rPr>
                <w:sz w:val="20"/>
                <w:lang w:val="nb-NO"/>
              </w:rPr>
            </w:pPr>
            <w:r w:rsidRPr="001E223F">
              <w:rPr>
                <w:sz w:val="20"/>
                <w:lang w:val="nb-NO"/>
              </w:rPr>
              <w:t xml:space="preserve">Hovedtemaet handler om ferdigstillelse og overlevering av trevarer og bygginnredninger. </w:t>
            </w:r>
          </w:p>
          <w:p w14:paraId="6E96B68A" w14:textId="77777777" w:rsidR="001E223F" w:rsidRDefault="001E223F">
            <w:pPr>
              <w:rPr>
                <w:sz w:val="20"/>
                <w:lang w:val="nb-NO"/>
              </w:rPr>
            </w:pPr>
          </w:p>
          <w:p w14:paraId="214262F6" w14:textId="2570AC82" w:rsidR="00A71EDF" w:rsidRPr="001E223F" w:rsidRDefault="001E223F">
            <w:pPr>
              <w:rPr>
                <w:lang w:val="nb-NO"/>
              </w:rPr>
            </w:pPr>
            <w:r w:rsidRPr="001E223F">
              <w:rPr>
                <w:sz w:val="20"/>
                <w:lang w:val="nb-NO"/>
              </w:rPr>
              <w:t>Det handler også om krav til sluttdokumentasjon og om drifts- og vedlikeholdsdokumentasjon (FDV).</w:t>
            </w:r>
          </w:p>
        </w:tc>
        <w:tc>
          <w:tcPr>
            <w:tcW w:w="4986" w:type="dxa"/>
          </w:tcPr>
          <w:p w14:paraId="0ADB460C" w14:textId="77777777" w:rsidR="00A71EDF" w:rsidRPr="00C40446" w:rsidRDefault="00A71EDF">
            <w:pPr>
              <w:spacing w:after="40"/>
              <w:rPr>
                <w:lang w:val="nb-NO"/>
              </w:rPr>
            </w:pPr>
            <w:r w:rsidRPr="00C40446">
              <w:rPr>
                <w:b/>
                <w:sz w:val="20"/>
                <w:lang w:val="nb-NO"/>
              </w:rPr>
              <w:t>Innhold</w:t>
            </w:r>
          </w:p>
          <w:p w14:paraId="43E6C47B" w14:textId="60FF87C8" w:rsidR="001E223F" w:rsidRDefault="001E223F" w:rsidP="001E223F">
            <w:pPr>
              <w:pStyle w:val="Punktliste"/>
              <w:numPr>
                <w:ilvl w:val="0"/>
                <w:numId w:val="22"/>
              </w:numPr>
              <w:rPr>
                <w:sz w:val="20"/>
                <w:lang w:val="nb-NO"/>
              </w:rPr>
            </w:pPr>
            <w:r w:rsidRPr="001E223F">
              <w:rPr>
                <w:sz w:val="20"/>
                <w:lang w:val="nb-NO"/>
              </w:rPr>
              <w:t xml:space="preserve">standarder for ferdigstillelse og overlevering av arbeid i trevare- og bygginnredningsfaget </w:t>
            </w:r>
          </w:p>
          <w:p w14:paraId="28902A01" w14:textId="033C7A71" w:rsidR="001E223F" w:rsidRDefault="001E223F" w:rsidP="001E223F">
            <w:pPr>
              <w:pStyle w:val="Punktliste"/>
              <w:numPr>
                <w:ilvl w:val="0"/>
                <w:numId w:val="22"/>
              </w:numPr>
              <w:rPr>
                <w:sz w:val="20"/>
                <w:lang w:val="nb-NO"/>
              </w:rPr>
            </w:pPr>
            <w:r w:rsidRPr="001E223F">
              <w:rPr>
                <w:sz w:val="20"/>
                <w:lang w:val="nb-NO"/>
              </w:rPr>
              <w:t>krav til dokumentasjon av trevarer og bygginnredninger</w:t>
            </w:r>
          </w:p>
          <w:p w14:paraId="78E42EDF" w14:textId="4D3B1E30" w:rsidR="001E223F" w:rsidRDefault="001E223F" w:rsidP="001E223F">
            <w:pPr>
              <w:pStyle w:val="Punktliste"/>
              <w:numPr>
                <w:ilvl w:val="0"/>
                <w:numId w:val="22"/>
              </w:numPr>
              <w:rPr>
                <w:sz w:val="20"/>
                <w:lang w:val="nb-NO"/>
              </w:rPr>
            </w:pPr>
            <w:r w:rsidRPr="001E223F">
              <w:rPr>
                <w:sz w:val="20"/>
                <w:lang w:val="nb-NO"/>
              </w:rPr>
              <w:t xml:space="preserve">drifts- og vedlikeholds dokumentasjon (FDV) </w:t>
            </w:r>
          </w:p>
          <w:p w14:paraId="13004093" w14:textId="093CC232" w:rsidR="001E223F" w:rsidRDefault="001E223F" w:rsidP="001E223F">
            <w:pPr>
              <w:pStyle w:val="Punktliste"/>
              <w:numPr>
                <w:ilvl w:val="0"/>
                <w:numId w:val="22"/>
              </w:numPr>
              <w:rPr>
                <w:sz w:val="20"/>
                <w:lang w:val="nb-NO"/>
              </w:rPr>
            </w:pPr>
            <w:r w:rsidRPr="001E223F">
              <w:rPr>
                <w:sz w:val="20"/>
                <w:lang w:val="nb-NO"/>
              </w:rPr>
              <w:t xml:space="preserve">miljø- og produktdeklarasjon </w:t>
            </w:r>
          </w:p>
          <w:p w14:paraId="632B8B6C" w14:textId="30549BE8" w:rsidR="00A71EDF" w:rsidRPr="00C40446" w:rsidRDefault="001E223F" w:rsidP="001E223F">
            <w:pPr>
              <w:pStyle w:val="Punktliste"/>
              <w:numPr>
                <w:ilvl w:val="0"/>
                <w:numId w:val="22"/>
              </w:numPr>
              <w:rPr>
                <w:lang w:val="nb-NO"/>
              </w:rPr>
            </w:pPr>
            <w:r w:rsidRPr="001E223F">
              <w:rPr>
                <w:sz w:val="20"/>
                <w:lang w:val="nb-NO"/>
              </w:rPr>
              <w:t>koordinere installasjon og ferdigstillelse i grensesnitt mot andre fag</w:t>
            </w:r>
          </w:p>
        </w:tc>
      </w:tr>
    </w:tbl>
    <w:p w14:paraId="5E416626" w14:textId="77777777" w:rsidR="00402CC2" w:rsidRPr="00C40446" w:rsidRDefault="00402CC2">
      <w:pPr>
        <w:rPr>
          <w:kern w:val="2"/>
          <w:lang w:val="nb-NO" w:eastAsia="nb-NO"/>
          <w14:ligatures w14:val="standardContextual"/>
        </w:rPr>
      </w:pPr>
      <w:r w:rsidRPr="00C40446">
        <w:rPr>
          <w:lang w:val="nb-NO"/>
        </w:rPr>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C40446" w14:paraId="5D1738EE" w14:textId="77777777" w:rsidTr="00973983">
        <w:trPr>
          <w:trHeight w:val="6451"/>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C40446" w:rsidRDefault="00402CC2">
            <w:pPr>
              <w:spacing w:after="40" w:line="240" w:lineRule="auto"/>
              <w:rPr>
                <w:kern w:val="2"/>
                <w:lang w:val="nb-NO" w:eastAsia="nb-NO"/>
                <w14:ligatures w14:val="standardContextual"/>
              </w:rPr>
            </w:pPr>
            <w:r w:rsidRPr="00C40446">
              <w:rPr>
                <w:b/>
                <w:bCs/>
                <w:sz w:val="20"/>
                <w:szCs w:val="20"/>
                <w:lang w:val="nb-NO"/>
              </w:rPr>
              <w:t>Egenvurdering (skriv her)</w:t>
            </w:r>
          </w:p>
          <w:p w14:paraId="4BE2F67F" w14:textId="77777777" w:rsidR="00402CC2" w:rsidRPr="00C40446" w:rsidRDefault="00402CC2">
            <w:pPr>
              <w:spacing w:after="0" w:line="240" w:lineRule="auto"/>
              <w:rPr>
                <w:lang w:val="nb-NO"/>
              </w:rPr>
            </w:pPr>
            <w:r w:rsidRPr="00C40446">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27737AE4" w14:textId="77777777" w:rsidR="00402CC2" w:rsidRPr="00C40446" w:rsidRDefault="00402CC2">
      <w:pPr>
        <w:rPr>
          <w:kern w:val="2"/>
          <w:lang w:val="nb-NO" w:eastAsia="nb-NO"/>
          <w14:ligatures w14:val="standardContextual"/>
        </w:rPr>
      </w:pPr>
      <w:r w:rsidRPr="00C40446">
        <w:rPr>
          <w:lang w:val="nb-NO"/>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FA2835"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C40446" w:rsidRDefault="0049336C">
            <w:pPr>
              <w:spacing w:after="40" w:line="240" w:lineRule="auto"/>
              <w:rPr>
                <w:kern w:val="2"/>
                <w:lang w:val="nb-NO" w:eastAsia="nb-NO"/>
                <w14:ligatures w14:val="standardContextual"/>
              </w:rPr>
            </w:pPr>
            <w:r w:rsidRPr="00C40446">
              <w:rPr>
                <w:b/>
                <w:bCs/>
                <w:sz w:val="20"/>
                <w:szCs w:val="20"/>
                <w:lang w:val="nb-NO"/>
              </w:rPr>
              <w:t>Relevante vedlegg (liste/henvisninger)</w:t>
            </w:r>
          </w:p>
          <w:p w14:paraId="04C18F15" w14:textId="77777777" w:rsidR="0049336C" w:rsidRPr="00C40446" w:rsidRDefault="0049336C">
            <w:pPr>
              <w:spacing w:after="0" w:line="240" w:lineRule="auto"/>
              <w:rPr>
                <w:lang w:val="nb-NO"/>
              </w:rPr>
            </w:pPr>
            <w:r w:rsidRPr="00C40446">
              <w:rPr>
                <w:sz w:val="20"/>
                <w:szCs w:val="20"/>
                <w:lang w:val="nb-NO"/>
              </w:rPr>
              <w:t>Oppgi vedleggsnummer og kort beskrivelse av dokumentasjonen som underbygger egenvurderingen.</w:t>
            </w:r>
          </w:p>
        </w:tc>
      </w:tr>
    </w:tbl>
    <w:p w14:paraId="3DA7A68F" w14:textId="752B2E97" w:rsidR="00A97E60" w:rsidRPr="001E3B6E" w:rsidRDefault="006B1683" w:rsidP="001E3B6E">
      <w:pPr>
        <w:pStyle w:val="Listeavsnitt"/>
        <w:numPr>
          <w:ilvl w:val="0"/>
          <w:numId w:val="24"/>
        </w:numPr>
        <w:rPr>
          <w:lang w:val="nb-NO"/>
        </w:rPr>
      </w:pPr>
      <w:r w:rsidRPr="001E3B6E">
        <w:rPr>
          <w:b/>
          <w:lang w:val="nb-NO"/>
        </w:rPr>
        <w:lastRenderedPageBreak/>
        <w:t>Serviceledelse og kundebehandling</w:t>
      </w:r>
    </w:p>
    <w:p w14:paraId="63AD9E67" w14:textId="05A61698" w:rsidR="00A97E60" w:rsidRPr="00C40446" w:rsidRDefault="006B1683" w:rsidP="00A97E60">
      <w:pPr>
        <w:pStyle w:val="Overskrift2"/>
        <w:rPr>
          <w:lang w:val="nb-NO"/>
        </w:rPr>
      </w:pPr>
      <w:r w:rsidRPr="006B1683">
        <w:rPr>
          <w:lang w:val="nb-NO"/>
        </w:rPr>
        <w:t>Serviceledelse og kundebehandling</w:t>
      </w:r>
    </w:p>
    <w:tbl>
      <w:tblPr>
        <w:tblStyle w:val="Tabellrutenett"/>
        <w:tblW w:w="0" w:type="auto"/>
        <w:tblLook w:val="04A0" w:firstRow="1" w:lastRow="0" w:firstColumn="1" w:lastColumn="0" w:noHBand="0" w:noVBand="1"/>
      </w:tblPr>
      <w:tblGrid>
        <w:gridCol w:w="4986"/>
        <w:gridCol w:w="4986"/>
      </w:tblGrid>
      <w:tr w:rsidR="00A97E60" w:rsidRPr="003B7A21" w14:paraId="162E7A96" w14:textId="77777777" w:rsidTr="00C1514D">
        <w:trPr>
          <w:cantSplit/>
        </w:trPr>
        <w:tc>
          <w:tcPr>
            <w:tcW w:w="4986" w:type="dxa"/>
          </w:tcPr>
          <w:p w14:paraId="16A2C92F" w14:textId="77777777" w:rsidR="00A97E60" w:rsidRPr="00C40446" w:rsidRDefault="00A97E60" w:rsidP="00C1514D">
            <w:pPr>
              <w:spacing w:after="40"/>
              <w:rPr>
                <w:lang w:val="nb-NO"/>
              </w:rPr>
            </w:pPr>
            <w:r w:rsidRPr="00C40446">
              <w:rPr>
                <w:b/>
                <w:sz w:val="20"/>
                <w:lang w:val="nb-NO"/>
              </w:rPr>
              <w:t>Hovedtema</w:t>
            </w:r>
          </w:p>
          <w:p w14:paraId="1A761783" w14:textId="77777777" w:rsidR="00C97F2E" w:rsidRDefault="00C97F2E" w:rsidP="00C1514D">
            <w:pPr>
              <w:rPr>
                <w:sz w:val="20"/>
                <w:lang w:val="nb-NO"/>
              </w:rPr>
            </w:pPr>
            <w:r w:rsidRPr="00C97F2E">
              <w:rPr>
                <w:sz w:val="20"/>
                <w:lang w:val="nb-NO"/>
              </w:rPr>
              <w:t xml:space="preserve">Hovedtemaet handler om utvikling av servicekonsepter og etablering av bedriftens standarder for service- og kundebehandling. </w:t>
            </w:r>
          </w:p>
          <w:p w14:paraId="60D49135" w14:textId="77777777" w:rsidR="00C97F2E" w:rsidRDefault="00C97F2E" w:rsidP="00C1514D">
            <w:pPr>
              <w:rPr>
                <w:sz w:val="20"/>
                <w:lang w:val="nb-NO"/>
              </w:rPr>
            </w:pPr>
          </w:p>
          <w:p w14:paraId="3130CEA9" w14:textId="77777777" w:rsidR="00C97F2E" w:rsidRDefault="00C97F2E" w:rsidP="00C1514D">
            <w:pPr>
              <w:rPr>
                <w:sz w:val="20"/>
                <w:lang w:val="nb-NO"/>
              </w:rPr>
            </w:pPr>
            <w:r w:rsidRPr="00C97F2E">
              <w:rPr>
                <w:sz w:val="20"/>
                <w:lang w:val="nb-NO"/>
              </w:rPr>
              <w:t>Det handler også om planmessig relasjonsbygging, utvikling av kundelojalitet og bruk av sosiale medier.</w:t>
            </w:r>
          </w:p>
          <w:p w14:paraId="7C26A52C" w14:textId="77777777" w:rsidR="00C97F2E" w:rsidRDefault="00C97F2E" w:rsidP="00C1514D">
            <w:pPr>
              <w:rPr>
                <w:sz w:val="20"/>
                <w:lang w:val="nb-NO"/>
              </w:rPr>
            </w:pPr>
          </w:p>
          <w:p w14:paraId="4E5CFFDD" w14:textId="719B85E3" w:rsidR="00A97E60" w:rsidRPr="00C97F2E" w:rsidRDefault="00C97F2E" w:rsidP="00C1514D">
            <w:pPr>
              <w:rPr>
                <w:lang w:val="nb-NO"/>
              </w:rPr>
            </w:pPr>
            <w:r w:rsidRPr="00C97F2E">
              <w:rPr>
                <w:sz w:val="20"/>
                <w:lang w:val="nb-NO"/>
              </w:rPr>
              <w:t>Ansvarsforhold mellom produsent og forbruker er en del av temaet.</w:t>
            </w:r>
          </w:p>
        </w:tc>
        <w:tc>
          <w:tcPr>
            <w:tcW w:w="4986" w:type="dxa"/>
          </w:tcPr>
          <w:p w14:paraId="60D09E1F" w14:textId="77777777" w:rsidR="00A97E60" w:rsidRPr="00C40446" w:rsidRDefault="00A97E60" w:rsidP="00C1514D">
            <w:pPr>
              <w:spacing w:after="40"/>
              <w:rPr>
                <w:lang w:val="nb-NO"/>
              </w:rPr>
            </w:pPr>
            <w:r w:rsidRPr="00C40446">
              <w:rPr>
                <w:b/>
                <w:sz w:val="20"/>
                <w:lang w:val="nb-NO"/>
              </w:rPr>
              <w:t>Innhold</w:t>
            </w:r>
          </w:p>
          <w:p w14:paraId="7E97205F" w14:textId="1161D108" w:rsidR="003B7A21" w:rsidRPr="003B7A21" w:rsidRDefault="003B7A21" w:rsidP="003B7A21">
            <w:pPr>
              <w:pStyle w:val="Punktliste"/>
              <w:numPr>
                <w:ilvl w:val="0"/>
                <w:numId w:val="23"/>
              </w:numPr>
              <w:rPr>
                <w:lang w:val="nb-NO"/>
              </w:rPr>
            </w:pPr>
            <w:r w:rsidRPr="003B7A21">
              <w:rPr>
                <w:sz w:val="20"/>
                <w:lang w:val="nb-NO"/>
              </w:rPr>
              <w:t xml:space="preserve">servicebegrepet  </w:t>
            </w:r>
          </w:p>
          <w:p w14:paraId="57A19A31" w14:textId="709CDF85" w:rsidR="003B7A21" w:rsidRPr="003B7A21" w:rsidRDefault="003B7A21" w:rsidP="003B7A21">
            <w:pPr>
              <w:pStyle w:val="Punktliste"/>
              <w:numPr>
                <w:ilvl w:val="0"/>
                <w:numId w:val="23"/>
              </w:numPr>
              <w:rPr>
                <w:lang w:val="nb-NO"/>
              </w:rPr>
            </w:pPr>
            <w:r w:rsidRPr="003B7A21">
              <w:rPr>
                <w:sz w:val="20"/>
                <w:lang w:val="nb-NO"/>
              </w:rPr>
              <w:t xml:space="preserve">utvikling av servicekonsepter  </w:t>
            </w:r>
          </w:p>
          <w:p w14:paraId="7277C635" w14:textId="71B2E11B" w:rsidR="003B7A21" w:rsidRPr="003B7A21" w:rsidRDefault="003B7A21" w:rsidP="003B7A21">
            <w:pPr>
              <w:pStyle w:val="Punktliste"/>
              <w:numPr>
                <w:ilvl w:val="0"/>
                <w:numId w:val="23"/>
              </w:numPr>
              <w:rPr>
                <w:lang w:val="nb-NO"/>
              </w:rPr>
            </w:pPr>
            <w:r w:rsidRPr="003B7A21">
              <w:rPr>
                <w:sz w:val="20"/>
                <w:lang w:val="nb-NO"/>
              </w:rPr>
              <w:t xml:space="preserve">kundebehandling og -lojalitet </w:t>
            </w:r>
          </w:p>
          <w:p w14:paraId="1079CE24" w14:textId="287199A2" w:rsidR="003B7A21" w:rsidRPr="003B7A21" w:rsidRDefault="003B7A21" w:rsidP="003B7A21">
            <w:pPr>
              <w:pStyle w:val="Punktliste"/>
              <w:numPr>
                <w:ilvl w:val="0"/>
                <w:numId w:val="23"/>
              </w:numPr>
              <w:rPr>
                <w:lang w:val="nb-NO"/>
              </w:rPr>
            </w:pPr>
            <w:r w:rsidRPr="003B7A21">
              <w:rPr>
                <w:sz w:val="20"/>
                <w:lang w:val="nb-NO"/>
              </w:rPr>
              <w:t xml:space="preserve">relasjonsbygging </w:t>
            </w:r>
          </w:p>
          <w:p w14:paraId="2DB5DE01" w14:textId="291FB565" w:rsidR="003B7A21" w:rsidRPr="003B7A21" w:rsidRDefault="003B7A21" w:rsidP="003B7A21">
            <w:pPr>
              <w:pStyle w:val="Punktliste"/>
              <w:numPr>
                <w:ilvl w:val="0"/>
                <w:numId w:val="23"/>
              </w:numPr>
              <w:rPr>
                <w:lang w:val="nb-NO"/>
              </w:rPr>
            </w:pPr>
            <w:r w:rsidRPr="003B7A21">
              <w:rPr>
                <w:sz w:val="20"/>
                <w:lang w:val="nb-NO"/>
              </w:rPr>
              <w:t xml:space="preserve">merkevarebygging  </w:t>
            </w:r>
          </w:p>
          <w:p w14:paraId="23181D43" w14:textId="407E997D" w:rsidR="003B7A21" w:rsidRPr="003B7A21" w:rsidRDefault="003B7A21" w:rsidP="003B7A21">
            <w:pPr>
              <w:pStyle w:val="Punktliste"/>
              <w:numPr>
                <w:ilvl w:val="0"/>
                <w:numId w:val="23"/>
              </w:numPr>
              <w:rPr>
                <w:lang w:val="nb-NO"/>
              </w:rPr>
            </w:pPr>
            <w:r w:rsidRPr="003B7A21">
              <w:rPr>
                <w:sz w:val="20"/>
                <w:lang w:val="nb-NO"/>
              </w:rPr>
              <w:t xml:space="preserve">ekstern kommunikasjon og markedspåvirkning  </w:t>
            </w:r>
          </w:p>
          <w:p w14:paraId="51644B21" w14:textId="696FCF3E" w:rsidR="003B7A21" w:rsidRPr="003B7A21" w:rsidRDefault="003B7A21" w:rsidP="003B7A21">
            <w:pPr>
              <w:pStyle w:val="Punktliste"/>
              <w:numPr>
                <w:ilvl w:val="0"/>
                <w:numId w:val="23"/>
              </w:numPr>
              <w:rPr>
                <w:lang w:val="nb-NO"/>
              </w:rPr>
            </w:pPr>
            <w:r w:rsidRPr="003B7A21">
              <w:rPr>
                <w:sz w:val="20"/>
                <w:lang w:val="nb-NO"/>
              </w:rPr>
              <w:t xml:space="preserve">håndtering av sosiale medier </w:t>
            </w:r>
          </w:p>
          <w:p w14:paraId="006F8FD3" w14:textId="016E7DBB" w:rsidR="003B7A21" w:rsidRPr="003B7A21" w:rsidRDefault="003B7A21" w:rsidP="003B7A21">
            <w:pPr>
              <w:pStyle w:val="Punktliste"/>
              <w:numPr>
                <w:ilvl w:val="0"/>
                <w:numId w:val="23"/>
              </w:numPr>
              <w:rPr>
                <w:lang w:val="nb-NO"/>
              </w:rPr>
            </w:pPr>
            <w:r w:rsidRPr="003B7A21">
              <w:rPr>
                <w:sz w:val="20"/>
                <w:lang w:val="nb-NO"/>
              </w:rPr>
              <w:t xml:space="preserve">forbrukerkjøpsloven  </w:t>
            </w:r>
          </w:p>
          <w:p w14:paraId="73C111D0" w14:textId="782D95E9" w:rsidR="003B7A21" w:rsidRPr="003B7A21" w:rsidRDefault="003B7A21" w:rsidP="003B7A21">
            <w:pPr>
              <w:pStyle w:val="Punktliste"/>
              <w:numPr>
                <w:ilvl w:val="0"/>
                <w:numId w:val="23"/>
              </w:numPr>
              <w:rPr>
                <w:lang w:val="nb-NO"/>
              </w:rPr>
            </w:pPr>
            <w:r w:rsidRPr="003B7A21">
              <w:rPr>
                <w:sz w:val="20"/>
                <w:lang w:val="nb-NO"/>
              </w:rPr>
              <w:t xml:space="preserve">produktansvarsloven </w:t>
            </w:r>
          </w:p>
          <w:p w14:paraId="12BDCB57" w14:textId="52ED46C7" w:rsidR="00A97E60" w:rsidRPr="00C40446" w:rsidRDefault="003B7A21" w:rsidP="003B7A21">
            <w:pPr>
              <w:pStyle w:val="Punktliste"/>
              <w:numPr>
                <w:ilvl w:val="0"/>
                <w:numId w:val="23"/>
              </w:numPr>
              <w:rPr>
                <w:lang w:val="nb-NO"/>
              </w:rPr>
            </w:pPr>
            <w:r w:rsidRPr="003B7A21">
              <w:rPr>
                <w:sz w:val="20"/>
                <w:lang w:val="nb-NO"/>
              </w:rPr>
              <w:t>takling av utfordrende kundesituasjoner</w:t>
            </w:r>
          </w:p>
        </w:tc>
      </w:tr>
    </w:tbl>
    <w:p w14:paraId="102185E4" w14:textId="77777777" w:rsidR="00A97E60" w:rsidRPr="00C40446" w:rsidRDefault="00A97E60" w:rsidP="00A97E60">
      <w:pPr>
        <w:rPr>
          <w:kern w:val="2"/>
          <w:lang w:val="nb-NO" w:eastAsia="nb-NO"/>
          <w14:ligatures w14:val="standardContextual"/>
        </w:rPr>
      </w:pPr>
      <w:r w:rsidRPr="00C40446">
        <w:rPr>
          <w:lang w:val="nb-NO"/>
        </w:rPr>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A97E60" w:rsidRPr="00C40446" w14:paraId="70C33B76" w14:textId="77777777" w:rsidTr="00553242">
        <w:trPr>
          <w:trHeight w:val="591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1A348C" w14:textId="77777777" w:rsidR="00A97E60" w:rsidRPr="00C40446" w:rsidRDefault="00A97E60" w:rsidP="00C1514D">
            <w:pPr>
              <w:spacing w:after="40" w:line="240" w:lineRule="auto"/>
              <w:rPr>
                <w:kern w:val="2"/>
                <w:lang w:val="nb-NO" w:eastAsia="nb-NO"/>
                <w14:ligatures w14:val="standardContextual"/>
              </w:rPr>
            </w:pPr>
            <w:r w:rsidRPr="00C40446">
              <w:rPr>
                <w:b/>
                <w:bCs/>
                <w:sz w:val="20"/>
                <w:szCs w:val="20"/>
                <w:lang w:val="nb-NO"/>
              </w:rPr>
              <w:t>Egenvurdering (skriv her)</w:t>
            </w:r>
          </w:p>
          <w:p w14:paraId="155ECBF5" w14:textId="77777777" w:rsidR="00A97E60" w:rsidRPr="00C40446" w:rsidRDefault="00A97E60" w:rsidP="00C1514D">
            <w:pPr>
              <w:spacing w:after="0" w:line="240" w:lineRule="auto"/>
              <w:rPr>
                <w:lang w:val="nb-NO"/>
              </w:rPr>
            </w:pPr>
            <w:r w:rsidRPr="00C40446">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0CCD0652" w14:textId="77777777" w:rsidR="00A97E60" w:rsidRPr="00C40446" w:rsidRDefault="00A97E60" w:rsidP="00A97E60">
      <w:pPr>
        <w:rPr>
          <w:kern w:val="2"/>
          <w:lang w:val="nb-NO" w:eastAsia="nb-NO"/>
          <w14:ligatures w14:val="standardContextual"/>
        </w:rPr>
      </w:pPr>
      <w:r w:rsidRPr="00C40446">
        <w:rPr>
          <w:lang w:val="nb-NO"/>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A97E60" w:rsidRPr="00FA2835" w14:paraId="3D906575" w14:textId="77777777" w:rsidTr="00553242">
        <w:trPr>
          <w:trHeight w:val="1944"/>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78335C" w14:textId="77777777" w:rsidR="00A97E60" w:rsidRPr="00C40446" w:rsidRDefault="00A97E60" w:rsidP="00C1514D">
            <w:pPr>
              <w:spacing w:after="40" w:line="240" w:lineRule="auto"/>
              <w:rPr>
                <w:kern w:val="2"/>
                <w:lang w:val="nb-NO" w:eastAsia="nb-NO"/>
                <w14:ligatures w14:val="standardContextual"/>
              </w:rPr>
            </w:pPr>
            <w:r w:rsidRPr="00C40446">
              <w:rPr>
                <w:b/>
                <w:bCs/>
                <w:sz w:val="20"/>
                <w:szCs w:val="20"/>
                <w:lang w:val="nb-NO"/>
              </w:rPr>
              <w:t>Relevante vedlegg (liste/henvisninger)</w:t>
            </w:r>
          </w:p>
          <w:p w14:paraId="0E571369" w14:textId="77777777" w:rsidR="00A97E60" w:rsidRPr="00C40446" w:rsidRDefault="00A97E60" w:rsidP="00C1514D">
            <w:pPr>
              <w:spacing w:after="0" w:line="240" w:lineRule="auto"/>
              <w:rPr>
                <w:lang w:val="nb-NO"/>
              </w:rPr>
            </w:pPr>
            <w:r w:rsidRPr="00C40446">
              <w:rPr>
                <w:sz w:val="20"/>
                <w:szCs w:val="20"/>
                <w:lang w:val="nb-NO"/>
              </w:rPr>
              <w:t>Oppgi vedleggsnummer og kort beskrivelse av dokumentasjonen som underbygger egenvurderingen.</w:t>
            </w:r>
          </w:p>
        </w:tc>
      </w:tr>
    </w:tbl>
    <w:p w14:paraId="1B4B9534" w14:textId="77777777" w:rsidR="00A97E60" w:rsidRPr="004A154B" w:rsidRDefault="00A97E60">
      <w:pPr>
        <w:rPr>
          <w:lang w:val="nb-NO"/>
        </w:rPr>
      </w:pPr>
    </w:p>
    <w:sectPr w:rsidR="00A97E60" w:rsidRPr="004A154B" w:rsidSect="006F40A2">
      <w:pgSz w:w="12240" w:h="15840"/>
      <w:pgMar w:top="1134" w:right="1134" w:bottom="156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D38DED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16346C54"/>
    <w:multiLevelType w:val="hybridMultilevel"/>
    <w:tmpl w:val="7F38EFF8"/>
    <w:lvl w:ilvl="0" w:tplc="04140001">
      <w:start w:val="1"/>
      <w:numFmt w:val="bullet"/>
      <w:lvlText w:val=""/>
      <w:lvlJc w:val="left"/>
      <w:pPr>
        <w:ind w:left="720" w:hanging="360"/>
      </w:pPr>
      <w:rPr>
        <w:rFonts w:ascii="Symbol" w:hAnsi="Symbol"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1A14FF4"/>
    <w:multiLevelType w:val="hybridMultilevel"/>
    <w:tmpl w:val="57E2D558"/>
    <w:lvl w:ilvl="0" w:tplc="04140003">
      <w:start w:val="1"/>
      <w:numFmt w:val="bullet"/>
      <w:lvlText w:val="o"/>
      <w:lvlJc w:val="left"/>
      <w:pPr>
        <w:ind w:left="720" w:hanging="360"/>
      </w:pPr>
      <w:rPr>
        <w:rFonts w:ascii="Courier New" w:hAnsi="Courier New" w:cs="Courier New"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787457"/>
    <w:multiLevelType w:val="hybridMultilevel"/>
    <w:tmpl w:val="A6A6C3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E1566C"/>
    <w:multiLevelType w:val="hybridMultilevel"/>
    <w:tmpl w:val="72B2B3D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5446AE"/>
    <w:multiLevelType w:val="hybridMultilevel"/>
    <w:tmpl w:val="16C4BB9C"/>
    <w:lvl w:ilvl="0" w:tplc="EE0CC83A">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52E60ACA"/>
    <w:multiLevelType w:val="hybridMultilevel"/>
    <w:tmpl w:val="1B0CD9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446865"/>
    <w:multiLevelType w:val="hybridMultilevel"/>
    <w:tmpl w:val="41CA2F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056971954">
    <w:abstractNumId w:val="22"/>
  </w:num>
  <w:num w:numId="2" w16cid:durableId="1340962720">
    <w:abstractNumId w:val="11"/>
  </w:num>
  <w:num w:numId="3" w16cid:durableId="1533961408">
    <w:abstractNumId w:val="9"/>
  </w:num>
  <w:num w:numId="4" w16cid:durableId="1551459587">
    <w:abstractNumId w:val="6"/>
  </w:num>
  <w:num w:numId="5" w16cid:durableId="1605577180">
    <w:abstractNumId w:val="15"/>
  </w:num>
  <w:num w:numId="6" w16cid:durableId="1698653854">
    <w:abstractNumId w:val="10"/>
  </w:num>
  <w:num w:numId="7" w16cid:durableId="1713192248">
    <w:abstractNumId w:val="5"/>
  </w:num>
  <w:num w:numId="8" w16cid:durableId="1763991747">
    <w:abstractNumId w:val="4"/>
  </w:num>
  <w:num w:numId="9" w16cid:durableId="2040546082">
    <w:abstractNumId w:val="14"/>
  </w:num>
  <w:num w:numId="10" w16cid:durableId="3633110">
    <w:abstractNumId w:val="17"/>
  </w:num>
  <w:num w:numId="11" w16cid:durableId="397942557">
    <w:abstractNumId w:val="1"/>
  </w:num>
  <w:num w:numId="12" w16cid:durableId="39984072">
    <w:abstractNumId w:val="0"/>
  </w:num>
  <w:num w:numId="13" w16cid:durableId="59210412">
    <w:abstractNumId w:val="19"/>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1173646428">
    <w:abstractNumId w:val="18"/>
  </w:num>
  <w:num w:numId="19" w16cid:durableId="287322824">
    <w:abstractNumId w:val="13"/>
  </w:num>
  <w:num w:numId="20" w16cid:durableId="48114526">
    <w:abstractNumId w:val="21"/>
  </w:num>
  <w:num w:numId="21" w16cid:durableId="1101294166">
    <w:abstractNumId w:val="23"/>
  </w:num>
  <w:num w:numId="22" w16cid:durableId="312876122">
    <w:abstractNumId w:val="16"/>
  </w:num>
  <w:num w:numId="23" w16cid:durableId="1401445337">
    <w:abstractNumId w:val="12"/>
  </w:num>
  <w:num w:numId="24" w16cid:durableId="15258270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F9"/>
    <w:rsid w:val="0001595B"/>
    <w:rsid w:val="000205B4"/>
    <w:rsid w:val="00034616"/>
    <w:rsid w:val="0006063C"/>
    <w:rsid w:val="00064C05"/>
    <w:rsid w:val="00072325"/>
    <w:rsid w:val="000726E0"/>
    <w:rsid w:val="000D5669"/>
    <w:rsid w:val="000E21C4"/>
    <w:rsid w:val="000E37AB"/>
    <w:rsid w:val="0014375E"/>
    <w:rsid w:val="0015074B"/>
    <w:rsid w:val="001B1F01"/>
    <w:rsid w:val="001E223F"/>
    <w:rsid w:val="001E3B6E"/>
    <w:rsid w:val="00224FC7"/>
    <w:rsid w:val="00225D7B"/>
    <w:rsid w:val="00246FE0"/>
    <w:rsid w:val="002517C1"/>
    <w:rsid w:val="00272D85"/>
    <w:rsid w:val="0029639D"/>
    <w:rsid w:val="002A6727"/>
    <w:rsid w:val="002D06FE"/>
    <w:rsid w:val="002E24E8"/>
    <w:rsid w:val="002F7761"/>
    <w:rsid w:val="00326896"/>
    <w:rsid w:val="00326F90"/>
    <w:rsid w:val="00327344"/>
    <w:rsid w:val="00395A27"/>
    <w:rsid w:val="00397A11"/>
    <w:rsid w:val="003B7A21"/>
    <w:rsid w:val="003F64D4"/>
    <w:rsid w:val="00402CC2"/>
    <w:rsid w:val="00410E14"/>
    <w:rsid w:val="00437B97"/>
    <w:rsid w:val="00467085"/>
    <w:rsid w:val="0049336C"/>
    <w:rsid w:val="004A154B"/>
    <w:rsid w:val="004A726A"/>
    <w:rsid w:val="004E0CA3"/>
    <w:rsid w:val="004E1DC1"/>
    <w:rsid w:val="004E3B72"/>
    <w:rsid w:val="00553242"/>
    <w:rsid w:val="005A4237"/>
    <w:rsid w:val="005D7A5C"/>
    <w:rsid w:val="00615E16"/>
    <w:rsid w:val="006938B7"/>
    <w:rsid w:val="006A686F"/>
    <w:rsid w:val="006B1683"/>
    <w:rsid w:val="006C152D"/>
    <w:rsid w:val="006F40A2"/>
    <w:rsid w:val="007051FA"/>
    <w:rsid w:val="00705E16"/>
    <w:rsid w:val="0073273B"/>
    <w:rsid w:val="0076652C"/>
    <w:rsid w:val="007B1B49"/>
    <w:rsid w:val="00812DE0"/>
    <w:rsid w:val="008317C3"/>
    <w:rsid w:val="00852CDC"/>
    <w:rsid w:val="00870BB2"/>
    <w:rsid w:val="008C43FD"/>
    <w:rsid w:val="008D7A2E"/>
    <w:rsid w:val="008F5AF9"/>
    <w:rsid w:val="00955E8D"/>
    <w:rsid w:val="0096215D"/>
    <w:rsid w:val="00973983"/>
    <w:rsid w:val="00983EDF"/>
    <w:rsid w:val="00996F8C"/>
    <w:rsid w:val="009A3BFE"/>
    <w:rsid w:val="009B2179"/>
    <w:rsid w:val="009C07E1"/>
    <w:rsid w:val="00A71EDF"/>
    <w:rsid w:val="00A86160"/>
    <w:rsid w:val="00A97E60"/>
    <w:rsid w:val="00AA1D8D"/>
    <w:rsid w:val="00AC4448"/>
    <w:rsid w:val="00AC5D89"/>
    <w:rsid w:val="00AC6722"/>
    <w:rsid w:val="00B0280A"/>
    <w:rsid w:val="00B47730"/>
    <w:rsid w:val="00BA52E0"/>
    <w:rsid w:val="00BD4773"/>
    <w:rsid w:val="00BF0F3E"/>
    <w:rsid w:val="00C20357"/>
    <w:rsid w:val="00C40077"/>
    <w:rsid w:val="00C40446"/>
    <w:rsid w:val="00C67D86"/>
    <w:rsid w:val="00C80F80"/>
    <w:rsid w:val="00C97F2E"/>
    <w:rsid w:val="00CB0664"/>
    <w:rsid w:val="00D452D0"/>
    <w:rsid w:val="00DD0521"/>
    <w:rsid w:val="00E0569E"/>
    <w:rsid w:val="00E22810"/>
    <w:rsid w:val="00E46D05"/>
    <w:rsid w:val="00E75CB8"/>
    <w:rsid w:val="00EB54F3"/>
    <w:rsid w:val="00EC6488"/>
    <w:rsid w:val="00F03EE0"/>
    <w:rsid w:val="00F303E0"/>
    <w:rsid w:val="00F35FF2"/>
    <w:rsid w:val="00F72070"/>
    <w:rsid w:val="00F84209"/>
    <w:rsid w:val="00FA2835"/>
    <w:rsid w:val="00FA7CD7"/>
    <w:rsid w:val="00FC693F"/>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1772685-6FFA-4882-B215-5E4F2B4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 w:type="character" w:styleId="Fulgthyperkobling">
    <w:name w:val="FollowedHyperlink"/>
    <w:basedOn w:val="Standardskriftforavsnitt"/>
    <w:uiPriority w:val="99"/>
    <w:semiHidden/>
    <w:unhideWhenUsed/>
    <w:rsid w:val="001E3B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erbrev.no/wp-content/uploads/2021/12/Studieplan-FF-Trevare-og-bygginnredningsfaget-26.06.19.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2.xml><?xml version="1.0" encoding="utf-8"?>
<ds:datastoreItem xmlns:ds="http://schemas.openxmlformats.org/officeDocument/2006/customXml" ds:itemID="{347A5F2A-C087-45A2-9D3B-FD64262307CF}">
  <ds:schemaRefs>
    <ds:schemaRef ds:uri="http://schemas.microsoft.com/sharepoint/v3/contenttype/forms"/>
  </ds:schemaRefs>
</ds:datastoreItem>
</file>

<file path=customXml/itemProps3.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1187</Words>
  <Characters>8111</Characters>
  <Application>Microsoft Office Word</Application>
  <DocSecurity>0</DocSecurity>
  <Lines>253</Lines>
  <Paragraphs>163</Paragraphs>
  <ScaleCrop>false</ScaleCrop>
  <Manager/>
  <Company/>
  <LinksUpToDate>false</LinksUpToDate>
  <CharactersWithSpaces>9135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73</cp:revision>
  <dcterms:created xsi:type="dcterms:W3CDTF">2026-04-20T22:22:00Z</dcterms:created>
  <dcterms:modified xsi:type="dcterms:W3CDTF">2026-05-15T08:45:00Z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