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72F1786F" w:rsidR="0073273B" w:rsidRPr="008C6866" w:rsidRDefault="009A3BFE">
      <w:pPr>
        <w:pStyle w:val="Tittel"/>
      </w:pPr>
      <w:r w:rsidRPr="008C6866">
        <w:t xml:space="preserve">Egenvurdering – Faglig fordypning i </w:t>
      </w:r>
      <w:r w:rsidR="009D40A7" w:rsidRPr="008C6866">
        <w:t>feierfaget</w:t>
      </w:r>
    </w:p>
    <w:p w14:paraId="68DB9415" w14:textId="043643F2" w:rsidR="0073273B" w:rsidRPr="008C6866" w:rsidRDefault="009A3BFE">
      <w:r w:rsidRPr="008C6866">
        <w:rPr>
          <w:sz w:val="20"/>
        </w:rPr>
        <w:t>Navn: ________</w:t>
      </w:r>
      <w:r w:rsidR="00327344" w:rsidRPr="008C6866">
        <w:rPr>
          <w:sz w:val="20"/>
        </w:rPr>
        <w:t>___</w:t>
      </w:r>
      <w:r w:rsidRPr="008C6866">
        <w:rPr>
          <w:sz w:val="20"/>
        </w:rPr>
        <w:t>________</w:t>
      </w:r>
      <w:r w:rsidR="00327344" w:rsidRPr="008C6866">
        <w:rPr>
          <w:sz w:val="20"/>
        </w:rPr>
        <w:t>_________</w:t>
      </w:r>
      <w:r w:rsidRPr="008C6866">
        <w:rPr>
          <w:sz w:val="20"/>
        </w:rPr>
        <w:t>____    Fag: ______</w:t>
      </w:r>
      <w:r w:rsidR="00327344" w:rsidRPr="008C6866">
        <w:rPr>
          <w:sz w:val="20"/>
        </w:rPr>
        <w:t>________________</w:t>
      </w:r>
      <w:r w:rsidRPr="008C6866">
        <w:rPr>
          <w:sz w:val="20"/>
        </w:rPr>
        <w:t xml:space="preserve">______________    </w:t>
      </w:r>
    </w:p>
    <w:p w14:paraId="6145673B" w14:textId="77777777" w:rsidR="00E46D05" w:rsidRPr="008C6866" w:rsidRDefault="00E46D05" w:rsidP="009C07E1">
      <w:pPr>
        <w:pStyle w:val="Overskrift3"/>
        <w:spacing w:line="360" w:lineRule="auto"/>
        <w:rPr>
          <w:sz w:val="26"/>
          <w:szCs w:val="26"/>
        </w:rPr>
      </w:pPr>
    </w:p>
    <w:p w14:paraId="2EDDA876" w14:textId="46590C9B" w:rsidR="0073273B" w:rsidRPr="008C6866" w:rsidRDefault="009A3BFE" w:rsidP="009C07E1">
      <w:pPr>
        <w:pStyle w:val="Overskrift3"/>
        <w:spacing w:line="360" w:lineRule="auto"/>
        <w:rPr>
          <w:sz w:val="26"/>
          <w:szCs w:val="26"/>
        </w:rPr>
      </w:pPr>
      <w:r w:rsidRPr="008C6866">
        <w:rPr>
          <w:sz w:val="26"/>
          <w:szCs w:val="26"/>
        </w:rPr>
        <w:t>Informasjon om utfylling av egenvurdering</w:t>
      </w:r>
    </w:p>
    <w:p w14:paraId="23C0A977" w14:textId="316B2A45" w:rsidR="000D5669" w:rsidRPr="008C6866" w:rsidRDefault="10CB67B1" w:rsidP="000D5669">
      <w:pPr>
        <w:rPr>
          <w:rFonts w:ascii="Arial" w:hAnsi="Arial" w:cs="Arial"/>
        </w:rPr>
      </w:pPr>
      <w:r w:rsidRPr="008C6866">
        <w:rPr>
          <w:rFonts w:ascii="Arial" w:hAnsi="Arial" w:cs="Arial"/>
        </w:rPr>
        <w:t xml:space="preserve">Fagområdet </w:t>
      </w:r>
      <w:r w:rsidR="76D6B8E5" w:rsidRPr="008C6866">
        <w:rPr>
          <w:rFonts w:ascii="Arial" w:hAnsi="Arial" w:cs="Arial"/>
        </w:rPr>
        <w:t xml:space="preserve">Faglig fordypning i </w:t>
      </w:r>
      <w:r w:rsidR="009D40A7" w:rsidRPr="008C6866">
        <w:rPr>
          <w:rFonts w:ascii="Arial" w:hAnsi="Arial" w:cs="Arial"/>
        </w:rPr>
        <w:t>feierfaget</w:t>
      </w:r>
      <w:r w:rsidR="76D6B8E5" w:rsidRPr="008C6866">
        <w:rPr>
          <w:rFonts w:ascii="Arial" w:hAnsi="Arial" w:cs="Arial"/>
        </w:rPr>
        <w:t xml:space="preserve"> skal gi grunnlag for arbeid med </w:t>
      </w:r>
      <w:r w:rsidR="00C3513B" w:rsidRPr="008C6866">
        <w:rPr>
          <w:rFonts w:ascii="Arial" w:hAnsi="Arial" w:cs="Arial"/>
        </w:rPr>
        <w:t>søknadspliktig arbeid, prosjektering, utførelse og ferdigstillelse av feiing, tilsyn og installasjonsarbeid med nødvendig sluttdokumentasjon.</w:t>
      </w:r>
    </w:p>
    <w:p w14:paraId="08948C97" w14:textId="12147ABD" w:rsidR="0073273B" w:rsidRPr="008C6866" w:rsidRDefault="009A3BFE">
      <w:pPr>
        <w:rPr>
          <w:rFonts w:ascii="Arial" w:hAnsi="Arial" w:cs="Arial"/>
        </w:rPr>
      </w:pPr>
      <w:r w:rsidRPr="008C6866">
        <w:rPr>
          <w:rFonts w:ascii="Arial" w:hAnsi="Arial" w:cs="Arial"/>
        </w:rPr>
        <w:t>I egenvurderingen skal du beskrive kompetansen du har opparbeidet deg i</w:t>
      </w:r>
      <w:r w:rsidR="00E22810" w:rsidRPr="008C6866">
        <w:rPr>
          <w:rFonts w:ascii="Arial" w:hAnsi="Arial" w:cs="Arial"/>
        </w:rPr>
        <w:t xml:space="preserve"> </w:t>
      </w:r>
      <w:r w:rsidRPr="008C6866">
        <w:rPr>
          <w:rFonts w:ascii="Arial" w:hAnsi="Arial" w:cs="Arial"/>
        </w:rPr>
        <w:t>faglig fordypning i</w:t>
      </w:r>
      <w:r w:rsidR="000E37AB" w:rsidRPr="008C6866">
        <w:rPr>
          <w:rFonts w:ascii="Arial" w:hAnsi="Arial" w:cs="Arial"/>
        </w:rPr>
        <w:t xml:space="preserve"> </w:t>
      </w:r>
      <w:r w:rsidR="00C3513B" w:rsidRPr="008C6866">
        <w:rPr>
          <w:rFonts w:ascii="Arial" w:hAnsi="Arial" w:cs="Arial"/>
        </w:rPr>
        <w:t>feierfaget</w:t>
      </w:r>
      <w:r w:rsidRPr="008C6866">
        <w:rPr>
          <w:rFonts w:ascii="Arial" w:hAnsi="Arial" w:cs="Arial"/>
        </w:rPr>
        <w:t xml:space="preserve">. Dette innebærer at du skal forklare og beskrive hvilke erfaringer du har gjort deg relatert til læringsutbyttene som </w:t>
      </w:r>
      <w:proofErr w:type="gramStart"/>
      <w:r w:rsidRPr="008C6866">
        <w:rPr>
          <w:rFonts w:ascii="Arial" w:hAnsi="Arial" w:cs="Arial"/>
        </w:rPr>
        <w:t>fremkommer</w:t>
      </w:r>
      <w:proofErr w:type="gramEnd"/>
      <w:r w:rsidRPr="008C6866">
        <w:rPr>
          <w:rFonts w:ascii="Arial" w:hAnsi="Arial" w:cs="Arial"/>
        </w:rPr>
        <w:t xml:space="preserve"> i </w:t>
      </w:r>
      <w:hyperlink r:id="rId8" w:history="1">
        <w:r w:rsidRPr="008C6866">
          <w:rPr>
            <w:rStyle w:val="Hyperkobling"/>
            <w:rFonts w:ascii="Arial" w:hAnsi="Arial" w:cs="Arial"/>
          </w:rPr>
          <w:t>studieplanen</w:t>
        </w:r>
      </w:hyperlink>
      <w:r w:rsidR="00FF48CF" w:rsidRPr="008C6866">
        <w:rPr>
          <w:rFonts w:ascii="Arial" w:hAnsi="Arial" w:cs="Arial"/>
        </w:rPr>
        <w:t xml:space="preserve"> (trykk på lenken)</w:t>
      </w:r>
      <w:r w:rsidRPr="008C6866">
        <w:rPr>
          <w:rFonts w:ascii="Arial" w:hAnsi="Arial" w:cs="Arial"/>
        </w:rPr>
        <w:t>. Vi anbefaler at du gjør deg kjent med studieplanen før du begynner å utarbeide egenvurderingen.</w:t>
      </w:r>
    </w:p>
    <w:p w14:paraId="45E2288A" w14:textId="77777777" w:rsidR="0073273B" w:rsidRPr="008C6866" w:rsidRDefault="009A3BFE" w:rsidP="00326896">
      <w:pPr>
        <w:pStyle w:val="Overskrift3"/>
        <w:spacing w:line="360" w:lineRule="auto"/>
        <w:rPr>
          <w:sz w:val="26"/>
          <w:szCs w:val="26"/>
        </w:rPr>
      </w:pPr>
      <w:r w:rsidRPr="008C6866">
        <w:rPr>
          <w:sz w:val="26"/>
          <w:szCs w:val="26"/>
        </w:rPr>
        <w:t>Når du skriver egenvurderingen, anbefales følgende fremgangsmåte:</w:t>
      </w:r>
    </w:p>
    <w:p w14:paraId="01BB04FC" w14:textId="1D0C2732" w:rsidR="0096215D" w:rsidRPr="008C6866" w:rsidRDefault="77649587" w:rsidP="002F7761">
      <w:pPr>
        <w:numPr>
          <w:ilvl w:val="0"/>
          <w:numId w:val="5"/>
        </w:numPr>
        <w:spacing w:after="0"/>
        <w:rPr>
          <w:rFonts w:ascii="Arial" w:hAnsi="Arial" w:cs="Arial"/>
        </w:rPr>
      </w:pPr>
      <w:r w:rsidRPr="008C6866">
        <w:rPr>
          <w:rFonts w:ascii="Arial" w:hAnsi="Arial" w:cs="Arial"/>
        </w:rPr>
        <w:t xml:space="preserve">Beskriv din kompetanse i fagområdet faglig fordypning </w:t>
      </w:r>
      <w:r w:rsidRPr="008C6866">
        <w:rPr>
          <w:rFonts w:ascii="Arial" w:hAnsi="Arial" w:cs="Arial"/>
          <w:i/>
          <w:iCs/>
        </w:rPr>
        <w:t>med utgangspunkt i konkrete prosjekter du har gjennomført</w:t>
      </w:r>
      <w:r w:rsidRPr="008C6866">
        <w:rPr>
          <w:rFonts w:ascii="Arial" w:hAnsi="Arial" w:cs="Arial"/>
        </w:rPr>
        <w:t>.</w:t>
      </w:r>
    </w:p>
    <w:p w14:paraId="78E1720C" w14:textId="77777777" w:rsidR="002F7761" w:rsidRPr="008C6866" w:rsidRDefault="002F7761" w:rsidP="002F7761">
      <w:pPr>
        <w:spacing w:after="0"/>
        <w:ind w:left="720"/>
        <w:rPr>
          <w:rFonts w:ascii="Arial" w:hAnsi="Arial" w:cs="Arial"/>
        </w:rPr>
      </w:pPr>
    </w:p>
    <w:p w14:paraId="1F4CFF77" w14:textId="7427F5CC" w:rsidR="0096215D" w:rsidRPr="008C6866" w:rsidRDefault="0096215D" w:rsidP="002F7761">
      <w:pPr>
        <w:numPr>
          <w:ilvl w:val="0"/>
          <w:numId w:val="5"/>
        </w:numPr>
        <w:spacing w:after="0"/>
        <w:rPr>
          <w:rFonts w:ascii="Arial" w:hAnsi="Arial" w:cs="Arial"/>
        </w:rPr>
      </w:pPr>
      <w:r w:rsidRPr="008C6866">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8C6866" w:rsidRDefault="006C152D" w:rsidP="006C152D">
      <w:pPr>
        <w:spacing w:after="0" w:line="360" w:lineRule="auto"/>
        <w:ind w:left="720"/>
        <w:rPr>
          <w:rFonts w:ascii="Arial" w:hAnsi="Arial" w:cs="Arial"/>
        </w:rPr>
      </w:pPr>
    </w:p>
    <w:p w14:paraId="2C4B97BA" w14:textId="0F390AAA" w:rsidR="0096215D" w:rsidRPr="008C6866" w:rsidRDefault="0096215D" w:rsidP="009C07E1">
      <w:pPr>
        <w:numPr>
          <w:ilvl w:val="0"/>
          <w:numId w:val="5"/>
        </w:numPr>
        <w:spacing w:after="0" w:line="360" w:lineRule="auto"/>
        <w:rPr>
          <w:rFonts w:ascii="Arial" w:hAnsi="Arial" w:cs="Arial"/>
        </w:rPr>
      </w:pPr>
      <w:r w:rsidRPr="008C6866">
        <w:rPr>
          <w:rFonts w:ascii="Arial" w:hAnsi="Arial" w:cs="Arial"/>
        </w:rPr>
        <w:t xml:space="preserve">Forklar: </w:t>
      </w:r>
    </w:p>
    <w:p w14:paraId="6B08801A" w14:textId="77777777" w:rsidR="0096215D" w:rsidRPr="008C6866" w:rsidRDefault="0096215D" w:rsidP="009C07E1">
      <w:pPr>
        <w:numPr>
          <w:ilvl w:val="1"/>
          <w:numId w:val="5"/>
        </w:numPr>
        <w:spacing w:after="0" w:line="360" w:lineRule="auto"/>
        <w:rPr>
          <w:rFonts w:ascii="Arial" w:hAnsi="Arial" w:cs="Arial"/>
        </w:rPr>
      </w:pPr>
      <w:r w:rsidRPr="008C6866">
        <w:rPr>
          <w:rFonts w:ascii="Arial" w:hAnsi="Arial" w:cs="Arial"/>
        </w:rPr>
        <w:t>hva du gjør</w:t>
      </w:r>
    </w:p>
    <w:p w14:paraId="0F0BA29E" w14:textId="77777777" w:rsidR="0096215D" w:rsidRPr="008C6866" w:rsidRDefault="0096215D" w:rsidP="009C07E1">
      <w:pPr>
        <w:numPr>
          <w:ilvl w:val="1"/>
          <w:numId w:val="5"/>
        </w:numPr>
        <w:spacing w:after="0" w:line="360" w:lineRule="auto"/>
        <w:rPr>
          <w:rFonts w:ascii="Arial" w:hAnsi="Arial" w:cs="Arial"/>
        </w:rPr>
      </w:pPr>
      <w:r w:rsidRPr="008C6866">
        <w:rPr>
          <w:rFonts w:ascii="Arial" w:hAnsi="Arial" w:cs="Arial"/>
        </w:rPr>
        <w:t xml:space="preserve">hvordan du gjør det </w:t>
      </w:r>
    </w:p>
    <w:p w14:paraId="3FEF8005" w14:textId="6FB85E6E" w:rsidR="0096215D" w:rsidRPr="008C6866" w:rsidRDefault="0096215D" w:rsidP="00395A27">
      <w:pPr>
        <w:numPr>
          <w:ilvl w:val="1"/>
          <w:numId w:val="5"/>
        </w:numPr>
        <w:spacing w:after="0" w:line="480" w:lineRule="auto"/>
        <w:rPr>
          <w:rFonts w:ascii="Arial" w:hAnsi="Arial" w:cs="Arial"/>
        </w:rPr>
      </w:pPr>
      <w:r w:rsidRPr="008C6866">
        <w:rPr>
          <w:rFonts w:ascii="Arial" w:hAnsi="Arial" w:cs="Arial"/>
        </w:rPr>
        <w:t>hvorfor du gjør det på denne måten</w:t>
      </w:r>
    </w:p>
    <w:p w14:paraId="79AE244F" w14:textId="27EE454C" w:rsidR="0096215D" w:rsidRPr="008C6866" w:rsidRDefault="0096215D" w:rsidP="00326896">
      <w:pPr>
        <w:spacing w:line="240" w:lineRule="auto"/>
        <w:rPr>
          <w:rFonts w:ascii="Arial" w:hAnsi="Arial" w:cs="Arial"/>
        </w:rPr>
      </w:pPr>
      <w:r w:rsidRPr="008C6866">
        <w:rPr>
          <w:rFonts w:ascii="Arial" w:hAnsi="Arial" w:cs="Arial"/>
        </w:rPr>
        <w:t>Det er viktig at beskrivelsene dine viser forståelse, refleksjon og sammenheng, ikke bare opplisting av oppgaver.</w:t>
      </w:r>
    </w:p>
    <w:p w14:paraId="307BF16D" w14:textId="77777777" w:rsidR="0073273B" w:rsidRPr="008C6866" w:rsidRDefault="009A3BFE" w:rsidP="009C07E1">
      <w:pPr>
        <w:pStyle w:val="Overskrift3"/>
        <w:spacing w:line="360" w:lineRule="auto"/>
        <w:rPr>
          <w:sz w:val="26"/>
          <w:szCs w:val="26"/>
        </w:rPr>
      </w:pPr>
      <w:r w:rsidRPr="008C6866">
        <w:rPr>
          <w:sz w:val="26"/>
          <w:szCs w:val="26"/>
        </w:rPr>
        <w:t>Ved vurdering av egenvurderingen legges det særlig vekt på om du:</w:t>
      </w:r>
    </w:p>
    <w:p w14:paraId="1DE9C07C" w14:textId="77777777" w:rsidR="0073273B" w:rsidRPr="008C6866" w:rsidRDefault="009A3BFE" w:rsidP="009C07E1">
      <w:pPr>
        <w:pStyle w:val="Listeavsnitt"/>
        <w:numPr>
          <w:ilvl w:val="0"/>
          <w:numId w:val="2"/>
        </w:numPr>
        <w:spacing w:line="360" w:lineRule="auto"/>
        <w:rPr>
          <w:rFonts w:ascii="Arial" w:hAnsi="Arial" w:cs="Arial"/>
        </w:rPr>
      </w:pPr>
      <w:r w:rsidRPr="008C6866">
        <w:rPr>
          <w:rFonts w:ascii="Arial" w:hAnsi="Arial" w:cs="Arial"/>
        </w:rPr>
        <w:t>dokumenterer relevant og tilstrekkelig praksis</w:t>
      </w:r>
    </w:p>
    <w:p w14:paraId="2B8A1F61" w14:textId="77777777" w:rsidR="0073273B" w:rsidRPr="008C6866" w:rsidRDefault="009A3BFE" w:rsidP="009C07E1">
      <w:pPr>
        <w:pStyle w:val="Listeavsnitt"/>
        <w:numPr>
          <w:ilvl w:val="0"/>
          <w:numId w:val="2"/>
        </w:numPr>
        <w:spacing w:line="360" w:lineRule="auto"/>
        <w:rPr>
          <w:rFonts w:ascii="Arial" w:hAnsi="Arial" w:cs="Arial"/>
        </w:rPr>
      </w:pPr>
      <w:r w:rsidRPr="008C6866">
        <w:rPr>
          <w:rFonts w:ascii="Arial" w:hAnsi="Arial" w:cs="Arial"/>
        </w:rPr>
        <w:t>viser helhetlig forståelse for rollen som faglig ansvarlig/utførende</w:t>
      </w:r>
    </w:p>
    <w:p w14:paraId="6CE286E8" w14:textId="77777777" w:rsidR="0073273B" w:rsidRPr="008C6866" w:rsidRDefault="009A3BFE" w:rsidP="009C07E1">
      <w:pPr>
        <w:pStyle w:val="Listeavsnitt"/>
        <w:numPr>
          <w:ilvl w:val="0"/>
          <w:numId w:val="2"/>
        </w:numPr>
        <w:spacing w:line="360" w:lineRule="auto"/>
        <w:rPr>
          <w:rFonts w:ascii="Arial" w:hAnsi="Arial" w:cs="Arial"/>
        </w:rPr>
      </w:pPr>
      <w:r w:rsidRPr="008C6866">
        <w:rPr>
          <w:rFonts w:ascii="Arial" w:hAnsi="Arial" w:cs="Arial"/>
        </w:rPr>
        <w:t>kan begrunne valg og handlinger i egen praksis</w:t>
      </w:r>
    </w:p>
    <w:p w14:paraId="495E54BD" w14:textId="77777777" w:rsidR="0073273B" w:rsidRPr="008C6866" w:rsidRDefault="009A3BFE" w:rsidP="009C07E1">
      <w:pPr>
        <w:pStyle w:val="Listeavsnitt"/>
        <w:numPr>
          <w:ilvl w:val="0"/>
          <w:numId w:val="2"/>
        </w:numPr>
        <w:spacing w:line="360" w:lineRule="auto"/>
        <w:rPr>
          <w:rFonts w:ascii="Arial" w:hAnsi="Arial" w:cs="Arial"/>
        </w:rPr>
      </w:pPr>
      <w:r w:rsidRPr="008C6866">
        <w:rPr>
          <w:rFonts w:ascii="Arial" w:hAnsi="Arial" w:cs="Arial"/>
        </w:rPr>
        <w:t>viser at kompetansen er tilsvarende det som kreves i mesterutdanningen</w:t>
      </w:r>
    </w:p>
    <w:p w14:paraId="42E5A436" w14:textId="77777777" w:rsidR="0073273B" w:rsidRPr="008C6866" w:rsidRDefault="009A3BFE" w:rsidP="009C07E1">
      <w:pPr>
        <w:spacing w:line="360" w:lineRule="auto"/>
        <w:rPr>
          <w:rFonts w:ascii="Arial" w:hAnsi="Arial" w:cs="Arial"/>
        </w:rPr>
      </w:pPr>
      <w:r w:rsidRPr="008C6866">
        <w:rPr>
          <w:rFonts w:ascii="Arial" w:hAnsi="Arial" w:cs="Arial"/>
        </w:rPr>
        <w:t>Det er kvaliteten på beskrivelsene som vurderes, ikke omfang eller bruk av fagterminologi.</w:t>
      </w:r>
    </w:p>
    <w:p w14:paraId="7ED98561" w14:textId="77777777" w:rsidR="0073273B" w:rsidRPr="008C6866" w:rsidRDefault="009A3BFE" w:rsidP="009C07E1">
      <w:pPr>
        <w:pStyle w:val="Overskrift3"/>
        <w:spacing w:line="360" w:lineRule="auto"/>
        <w:rPr>
          <w:sz w:val="26"/>
          <w:szCs w:val="26"/>
        </w:rPr>
      </w:pPr>
      <w:r w:rsidRPr="008C6866">
        <w:rPr>
          <w:sz w:val="26"/>
          <w:szCs w:val="26"/>
        </w:rPr>
        <w:lastRenderedPageBreak/>
        <w:t>Dokumentasjon og vedlegg</w:t>
      </w:r>
    </w:p>
    <w:p w14:paraId="79DECB4D" w14:textId="77777777" w:rsidR="0073273B" w:rsidRPr="008C6866" w:rsidRDefault="009A3BFE">
      <w:pPr>
        <w:rPr>
          <w:rFonts w:ascii="Arial" w:hAnsi="Arial" w:cs="Arial"/>
        </w:rPr>
      </w:pPr>
      <w:r w:rsidRPr="008C6866">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8C6866" w:rsidRDefault="009A3BFE" w:rsidP="009C07E1">
      <w:pPr>
        <w:pStyle w:val="Overskrift3"/>
        <w:spacing w:line="360" w:lineRule="auto"/>
        <w:rPr>
          <w:sz w:val="26"/>
          <w:szCs w:val="26"/>
        </w:rPr>
      </w:pPr>
      <w:r w:rsidRPr="008C6866">
        <w:rPr>
          <w:sz w:val="26"/>
          <w:szCs w:val="26"/>
        </w:rPr>
        <w:t>Viktig å være oppmerksom på</w:t>
      </w:r>
    </w:p>
    <w:p w14:paraId="38D5CEA1" w14:textId="77777777" w:rsidR="0073273B" w:rsidRPr="008C6866" w:rsidRDefault="009A3BFE" w:rsidP="009C07E1">
      <w:pPr>
        <w:pStyle w:val="Listeavsnitt"/>
        <w:numPr>
          <w:ilvl w:val="0"/>
          <w:numId w:val="9"/>
        </w:numPr>
        <w:spacing w:line="360" w:lineRule="auto"/>
        <w:rPr>
          <w:rFonts w:ascii="Arial" w:hAnsi="Arial" w:cs="Arial"/>
        </w:rPr>
      </w:pPr>
      <w:r w:rsidRPr="008C6866">
        <w:rPr>
          <w:rFonts w:ascii="Arial" w:hAnsi="Arial" w:cs="Arial"/>
        </w:rPr>
        <w:t>Egenvurderingen må være basert på egen erfaring og egen formulering.</w:t>
      </w:r>
    </w:p>
    <w:p w14:paraId="7D64C8AE" w14:textId="77777777" w:rsidR="0073273B" w:rsidRPr="008C6866" w:rsidRDefault="009A3BFE" w:rsidP="009C07E1">
      <w:pPr>
        <w:pStyle w:val="Listeavsnitt"/>
        <w:numPr>
          <w:ilvl w:val="0"/>
          <w:numId w:val="9"/>
        </w:numPr>
        <w:spacing w:line="360" w:lineRule="auto"/>
        <w:rPr>
          <w:rFonts w:ascii="Arial" w:hAnsi="Arial" w:cs="Arial"/>
        </w:rPr>
      </w:pPr>
      <w:r w:rsidRPr="008C6866">
        <w:rPr>
          <w:rFonts w:ascii="Arial" w:hAnsi="Arial" w:cs="Arial"/>
        </w:rPr>
        <w:t>Det er ikke tillatt å få bistand fra konsulenter eller andre til å skrive søknaden.</w:t>
      </w:r>
    </w:p>
    <w:p w14:paraId="5A67F1FA" w14:textId="77B746FD" w:rsidR="0073273B" w:rsidRPr="008C6866" w:rsidRDefault="009A3BFE" w:rsidP="009C07E1">
      <w:pPr>
        <w:pStyle w:val="Listeavsnitt"/>
        <w:numPr>
          <w:ilvl w:val="0"/>
          <w:numId w:val="9"/>
        </w:numPr>
        <w:spacing w:line="360" w:lineRule="auto"/>
      </w:pPr>
      <w:r w:rsidRPr="008C6866">
        <w:rPr>
          <w:rFonts w:ascii="Arial" w:hAnsi="Arial" w:cs="Arial"/>
        </w:rPr>
        <w:t>Realkompetanse er et snevert unntak fra utdanningsløpet og stiller høye krav til dokumentasjon og refleksjon.</w:t>
      </w:r>
      <w:r w:rsidRPr="008C6866">
        <w:br w:type="page"/>
      </w:r>
    </w:p>
    <w:p w14:paraId="60BAF88F" w14:textId="5977BA3C" w:rsidR="0073273B" w:rsidRPr="008C6866" w:rsidRDefault="009A3BFE" w:rsidP="008E703E">
      <w:pPr>
        <w:pStyle w:val="Listeavsnitt"/>
        <w:numPr>
          <w:ilvl w:val="0"/>
          <w:numId w:val="22"/>
        </w:numPr>
      </w:pPr>
      <w:r w:rsidRPr="008E703E">
        <w:rPr>
          <w:b/>
        </w:rPr>
        <w:lastRenderedPageBreak/>
        <w:t>Byggesøknader</w:t>
      </w:r>
    </w:p>
    <w:p w14:paraId="7FDE5FA3" w14:textId="77777777" w:rsidR="0073273B" w:rsidRPr="008C6866" w:rsidRDefault="009A3BFE">
      <w:pPr>
        <w:pStyle w:val="Overskrift2"/>
      </w:pPr>
      <w:r w:rsidRPr="008C6866">
        <w:t>Byggesøknader</w:t>
      </w:r>
    </w:p>
    <w:tbl>
      <w:tblPr>
        <w:tblStyle w:val="Tabellrutenett"/>
        <w:tblW w:w="0" w:type="auto"/>
        <w:tblLook w:val="04A0" w:firstRow="1" w:lastRow="0" w:firstColumn="1" w:lastColumn="0" w:noHBand="0" w:noVBand="1"/>
      </w:tblPr>
      <w:tblGrid>
        <w:gridCol w:w="4986"/>
        <w:gridCol w:w="4986"/>
      </w:tblGrid>
      <w:tr w:rsidR="00A71EDF" w:rsidRPr="008C6866" w14:paraId="654B6282" w14:textId="77777777">
        <w:trPr>
          <w:cantSplit/>
        </w:trPr>
        <w:tc>
          <w:tcPr>
            <w:tcW w:w="4986" w:type="dxa"/>
          </w:tcPr>
          <w:p w14:paraId="56BAAE4C" w14:textId="77777777" w:rsidR="00A71EDF" w:rsidRPr="008C6866" w:rsidRDefault="00A71EDF">
            <w:pPr>
              <w:spacing w:after="40"/>
            </w:pPr>
            <w:r w:rsidRPr="008C6866">
              <w:rPr>
                <w:b/>
                <w:sz w:val="20"/>
              </w:rPr>
              <w:t>Hovedtema</w:t>
            </w:r>
          </w:p>
          <w:p w14:paraId="52BD8C66" w14:textId="77777777" w:rsidR="00A71EDF" w:rsidRPr="008C6866" w:rsidRDefault="00A71EDF">
            <w:r w:rsidRPr="008C6866">
              <w:rPr>
                <w:sz w:val="20"/>
              </w:rPr>
              <w:t>Hovedtemaet handler om hvordan byggesøknader i tiltaksklasse 2 utarbeides.</w:t>
            </w:r>
          </w:p>
        </w:tc>
        <w:tc>
          <w:tcPr>
            <w:tcW w:w="4986" w:type="dxa"/>
          </w:tcPr>
          <w:p w14:paraId="4CC00962" w14:textId="77777777" w:rsidR="00A71EDF" w:rsidRPr="008C6866" w:rsidRDefault="00A71EDF">
            <w:pPr>
              <w:spacing w:after="40"/>
            </w:pPr>
            <w:r w:rsidRPr="008C6866">
              <w:rPr>
                <w:b/>
                <w:sz w:val="20"/>
              </w:rPr>
              <w:t>Innhold</w:t>
            </w:r>
          </w:p>
          <w:p w14:paraId="7E34D6C1" w14:textId="77777777" w:rsidR="00A71EDF" w:rsidRPr="008C6866" w:rsidRDefault="00A71EDF">
            <w:pPr>
              <w:pStyle w:val="Punktliste"/>
            </w:pPr>
            <w:r w:rsidRPr="008C6866">
              <w:rPr>
                <w:sz w:val="20"/>
              </w:rPr>
              <w:t>tiltak som krever søknad</w:t>
            </w:r>
          </w:p>
          <w:p w14:paraId="4C1FA85E" w14:textId="77777777" w:rsidR="00A71EDF" w:rsidRPr="008C6866" w:rsidRDefault="00A71EDF">
            <w:pPr>
              <w:pStyle w:val="Punktliste"/>
            </w:pPr>
            <w:r w:rsidRPr="008C6866">
              <w:rPr>
                <w:sz w:val="20"/>
              </w:rPr>
              <w:t>definisjon av tiltaksklasser</w:t>
            </w:r>
          </w:p>
          <w:p w14:paraId="758AFA88" w14:textId="77777777" w:rsidR="00A71EDF" w:rsidRPr="008C6866" w:rsidRDefault="00A71EDF">
            <w:pPr>
              <w:pStyle w:val="Punktliste"/>
            </w:pPr>
            <w:r w:rsidRPr="008C6866">
              <w:rPr>
                <w:sz w:val="20"/>
              </w:rPr>
              <w:t>søknadsblanketter og dokumentasjon</w:t>
            </w:r>
          </w:p>
          <w:p w14:paraId="6FBA322F" w14:textId="77777777" w:rsidR="00A71EDF" w:rsidRPr="008C6866" w:rsidRDefault="00A71EDF">
            <w:pPr>
              <w:pStyle w:val="Punktliste"/>
            </w:pPr>
            <w:r w:rsidRPr="008C6866">
              <w:rPr>
                <w:sz w:val="20"/>
              </w:rPr>
              <w:t>krav til søknadsprosesser</w:t>
            </w:r>
          </w:p>
          <w:p w14:paraId="55241BCD" w14:textId="77777777" w:rsidR="00A71EDF" w:rsidRPr="008C6866" w:rsidRDefault="00A71EDF">
            <w:pPr>
              <w:pStyle w:val="Punktliste"/>
            </w:pPr>
            <w:r w:rsidRPr="008C6866">
              <w:rPr>
                <w:sz w:val="20"/>
              </w:rPr>
              <w:t>ansvarlig søkers oppgaver og ansvar</w:t>
            </w:r>
          </w:p>
        </w:tc>
      </w:tr>
    </w:tbl>
    <w:p w14:paraId="567B6133" w14:textId="77777777" w:rsidR="00402CC2" w:rsidRPr="008C6866" w:rsidRDefault="00402CC2">
      <w:pPr>
        <w:rPr>
          <w:kern w:val="2"/>
          <w:lang w:eastAsia="nb-NO"/>
          <w14:ligatures w14:val="standardContextual"/>
        </w:rPr>
      </w:pPr>
      <w:r w:rsidRPr="008C6866">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8C6866"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8C6866" w:rsidRDefault="00402CC2">
            <w:pPr>
              <w:spacing w:after="40" w:line="240" w:lineRule="auto"/>
              <w:rPr>
                <w:kern w:val="2"/>
                <w:lang w:eastAsia="nb-NO"/>
                <w14:ligatures w14:val="standardContextual"/>
              </w:rPr>
            </w:pPr>
            <w:r w:rsidRPr="008C6866">
              <w:rPr>
                <w:b/>
                <w:bCs/>
                <w:sz w:val="20"/>
                <w:szCs w:val="20"/>
              </w:rPr>
              <w:t>Egenvurdering (skriv her)</w:t>
            </w:r>
          </w:p>
          <w:p w14:paraId="06013C15" w14:textId="77777777" w:rsidR="00402CC2" w:rsidRPr="008C6866" w:rsidRDefault="00402CC2">
            <w:pPr>
              <w:spacing w:after="0" w:line="240" w:lineRule="auto"/>
            </w:pPr>
            <w:r w:rsidRPr="008C686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8C6866" w:rsidRDefault="00402CC2">
      <w:pPr>
        <w:rPr>
          <w:kern w:val="2"/>
          <w:lang w:eastAsia="nb-NO"/>
          <w14:ligatures w14:val="standardContextual"/>
        </w:rPr>
      </w:pPr>
      <w:r w:rsidRPr="008C6866">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C6866"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8C6866" w:rsidRDefault="0049336C">
            <w:pPr>
              <w:spacing w:after="40" w:line="240" w:lineRule="auto"/>
              <w:rPr>
                <w:kern w:val="2"/>
                <w:lang w:eastAsia="nb-NO"/>
                <w14:ligatures w14:val="standardContextual"/>
              </w:rPr>
            </w:pPr>
            <w:r w:rsidRPr="008C6866">
              <w:rPr>
                <w:b/>
                <w:bCs/>
                <w:sz w:val="20"/>
                <w:szCs w:val="20"/>
              </w:rPr>
              <w:t>Relevante vedlegg (liste/henvisninger)</w:t>
            </w:r>
          </w:p>
          <w:p w14:paraId="01AB07F0" w14:textId="77777777" w:rsidR="0049336C" w:rsidRPr="008C6866" w:rsidRDefault="0049336C">
            <w:pPr>
              <w:spacing w:after="0" w:line="240" w:lineRule="auto"/>
            </w:pPr>
            <w:r w:rsidRPr="008C6866">
              <w:rPr>
                <w:sz w:val="20"/>
                <w:szCs w:val="20"/>
              </w:rPr>
              <w:t>Oppgi vedleggsnummer og kort beskrivelse av dokumentasjonen som underbygger egenvurderingen.</w:t>
            </w:r>
          </w:p>
        </w:tc>
      </w:tr>
    </w:tbl>
    <w:p w14:paraId="3E7AEA35" w14:textId="77777777" w:rsidR="0073273B" w:rsidRPr="008C6866" w:rsidRDefault="009A3BFE">
      <w:r w:rsidRPr="008C6866">
        <w:br w:type="page"/>
      </w:r>
    </w:p>
    <w:p w14:paraId="0C77C262" w14:textId="4EAB8A47" w:rsidR="0073273B" w:rsidRPr="008C6866" w:rsidRDefault="009A3BFE" w:rsidP="008E703E">
      <w:pPr>
        <w:pStyle w:val="Listeavsnitt"/>
        <w:numPr>
          <w:ilvl w:val="0"/>
          <w:numId w:val="22"/>
        </w:numPr>
      </w:pPr>
      <w:r w:rsidRPr="008E703E">
        <w:rPr>
          <w:b/>
        </w:rPr>
        <w:lastRenderedPageBreak/>
        <w:t>Prosjektering</w:t>
      </w:r>
    </w:p>
    <w:p w14:paraId="6968D5E2" w14:textId="77777777" w:rsidR="0073273B" w:rsidRPr="008C6866" w:rsidRDefault="009A3BFE">
      <w:pPr>
        <w:pStyle w:val="Overskrift2"/>
      </w:pPr>
      <w:r w:rsidRPr="008C6866">
        <w:t>Prosjektering</w:t>
      </w:r>
    </w:p>
    <w:tbl>
      <w:tblPr>
        <w:tblStyle w:val="Tabellrutenett"/>
        <w:tblW w:w="0" w:type="auto"/>
        <w:tblLook w:val="04A0" w:firstRow="1" w:lastRow="0" w:firstColumn="1" w:lastColumn="0" w:noHBand="0" w:noVBand="1"/>
      </w:tblPr>
      <w:tblGrid>
        <w:gridCol w:w="4932"/>
        <w:gridCol w:w="4928"/>
      </w:tblGrid>
      <w:tr w:rsidR="00A71EDF" w:rsidRPr="008C6866" w14:paraId="395BC145" w14:textId="77777777" w:rsidTr="00C67D86">
        <w:trPr>
          <w:cantSplit/>
        </w:trPr>
        <w:tc>
          <w:tcPr>
            <w:tcW w:w="4932" w:type="dxa"/>
          </w:tcPr>
          <w:p w14:paraId="378F7914" w14:textId="77777777" w:rsidR="00A71EDF" w:rsidRPr="008C6866" w:rsidRDefault="00A71EDF">
            <w:pPr>
              <w:spacing w:after="40"/>
            </w:pPr>
            <w:r w:rsidRPr="008C6866">
              <w:rPr>
                <w:b/>
                <w:sz w:val="20"/>
              </w:rPr>
              <w:t>Hovedtema</w:t>
            </w:r>
          </w:p>
          <w:p w14:paraId="6A1F1E0A" w14:textId="03F2368D" w:rsidR="00E0569E" w:rsidRPr="008C6866" w:rsidRDefault="00E0569E" w:rsidP="00E0569E">
            <w:pPr>
              <w:pStyle w:val="Brdtekst"/>
              <w:rPr>
                <w:rFonts w:asciiTheme="majorHAnsi" w:hAnsiTheme="majorHAnsi" w:cstheme="majorHAnsi"/>
                <w:bCs/>
                <w:sz w:val="20"/>
                <w:szCs w:val="20"/>
              </w:rPr>
            </w:pPr>
            <w:r w:rsidRPr="008C6866">
              <w:rPr>
                <w:rFonts w:asciiTheme="majorHAnsi" w:hAnsiTheme="majorHAnsi" w:cstheme="majorHAnsi"/>
                <w:sz w:val="20"/>
                <w:szCs w:val="20"/>
              </w:rPr>
              <w:t xml:space="preserve">Hovedtemaet handler om planlegging og prosjektering av </w:t>
            </w:r>
            <w:r w:rsidR="001A71D6">
              <w:rPr>
                <w:rFonts w:asciiTheme="majorHAnsi" w:hAnsiTheme="majorHAnsi" w:cstheme="majorHAnsi"/>
                <w:sz w:val="20"/>
                <w:szCs w:val="20"/>
              </w:rPr>
              <w:t>installasjonsarbeid</w:t>
            </w:r>
            <w:r w:rsidRPr="008C6866">
              <w:rPr>
                <w:rFonts w:asciiTheme="majorHAnsi" w:hAnsiTheme="majorHAnsi" w:cstheme="majorHAnsi"/>
                <w:sz w:val="20"/>
                <w:szCs w:val="20"/>
              </w:rPr>
              <w:t xml:space="preserve"> i henhold til byggesaksforskriften, tiltaksklasse 1</w:t>
            </w:r>
            <w:r w:rsidRPr="008C6866">
              <w:rPr>
                <w:rFonts w:asciiTheme="majorHAnsi" w:hAnsiTheme="majorHAnsi" w:cstheme="majorHAnsi"/>
                <w:bCs/>
                <w:sz w:val="20"/>
                <w:szCs w:val="20"/>
              </w:rPr>
              <w:t xml:space="preserve">. </w:t>
            </w:r>
          </w:p>
          <w:p w14:paraId="46D046F7" w14:textId="77777777" w:rsidR="00E0569E" w:rsidRPr="008C6866" w:rsidRDefault="00E0569E" w:rsidP="00E0569E">
            <w:pPr>
              <w:pStyle w:val="Brdtekst"/>
              <w:rPr>
                <w:rFonts w:asciiTheme="majorHAnsi" w:hAnsiTheme="majorHAnsi" w:cstheme="majorHAnsi"/>
                <w:bCs/>
                <w:sz w:val="20"/>
                <w:szCs w:val="20"/>
              </w:rPr>
            </w:pPr>
            <w:r w:rsidRPr="008C6866">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3F3F49B2" w14:textId="77777777" w:rsidR="00E0569E" w:rsidRPr="008C6866" w:rsidRDefault="00E0569E" w:rsidP="00E0569E">
            <w:pPr>
              <w:pStyle w:val="Brdtekst"/>
              <w:rPr>
                <w:rFonts w:asciiTheme="majorHAnsi" w:hAnsiTheme="majorHAnsi" w:cstheme="majorHAnsi"/>
                <w:bCs/>
                <w:sz w:val="20"/>
                <w:szCs w:val="20"/>
              </w:rPr>
            </w:pPr>
            <w:r w:rsidRPr="008C6866">
              <w:rPr>
                <w:rFonts w:asciiTheme="majorHAnsi" w:hAnsiTheme="majorHAnsi" w:cstheme="majorHAnsi"/>
                <w:bCs/>
                <w:sz w:val="20"/>
                <w:szCs w:val="20"/>
              </w:rPr>
              <w:t xml:space="preserve">Videre handler det om verdiskapende muligheter ved bruk av nye produkter og innovative løsninger.  </w:t>
            </w:r>
          </w:p>
          <w:p w14:paraId="79FB14F1" w14:textId="77777777" w:rsidR="00E0569E" w:rsidRPr="008C6866" w:rsidRDefault="00E0569E" w:rsidP="00E0569E">
            <w:pPr>
              <w:pStyle w:val="Brdtekst"/>
              <w:rPr>
                <w:rFonts w:asciiTheme="majorHAnsi" w:hAnsiTheme="majorHAnsi" w:cstheme="majorHAnsi"/>
                <w:bCs/>
                <w:sz w:val="20"/>
                <w:szCs w:val="20"/>
              </w:rPr>
            </w:pPr>
            <w:r w:rsidRPr="008C6866">
              <w:rPr>
                <w:rFonts w:asciiTheme="majorHAnsi" w:hAnsiTheme="majorHAnsi" w:cstheme="majorHAnsi"/>
                <w:bCs/>
                <w:sz w:val="20"/>
                <w:szCs w:val="20"/>
              </w:rPr>
              <w:t xml:space="preserve">Kontroll og dokumentasjon av løsninger i tråd med styringssystemer inngår i prosjekteringen.  </w:t>
            </w:r>
          </w:p>
          <w:p w14:paraId="07EFC84A" w14:textId="206BFEEA" w:rsidR="00A71EDF" w:rsidRPr="008C6866" w:rsidRDefault="00A71EDF"/>
        </w:tc>
        <w:tc>
          <w:tcPr>
            <w:tcW w:w="4928" w:type="dxa"/>
          </w:tcPr>
          <w:p w14:paraId="14E36746" w14:textId="77777777" w:rsidR="00A71EDF" w:rsidRPr="008C6866" w:rsidRDefault="00A71EDF">
            <w:pPr>
              <w:spacing w:after="40"/>
            </w:pPr>
            <w:r w:rsidRPr="008C6866">
              <w:rPr>
                <w:b/>
                <w:sz w:val="20"/>
              </w:rPr>
              <w:t>Innhold</w:t>
            </w:r>
          </w:p>
          <w:p w14:paraId="686207FA" w14:textId="77777777" w:rsidR="009773E2" w:rsidRPr="008C6866" w:rsidRDefault="001E6654" w:rsidP="00C80F80">
            <w:pPr>
              <w:pStyle w:val="Punktliste"/>
              <w:numPr>
                <w:ilvl w:val="0"/>
                <w:numId w:val="18"/>
              </w:numPr>
              <w:rPr>
                <w:sz w:val="20"/>
                <w:szCs w:val="20"/>
              </w:rPr>
            </w:pPr>
            <w:r w:rsidRPr="008C6866">
              <w:rPr>
                <w:sz w:val="20"/>
                <w:szCs w:val="20"/>
              </w:rPr>
              <w:t xml:space="preserve">krav til estetikk og funksjonell utforming i feierfaget </w:t>
            </w:r>
          </w:p>
          <w:p w14:paraId="3EC4FAC8" w14:textId="76885CEE" w:rsidR="00C80F80" w:rsidRPr="008C6866" w:rsidRDefault="00C80F80" w:rsidP="00C80F80">
            <w:pPr>
              <w:pStyle w:val="Punktliste"/>
              <w:numPr>
                <w:ilvl w:val="0"/>
                <w:numId w:val="18"/>
              </w:numPr>
              <w:rPr>
                <w:sz w:val="20"/>
                <w:szCs w:val="20"/>
              </w:rPr>
            </w:pPr>
            <w:r w:rsidRPr="008C6866">
              <w:rPr>
                <w:sz w:val="20"/>
                <w:szCs w:val="20"/>
              </w:rPr>
              <w:t>miljømessige og økonomiske konsekvenser av material- og metodevalg</w:t>
            </w:r>
          </w:p>
          <w:p w14:paraId="4813AA1B" w14:textId="77777777" w:rsidR="00392B7A" w:rsidRPr="008C6866" w:rsidRDefault="00392B7A" w:rsidP="00C80F80">
            <w:pPr>
              <w:pStyle w:val="Punktliste"/>
              <w:numPr>
                <w:ilvl w:val="0"/>
                <w:numId w:val="18"/>
              </w:numPr>
              <w:rPr>
                <w:sz w:val="20"/>
                <w:szCs w:val="20"/>
              </w:rPr>
            </w:pPr>
            <w:r w:rsidRPr="008C6866">
              <w:rPr>
                <w:sz w:val="20"/>
                <w:szCs w:val="20"/>
              </w:rPr>
              <w:t>tegninger, tekniske beskrivelser og fagstandarder for feierfaget</w:t>
            </w:r>
          </w:p>
          <w:p w14:paraId="0F177931" w14:textId="4C03C7C5" w:rsidR="00C80F80" w:rsidRPr="008C6866" w:rsidRDefault="00C80F80" w:rsidP="00C80F80">
            <w:pPr>
              <w:pStyle w:val="Punktliste"/>
              <w:numPr>
                <w:ilvl w:val="0"/>
                <w:numId w:val="18"/>
              </w:numPr>
              <w:rPr>
                <w:sz w:val="20"/>
                <w:szCs w:val="20"/>
              </w:rPr>
            </w:pPr>
            <w:r w:rsidRPr="008C6866">
              <w:rPr>
                <w:sz w:val="20"/>
                <w:szCs w:val="20"/>
              </w:rPr>
              <w:t>koordinering av grensesnitt mot andre prosjekterende</w:t>
            </w:r>
          </w:p>
          <w:p w14:paraId="4221DF46" w14:textId="7A560BB0" w:rsidR="006F0EFC" w:rsidRPr="008C6866" w:rsidRDefault="006F0EFC" w:rsidP="00C80F80">
            <w:pPr>
              <w:pStyle w:val="Punktliste"/>
              <w:numPr>
                <w:ilvl w:val="0"/>
                <w:numId w:val="18"/>
              </w:numPr>
              <w:rPr>
                <w:sz w:val="20"/>
                <w:szCs w:val="20"/>
              </w:rPr>
            </w:pPr>
            <w:r w:rsidRPr="008C6866">
              <w:rPr>
                <w:sz w:val="20"/>
                <w:szCs w:val="20"/>
              </w:rPr>
              <w:t>krav til prosjektering av feiing, tilsyn og installasjonsarbeid gitt i følgende kapitler i TEK17:</w:t>
            </w:r>
          </w:p>
          <w:p w14:paraId="624E183C"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dokumentasjon av oppfyllelse av krav</w:t>
            </w:r>
          </w:p>
          <w:p w14:paraId="6904AAE8"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dokumentasjon av produkter</w:t>
            </w:r>
          </w:p>
          <w:p w14:paraId="731D82CF"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dokumentasjon for forvaltning, drift og vedlikehold (FDV)</w:t>
            </w:r>
          </w:p>
          <w:p w14:paraId="4E303B0E"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ytre miljø</w:t>
            </w:r>
          </w:p>
          <w:p w14:paraId="1EC4C790" w14:textId="4E43143E" w:rsidR="00D021DB" w:rsidRPr="008C6866" w:rsidRDefault="00D021DB" w:rsidP="00C80F80">
            <w:pPr>
              <w:pStyle w:val="Punktliste"/>
              <w:numPr>
                <w:ilvl w:val="0"/>
                <w:numId w:val="19"/>
              </w:numPr>
              <w:contextualSpacing w:val="0"/>
              <w:rPr>
                <w:kern w:val="2"/>
                <w:sz w:val="20"/>
                <w:szCs w:val="20"/>
                <w:lang w:eastAsia="nb-NO"/>
                <w14:ligatures w14:val="standardContextual"/>
              </w:rPr>
            </w:pPr>
            <w:r w:rsidRPr="008C6866">
              <w:rPr>
                <w:kern w:val="2"/>
                <w:sz w:val="20"/>
                <w:szCs w:val="20"/>
                <w:lang w:eastAsia="nb-NO"/>
                <w14:ligatures w14:val="standardContextual"/>
              </w:rPr>
              <w:t>konstruksjonssikkerhet</w:t>
            </w:r>
          </w:p>
          <w:p w14:paraId="2B566BAB"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sikkerhet ved brann</w:t>
            </w:r>
          </w:p>
          <w:p w14:paraId="2D6D41F5"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planløsning og bygningsdeler i byggverk</w:t>
            </w:r>
          </w:p>
          <w:p w14:paraId="53882EBE" w14:textId="77777777" w:rsidR="00C80F80" w:rsidRPr="008C6866" w:rsidRDefault="00C80F80" w:rsidP="00C80F80">
            <w:pPr>
              <w:pStyle w:val="Punktliste"/>
              <w:numPr>
                <w:ilvl w:val="0"/>
                <w:numId w:val="19"/>
              </w:numPr>
              <w:contextualSpacing w:val="0"/>
              <w:rPr>
                <w:kern w:val="2"/>
                <w:sz w:val="20"/>
                <w:szCs w:val="20"/>
                <w:lang w:eastAsia="nb-NO"/>
                <w14:ligatures w14:val="standardContextual"/>
              </w:rPr>
            </w:pPr>
            <w:r w:rsidRPr="008C6866">
              <w:rPr>
                <w:sz w:val="20"/>
                <w:szCs w:val="20"/>
              </w:rPr>
              <w:t>inneklima og helse</w:t>
            </w:r>
          </w:p>
          <w:p w14:paraId="2EAC7509" w14:textId="4D7EB7E2" w:rsidR="008C6866" w:rsidRPr="008C6866" w:rsidRDefault="008C6866" w:rsidP="00C80F80">
            <w:pPr>
              <w:pStyle w:val="Punktliste"/>
              <w:numPr>
                <w:ilvl w:val="0"/>
                <w:numId w:val="19"/>
              </w:numPr>
              <w:contextualSpacing w:val="0"/>
              <w:rPr>
                <w:kern w:val="2"/>
                <w:sz w:val="20"/>
                <w:szCs w:val="20"/>
                <w:lang w:eastAsia="nb-NO"/>
                <w14:ligatures w14:val="standardContextual"/>
              </w:rPr>
            </w:pPr>
            <w:r w:rsidRPr="008C6866">
              <w:rPr>
                <w:kern w:val="2"/>
                <w:sz w:val="20"/>
                <w:szCs w:val="20"/>
                <w:lang w:eastAsia="nb-NO"/>
                <w14:ligatures w14:val="standardContextual"/>
              </w:rPr>
              <w:t>energi</w:t>
            </w:r>
          </w:p>
          <w:p w14:paraId="5A5648ED" w14:textId="51B5C455" w:rsidR="008C6866" w:rsidRPr="008C6866" w:rsidRDefault="008C6866" w:rsidP="00C80F80">
            <w:pPr>
              <w:pStyle w:val="Punktliste"/>
              <w:numPr>
                <w:ilvl w:val="0"/>
                <w:numId w:val="19"/>
              </w:numPr>
              <w:contextualSpacing w:val="0"/>
              <w:rPr>
                <w:kern w:val="2"/>
                <w:sz w:val="20"/>
                <w:szCs w:val="20"/>
                <w:lang w:eastAsia="nb-NO"/>
                <w14:ligatures w14:val="standardContextual"/>
              </w:rPr>
            </w:pPr>
            <w:r w:rsidRPr="008C6866">
              <w:rPr>
                <w:kern w:val="2"/>
                <w:sz w:val="20"/>
                <w:szCs w:val="20"/>
                <w:lang w:eastAsia="nb-NO"/>
                <w14:ligatures w14:val="standardContextual"/>
              </w:rPr>
              <w:t>installasjoner og anlegg</w:t>
            </w:r>
          </w:p>
          <w:p w14:paraId="6650806D" w14:textId="2A760797" w:rsidR="00A71EDF" w:rsidRPr="008C6866" w:rsidRDefault="00C80F80" w:rsidP="00C80F80">
            <w:pPr>
              <w:pStyle w:val="Punktliste"/>
            </w:pPr>
            <w:r w:rsidRPr="008C6866">
              <w:rPr>
                <w:sz w:val="20"/>
                <w:szCs w:val="20"/>
              </w:rPr>
              <w:t>nye produkter, tjenester og løsninger som virkemidler for verdiskaping</w:t>
            </w:r>
          </w:p>
        </w:tc>
      </w:tr>
    </w:tbl>
    <w:p w14:paraId="39E97FCB" w14:textId="77777777" w:rsidR="00402CC2" w:rsidRPr="008C6866" w:rsidRDefault="00402CC2">
      <w:pPr>
        <w:rPr>
          <w:kern w:val="2"/>
          <w:lang w:eastAsia="nb-NO"/>
          <w14:ligatures w14:val="standardContextual"/>
        </w:rPr>
      </w:pPr>
      <w:r w:rsidRPr="008C6866">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8C6866"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8C6866" w:rsidRDefault="00402CC2">
            <w:pPr>
              <w:spacing w:after="40" w:line="240" w:lineRule="auto"/>
              <w:rPr>
                <w:kern w:val="2"/>
                <w:lang w:eastAsia="nb-NO"/>
                <w14:ligatures w14:val="standardContextual"/>
              </w:rPr>
            </w:pPr>
            <w:r w:rsidRPr="008C6866">
              <w:rPr>
                <w:b/>
                <w:bCs/>
                <w:sz w:val="20"/>
                <w:szCs w:val="20"/>
              </w:rPr>
              <w:t>Egenvurdering (skriv her)</w:t>
            </w:r>
          </w:p>
          <w:p w14:paraId="73E269AB" w14:textId="77777777" w:rsidR="00402CC2" w:rsidRPr="008C6866" w:rsidRDefault="00402CC2">
            <w:pPr>
              <w:spacing w:after="0" w:line="240" w:lineRule="auto"/>
              <w:rPr>
                <w:sz w:val="20"/>
                <w:szCs w:val="20"/>
              </w:rPr>
            </w:pPr>
            <w:r w:rsidRPr="008C686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8C6866" w:rsidRDefault="00AC5D89" w:rsidP="00AC5D89">
            <w:pPr>
              <w:rPr>
                <w:sz w:val="20"/>
                <w:szCs w:val="20"/>
              </w:rPr>
            </w:pPr>
          </w:p>
          <w:p w14:paraId="09A52435" w14:textId="77777777" w:rsidR="00AC5D89" w:rsidRPr="008C6866" w:rsidRDefault="00AC5D89" w:rsidP="00AC5D89">
            <w:pPr>
              <w:rPr>
                <w:sz w:val="20"/>
                <w:szCs w:val="20"/>
              </w:rPr>
            </w:pPr>
          </w:p>
          <w:p w14:paraId="14AB5923" w14:textId="77777777" w:rsidR="00AC5D89" w:rsidRPr="008C6866" w:rsidRDefault="00AC5D89" w:rsidP="00AC5D89">
            <w:pPr>
              <w:rPr>
                <w:sz w:val="20"/>
                <w:szCs w:val="20"/>
              </w:rPr>
            </w:pPr>
          </w:p>
          <w:p w14:paraId="58FE9948" w14:textId="77777777" w:rsidR="005D7A5C" w:rsidRPr="008C6866" w:rsidRDefault="005D7A5C" w:rsidP="00AC5D89">
            <w:pPr>
              <w:rPr>
                <w:sz w:val="20"/>
                <w:szCs w:val="20"/>
              </w:rPr>
            </w:pPr>
          </w:p>
          <w:p w14:paraId="1A299AE6" w14:textId="77777777" w:rsidR="00AC5D89" w:rsidRPr="008C6866" w:rsidRDefault="00AC5D89" w:rsidP="00AC5D89"/>
        </w:tc>
      </w:tr>
    </w:tbl>
    <w:p w14:paraId="3EE18744" w14:textId="77777777" w:rsidR="00402CC2" w:rsidRPr="008C6866" w:rsidRDefault="00402CC2">
      <w:pPr>
        <w:rPr>
          <w:kern w:val="2"/>
          <w:lang w:eastAsia="nb-NO"/>
          <w14:ligatures w14:val="standardContextual"/>
        </w:rPr>
      </w:pPr>
      <w:r w:rsidRPr="008C6866">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8C6866"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8C6866" w:rsidRDefault="0049336C">
            <w:pPr>
              <w:spacing w:after="40" w:line="240" w:lineRule="auto"/>
              <w:rPr>
                <w:kern w:val="2"/>
                <w:lang w:eastAsia="nb-NO"/>
                <w14:ligatures w14:val="standardContextual"/>
              </w:rPr>
            </w:pPr>
            <w:r w:rsidRPr="008C6866">
              <w:rPr>
                <w:b/>
                <w:bCs/>
                <w:sz w:val="20"/>
                <w:szCs w:val="20"/>
              </w:rPr>
              <w:t>Relevante vedlegg (liste/henvisninger</w:t>
            </w:r>
          </w:p>
          <w:p w14:paraId="4DE6249B" w14:textId="77777777" w:rsidR="0049336C" w:rsidRPr="008C6866" w:rsidRDefault="0049336C">
            <w:pPr>
              <w:spacing w:after="0" w:line="240" w:lineRule="auto"/>
            </w:pPr>
            <w:r w:rsidRPr="008C6866">
              <w:rPr>
                <w:sz w:val="20"/>
                <w:szCs w:val="20"/>
              </w:rPr>
              <w:t>Oppgi vedleggsnummer og kort beskrivelse av dokumentasjonen som underbygger egenvurderingen.</w:t>
            </w:r>
          </w:p>
        </w:tc>
      </w:tr>
    </w:tbl>
    <w:p w14:paraId="3E454D35" w14:textId="77777777" w:rsidR="0073273B" w:rsidRPr="008C6866" w:rsidRDefault="009A3BFE">
      <w:r w:rsidRPr="008C6866">
        <w:br w:type="page"/>
      </w:r>
    </w:p>
    <w:p w14:paraId="03AFB868" w14:textId="78067803" w:rsidR="0073273B" w:rsidRPr="008C6866" w:rsidRDefault="009A3BFE" w:rsidP="00C10D87">
      <w:pPr>
        <w:pStyle w:val="Listeavsnitt"/>
        <w:numPr>
          <w:ilvl w:val="0"/>
          <w:numId w:val="22"/>
        </w:numPr>
      </w:pPr>
      <w:r w:rsidRPr="00C10D87">
        <w:rPr>
          <w:b/>
        </w:rPr>
        <w:lastRenderedPageBreak/>
        <w:t>Utførelse</w:t>
      </w:r>
      <w:r w:rsidR="00E00768" w:rsidRPr="00C10D87">
        <w:rPr>
          <w:b/>
        </w:rPr>
        <w:t xml:space="preserve"> og tilsyn</w:t>
      </w:r>
    </w:p>
    <w:p w14:paraId="07423292" w14:textId="0B0923EA" w:rsidR="0073273B" w:rsidRPr="008C6866" w:rsidRDefault="009A3BFE">
      <w:pPr>
        <w:pStyle w:val="Overskrift2"/>
      </w:pPr>
      <w:r w:rsidRPr="008C6866">
        <w:t>Utførelse</w:t>
      </w:r>
      <w:r w:rsidR="00E00768">
        <w:t xml:space="preserve"> og tilsyn</w:t>
      </w:r>
    </w:p>
    <w:tbl>
      <w:tblPr>
        <w:tblStyle w:val="Tabellrutenett"/>
        <w:tblW w:w="0" w:type="auto"/>
        <w:tblLook w:val="04A0" w:firstRow="1" w:lastRow="0" w:firstColumn="1" w:lastColumn="0" w:noHBand="0" w:noVBand="1"/>
      </w:tblPr>
      <w:tblGrid>
        <w:gridCol w:w="4986"/>
        <w:gridCol w:w="4986"/>
      </w:tblGrid>
      <w:tr w:rsidR="00A71EDF" w:rsidRPr="008C6866" w14:paraId="275BBBDC" w14:textId="77777777">
        <w:trPr>
          <w:cantSplit/>
        </w:trPr>
        <w:tc>
          <w:tcPr>
            <w:tcW w:w="4986" w:type="dxa"/>
          </w:tcPr>
          <w:p w14:paraId="06A0F170" w14:textId="77777777" w:rsidR="00A71EDF" w:rsidRPr="008C6866" w:rsidRDefault="00A71EDF">
            <w:pPr>
              <w:spacing w:after="40"/>
            </w:pPr>
            <w:r w:rsidRPr="008C6866">
              <w:rPr>
                <w:b/>
                <w:sz w:val="20"/>
              </w:rPr>
              <w:t>Hovedtema</w:t>
            </w:r>
          </w:p>
          <w:p w14:paraId="7FB9CCC2" w14:textId="77777777" w:rsidR="002D3516" w:rsidRDefault="002D3516">
            <w:pPr>
              <w:rPr>
                <w:sz w:val="20"/>
              </w:rPr>
            </w:pPr>
            <w:r w:rsidRPr="002D3516">
              <w:rPr>
                <w:sz w:val="20"/>
              </w:rPr>
              <w:t xml:space="preserve">Hovedtemaet handler om faglig ansvar for utførelse av feiing, tilsyn og installasjonsarbeid i henhold til byggesaksforskriften, tiltaksklasse 2. </w:t>
            </w:r>
          </w:p>
          <w:p w14:paraId="61A9AEBF" w14:textId="77777777" w:rsidR="002D3516" w:rsidRDefault="002D3516">
            <w:pPr>
              <w:rPr>
                <w:sz w:val="20"/>
              </w:rPr>
            </w:pPr>
          </w:p>
          <w:p w14:paraId="2D4161FD" w14:textId="15F135CD" w:rsidR="00A71EDF" w:rsidRPr="008C6866" w:rsidRDefault="002D3516">
            <w:r w:rsidRPr="002D3516">
              <w:rPr>
                <w:sz w:val="20"/>
              </w:rPr>
              <w:t>Det omfatter også veiledning av ansatte i feiing, tilsyn og installasjonsarbeid samt kontroll og dokumentasjon av utført arbeid.</w:t>
            </w:r>
          </w:p>
        </w:tc>
        <w:tc>
          <w:tcPr>
            <w:tcW w:w="4986" w:type="dxa"/>
          </w:tcPr>
          <w:p w14:paraId="4058EBD8" w14:textId="77777777" w:rsidR="00A71EDF" w:rsidRPr="008C6866" w:rsidRDefault="00A71EDF">
            <w:pPr>
              <w:spacing w:after="40"/>
            </w:pPr>
            <w:r w:rsidRPr="008C6866">
              <w:rPr>
                <w:b/>
                <w:sz w:val="20"/>
              </w:rPr>
              <w:t>Innhold</w:t>
            </w:r>
          </w:p>
          <w:p w14:paraId="7A738FAC" w14:textId="2F7147CC" w:rsidR="0066467E" w:rsidRDefault="0066467E" w:rsidP="00BB4CEB">
            <w:pPr>
              <w:pStyle w:val="Punktliste"/>
              <w:numPr>
                <w:ilvl w:val="0"/>
                <w:numId w:val="20"/>
              </w:numPr>
            </w:pPr>
            <w:r w:rsidRPr="0066467E">
              <w:t>gjennomføring og kvalitetssikring av feiing, tilsyn</w:t>
            </w:r>
            <w:r w:rsidR="00BB4CEB">
              <w:t xml:space="preserve"> </w:t>
            </w:r>
            <w:r w:rsidRPr="0066467E">
              <w:t>og installasjonsarbeid i samsvar me</w:t>
            </w:r>
            <w:r w:rsidR="00BB4CEB">
              <w:t xml:space="preserve">d </w:t>
            </w:r>
            <w:r w:rsidRPr="0066467E">
              <w:t xml:space="preserve">produksjonsunderlag </w:t>
            </w:r>
          </w:p>
          <w:p w14:paraId="5DFB3D2F" w14:textId="743FA112" w:rsidR="0066467E" w:rsidRDefault="0066467E" w:rsidP="00E00768">
            <w:pPr>
              <w:pStyle w:val="Punktliste"/>
              <w:numPr>
                <w:ilvl w:val="0"/>
                <w:numId w:val="20"/>
              </w:numPr>
            </w:pPr>
            <w:r w:rsidRPr="0066467E">
              <w:t xml:space="preserve">gjennomføring av prosjekterte sikringstiltak </w:t>
            </w:r>
          </w:p>
          <w:p w14:paraId="338142A6" w14:textId="7801D9AA" w:rsidR="0066467E" w:rsidRDefault="0066467E" w:rsidP="00E00768">
            <w:pPr>
              <w:pStyle w:val="Punktliste"/>
              <w:numPr>
                <w:ilvl w:val="0"/>
                <w:numId w:val="20"/>
              </w:numPr>
            </w:pPr>
            <w:r w:rsidRPr="0066467E">
              <w:t xml:space="preserve">koordinering av grensesnitt mot andre utførende </w:t>
            </w:r>
          </w:p>
          <w:p w14:paraId="2B637A98" w14:textId="01E6F3C5" w:rsidR="0066467E" w:rsidRDefault="0066467E" w:rsidP="00E00768">
            <w:pPr>
              <w:pStyle w:val="Punktliste"/>
              <w:numPr>
                <w:ilvl w:val="0"/>
                <w:numId w:val="20"/>
              </w:numPr>
            </w:pPr>
            <w:r w:rsidRPr="0066467E">
              <w:t xml:space="preserve">regelverk for tilsyn med bygninger og fyringsanlegg </w:t>
            </w:r>
          </w:p>
          <w:p w14:paraId="4430FBE1" w14:textId="1F826E79" w:rsidR="0066467E" w:rsidRDefault="0066467E" w:rsidP="00E00768">
            <w:pPr>
              <w:pStyle w:val="Punktliste"/>
              <w:numPr>
                <w:ilvl w:val="0"/>
                <w:numId w:val="20"/>
              </w:numPr>
            </w:pPr>
            <w:r w:rsidRPr="0066467E">
              <w:t xml:space="preserve">bygningsregler i eldre bygningslovgivning </w:t>
            </w:r>
          </w:p>
          <w:p w14:paraId="37007380" w14:textId="313D9527" w:rsidR="00A71EDF" w:rsidRPr="008C6866" w:rsidRDefault="0066467E" w:rsidP="00E00768">
            <w:pPr>
              <w:pStyle w:val="Punktliste"/>
              <w:numPr>
                <w:ilvl w:val="0"/>
                <w:numId w:val="20"/>
              </w:numPr>
            </w:pPr>
            <w:r w:rsidRPr="0066467E">
              <w:t>veiledning for kompetanseutvikling i feierfaget</w:t>
            </w:r>
          </w:p>
        </w:tc>
      </w:tr>
    </w:tbl>
    <w:p w14:paraId="1811CEC6" w14:textId="77777777" w:rsidR="00402CC2" w:rsidRPr="008C6866" w:rsidRDefault="00402CC2">
      <w:pPr>
        <w:rPr>
          <w:kern w:val="2"/>
          <w:lang w:eastAsia="nb-NO"/>
          <w14:ligatures w14:val="standardContextual"/>
        </w:rPr>
      </w:pPr>
      <w:r w:rsidRPr="008C6866">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8C6866" w14:paraId="4DD578A2" w14:textId="77777777" w:rsidTr="005A51DB">
        <w:trPr>
          <w:trHeight w:val="5586"/>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8C6866" w:rsidRDefault="00402CC2">
            <w:pPr>
              <w:spacing w:after="40" w:line="240" w:lineRule="auto"/>
              <w:rPr>
                <w:kern w:val="2"/>
                <w:lang w:eastAsia="nb-NO"/>
                <w14:ligatures w14:val="standardContextual"/>
              </w:rPr>
            </w:pPr>
            <w:r w:rsidRPr="008C6866">
              <w:rPr>
                <w:b/>
                <w:bCs/>
                <w:sz w:val="20"/>
                <w:szCs w:val="20"/>
              </w:rPr>
              <w:t>Egenvurdering (skriv her)</w:t>
            </w:r>
          </w:p>
          <w:p w14:paraId="6AEE4227" w14:textId="77777777" w:rsidR="00437B97" w:rsidRDefault="00402CC2">
            <w:pPr>
              <w:spacing w:after="0" w:line="240" w:lineRule="auto"/>
              <w:rPr>
                <w:sz w:val="20"/>
                <w:szCs w:val="20"/>
              </w:rPr>
            </w:pPr>
            <w:r w:rsidRPr="008C686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B5045C3" w14:textId="77777777" w:rsidR="005A51DB" w:rsidRDefault="005A51DB" w:rsidP="005A51DB">
            <w:pPr>
              <w:rPr>
                <w:sz w:val="20"/>
                <w:szCs w:val="20"/>
              </w:rPr>
            </w:pPr>
          </w:p>
          <w:p w14:paraId="6EABBF44" w14:textId="5F458DAF" w:rsidR="005A51DB" w:rsidRPr="005A51DB" w:rsidRDefault="005A51DB" w:rsidP="005A51DB">
            <w:pPr>
              <w:rPr>
                <w:sz w:val="20"/>
                <w:szCs w:val="20"/>
              </w:rPr>
            </w:pPr>
          </w:p>
        </w:tc>
      </w:tr>
    </w:tbl>
    <w:p w14:paraId="33C18D58" w14:textId="77777777" w:rsidR="00402CC2" w:rsidRPr="008C6866" w:rsidRDefault="00402CC2">
      <w:pPr>
        <w:rPr>
          <w:kern w:val="2"/>
          <w:lang w:eastAsia="nb-NO"/>
          <w14:ligatures w14:val="standardContextual"/>
        </w:rPr>
      </w:pPr>
      <w:r w:rsidRPr="008C6866">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8C6866"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8C6866" w:rsidRDefault="0049336C">
            <w:pPr>
              <w:spacing w:after="40" w:line="240" w:lineRule="auto"/>
              <w:rPr>
                <w:kern w:val="2"/>
                <w:lang w:eastAsia="nb-NO"/>
                <w14:ligatures w14:val="standardContextual"/>
              </w:rPr>
            </w:pPr>
            <w:r w:rsidRPr="008C6866">
              <w:rPr>
                <w:b/>
                <w:bCs/>
                <w:sz w:val="20"/>
                <w:szCs w:val="20"/>
              </w:rPr>
              <w:t>Relevante vedlegg (liste/henvisninger)</w:t>
            </w:r>
          </w:p>
          <w:p w14:paraId="7F6948E2" w14:textId="2E5C28EF" w:rsidR="00064C05" w:rsidRPr="008C6866" w:rsidRDefault="0049336C">
            <w:pPr>
              <w:spacing w:after="0" w:line="240" w:lineRule="auto"/>
              <w:rPr>
                <w:sz w:val="20"/>
                <w:szCs w:val="20"/>
              </w:rPr>
            </w:pPr>
            <w:r w:rsidRPr="008C6866">
              <w:rPr>
                <w:sz w:val="20"/>
                <w:szCs w:val="20"/>
              </w:rPr>
              <w:t>Oppgi vedleggsnummer og kort beskrivelse av dokumentasjonen som underbygger egenvurderingen.</w:t>
            </w:r>
          </w:p>
        </w:tc>
      </w:tr>
    </w:tbl>
    <w:p w14:paraId="10718D99" w14:textId="77777777" w:rsidR="0073273B" w:rsidRPr="008C6866" w:rsidRDefault="009A3BFE">
      <w:r w:rsidRPr="008C6866">
        <w:br w:type="page"/>
      </w:r>
    </w:p>
    <w:p w14:paraId="6F51D9FB" w14:textId="72EEF1AF" w:rsidR="0073273B" w:rsidRPr="008C6866" w:rsidRDefault="009A3BFE" w:rsidP="00C10D87">
      <w:pPr>
        <w:pStyle w:val="Listeavsnitt"/>
        <w:numPr>
          <w:ilvl w:val="0"/>
          <w:numId w:val="22"/>
        </w:numPr>
      </w:pPr>
      <w:r w:rsidRPr="00C10D87">
        <w:rPr>
          <w:b/>
        </w:rPr>
        <w:lastRenderedPageBreak/>
        <w:t>Faglig kalkulasjon</w:t>
      </w:r>
    </w:p>
    <w:p w14:paraId="32246340" w14:textId="77777777" w:rsidR="0073273B" w:rsidRPr="008C6866" w:rsidRDefault="009A3BFE">
      <w:pPr>
        <w:pStyle w:val="Overskrift2"/>
      </w:pPr>
      <w:r w:rsidRPr="008C6866">
        <w:t>Faglig kalkulasjon</w:t>
      </w:r>
    </w:p>
    <w:tbl>
      <w:tblPr>
        <w:tblStyle w:val="Tabellrutenett"/>
        <w:tblW w:w="0" w:type="auto"/>
        <w:tblLook w:val="04A0" w:firstRow="1" w:lastRow="0" w:firstColumn="1" w:lastColumn="0" w:noHBand="0" w:noVBand="1"/>
      </w:tblPr>
      <w:tblGrid>
        <w:gridCol w:w="4986"/>
        <w:gridCol w:w="4986"/>
      </w:tblGrid>
      <w:tr w:rsidR="00A71EDF" w:rsidRPr="008C6866" w14:paraId="1582DBE0" w14:textId="77777777">
        <w:trPr>
          <w:cantSplit/>
        </w:trPr>
        <w:tc>
          <w:tcPr>
            <w:tcW w:w="4986" w:type="dxa"/>
          </w:tcPr>
          <w:p w14:paraId="760AD9E6" w14:textId="77777777" w:rsidR="00A71EDF" w:rsidRPr="008C6866" w:rsidRDefault="00A71EDF">
            <w:pPr>
              <w:spacing w:after="40"/>
            </w:pPr>
            <w:r w:rsidRPr="008C6866">
              <w:rPr>
                <w:b/>
                <w:sz w:val="20"/>
              </w:rPr>
              <w:t>Hovedtema</w:t>
            </w:r>
          </w:p>
          <w:p w14:paraId="795BCAAB" w14:textId="77777777" w:rsidR="003F64F6" w:rsidRDefault="003F64F6">
            <w:pPr>
              <w:rPr>
                <w:sz w:val="20"/>
              </w:rPr>
            </w:pPr>
            <w:r w:rsidRPr="003F64F6">
              <w:rPr>
                <w:sz w:val="20"/>
              </w:rPr>
              <w:t xml:space="preserve">Hovedtemaet handler om komplette kalkulasjoner av feiing, tilsyn og installasjonsarbeid. </w:t>
            </w:r>
          </w:p>
          <w:p w14:paraId="73DC00F0" w14:textId="77777777" w:rsidR="003F64F6" w:rsidRDefault="003F64F6">
            <w:pPr>
              <w:rPr>
                <w:sz w:val="20"/>
              </w:rPr>
            </w:pPr>
          </w:p>
          <w:p w14:paraId="2340352E" w14:textId="77777777" w:rsidR="003F64F6" w:rsidRDefault="003F64F6">
            <w:pPr>
              <w:rPr>
                <w:sz w:val="20"/>
              </w:rPr>
            </w:pPr>
            <w:r w:rsidRPr="003F64F6">
              <w:rPr>
                <w:sz w:val="20"/>
              </w:rPr>
              <w:t xml:space="preserve">Det omfatter ulike lønnssystemers innvirkning på kostnader i prosjekter. </w:t>
            </w:r>
          </w:p>
          <w:p w14:paraId="7B43E179" w14:textId="77777777" w:rsidR="003F64F6" w:rsidRDefault="003F64F6">
            <w:pPr>
              <w:rPr>
                <w:sz w:val="20"/>
              </w:rPr>
            </w:pPr>
          </w:p>
          <w:p w14:paraId="64E5FDBE" w14:textId="7144E64C" w:rsidR="00A71EDF" w:rsidRPr="008C6866" w:rsidRDefault="003F64F6">
            <w:r w:rsidRPr="003F64F6">
              <w:rPr>
                <w:sz w:val="20"/>
              </w:rPr>
              <w:t>Videre handler det om analyse av resultater og eventuelle avvik samt å benytte nøkkeltall i framtidige prosjekter.</w:t>
            </w:r>
          </w:p>
        </w:tc>
        <w:tc>
          <w:tcPr>
            <w:tcW w:w="4986" w:type="dxa"/>
          </w:tcPr>
          <w:p w14:paraId="664443CE" w14:textId="77777777" w:rsidR="00A71EDF" w:rsidRPr="008C6866" w:rsidRDefault="00A71EDF">
            <w:pPr>
              <w:spacing w:after="40"/>
            </w:pPr>
            <w:r w:rsidRPr="008C6866">
              <w:rPr>
                <w:b/>
                <w:sz w:val="20"/>
              </w:rPr>
              <w:t>Innhold</w:t>
            </w:r>
          </w:p>
          <w:p w14:paraId="63EA113F" w14:textId="62752E67" w:rsidR="00A71EDF" w:rsidRPr="008C6866" w:rsidRDefault="00A71EDF">
            <w:pPr>
              <w:pStyle w:val="Punktliste"/>
            </w:pPr>
            <w:r w:rsidRPr="008C6866">
              <w:rPr>
                <w:sz w:val="20"/>
              </w:rPr>
              <w:t xml:space="preserve">fellesoverenskomsten for byggfag, akkordtariff (der dette foreligger) og lokale lønnsavtaler i </w:t>
            </w:r>
            <w:r w:rsidR="00FB2E41">
              <w:rPr>
                <w:sz w:val="20"/>
              </w:rPr>
              <w:t>feierfaget</w:t>
            </w:r>
          </w:p>
          <w:p w14:paraId="25A48ECE" w14:textId="77777777" w:rsidR="00A71EDF" w:rsidRPr="008C6866" w:rsidRDefault="00A71EDF">
            <w:pPr>
              <w:pStyle w:val="Punktliste"/>
            </w:pPr>
            <w:r w:rsidRPr="008C6866">
              <w:rPr>
                <w:sz w:val="20"/>
              </w:rPr>
              <w:t>beregning av enhetspriser etter Norsk Standard</w:t>
            </w:r>
          </w:p>
          <w:p w14:paraId="35074469" w14:textId="77777777" w:rsidR="00A71EDF" w:rsidRPr="008C6866" w:rsidRDefault="00A71EDF">
            <w:pPr>
              <w:pStyle w:val="Punktliste"/>
            </w:pPr>
            <w:r w:rsidRPr="008C6866">
              <w:rPr>
                <w:sz w:val="20"/>
              </w:rPr>
              <w:t>beregning av kostnader til rigg og drift</w:t>
            </w:r>
          </w:p>
          <w:p w14:paraId="72D8463C" w14:textId="77777777" w:rsidR="00A71EDF" w:rsidRPr="008C6866" w:rsidRDefault="00A71EDF">
            <w:pPr>
              <w:pStyle w:val="Punktliste"/>
            </w:pPr>
            <w:r w:rsidRPr="008C6866">
              <w:rPr>
                <w:sz w:val="20"/>
              </w:rPr>
              <w:t>beregning og fordeling av akkordoverskudd</w:t>
            </w:r>
          </w:p>
          <w:p w14:paraId="6E0B60AF" w14:textId="77777777" w:rsidR="00A71EDF" w:rsidRPr="008C6866" w:rsidRDefault="00A71EDF">
            <w:pPr>
              <w:pStyle w:val="Punktliste"/>
            </w:pPr>
            <w:r w:rsidRPr="008C6866">
              <w:rPr>
                <w:sz w:val="20"/>
              </w:rPr>
              <w:t>oppstilling og spesifikasjon av byggekostnader etter Norsk Standard</w:t>
            </w:r>
          </w:p>
          <w:p w14:paraId="45890133" w14:textId="77777777" w:rsidR="00A71EDF" w:rsidRPr="008C6866" w:rsidRDefault="00A71EDF">
            <w:pPr>
              <w:pStyle w:val="Punktliste"/>
            </w:pPr>
            <w:r w:rsidRPr="008C6866">
              <w:rPr>
                <w:sz w:val="20"/>
              </w:rPr>
              <w:t>utarbeidelse av tilbud og anbud</w:t>
            </w:r>
          </w:p>
          <w:p w14:paraId="33FFE376" w14:textId="77777777" w:rsidR="00A71EDF" w:rsidRPr="008C6866" w:rsidRDefault="00A71EDF">
            <w:pPr>
              <w:pStyle w:val="Punktliste"/>
            </w:pPr>
            <w:r w:rsidRPr="008C6866">
              <w:rPr>
                <w:sz w:val="20"/>
              </w:rPr>
              <w:t>analyse av avvik ved bruk av etterkalkyle</w:t>
            </w:r>
          </w:p>
          <w:p w14:paraId="7AC5E8DA" w14:textId="77777777" w:rsidR="00A71EDF" w:rsidRPr="008C6866" w:rsidRDefault="00A71EDF">
            <w:pPr>
              <w:pStyle w:val="Punktliste"/>
            </w:pPr>
            <w:r w:rsidRPr="008C6866">
              <w:rPr>
                <w:sz w:val="20"/>
              </w:rPr>
              <w:t>bruk av nøkkeltall til forbedring av kalkyler i framtidige prosjekter</w:t>
            </w:r>
          </w:p>
        </w:tc>
      </w:tr>
    </w:tbl>
    <w:p w14:paraId="642A5B1A" w14:textId="77777777" w:rsidR="00402CC2" w:rsidRPr="008C6866" w:rsidRDefault="00402CC2">
      <w:pPr>
        <w:rPr>
          <w:kern w:val="2"/>
          <w:lang w:eastAsia="nb-NO"/>
          <w14:ligatures w14:val="standardContextual"/>
        </w:rPr>
      </w:pPr>
      <w:r w:rsidRPr="008C6866">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8C6866"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8C6866" w:rsidRDefault="00402CC2">
            <w:pPr>
              <w:spacing w:after="40" w:line="240" w:lineRule="auto"/>
              <w:rPr>
                <w:kern w:val="2"/>
                <w:lang w:eastAsia="nb-NO"/>
                <w14:ligatures w14:val="standardContextual"/>
              </w:rPr>
            </w:pPr>
            <w:r w:rsidRPr="008C6866">
              <w:rPr>
                <w:b/>
                <w:bCs/>
                <w:sz w:val="20"/>
                <w:szCs w:val="20"/>
              </w:rPr>
              <w:t>Egenvurdering (skriv her)</w:t>
            </w:r>
          </w:p>
          <w:p w14:paraId="04866060" w14:textId="77777777" w:rsidR="00402CC2" w:rsidRPr="008C6866" w:rsidRDefault="00402CC2">
            <w:pPr>
              <w:spacing w:after="0" w:line="240" w:lineRule="auto"/>
            </w:pPr>
            <w:r w:rsidRPr="008C686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8C6866" w:rsidRDefault="00402CC2">
      <w:pPr>
        <w:rPr>
          <w:kern w:val="2"/>
          <w:lang w:eastAsia="nb-NO"/>
          <w14:ligatures w14:val="standardContextual"/>
        </w:rPr>
      </w:pPr>
      <w:r w:rsidRPr="008C6866">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C6866"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8C6866" w:rsidRDefault="0049336C">
            <w:pPr>
              <w:spacing w:after="40" w:line="240" w:lineRule="auto"/>
              <w:rPr>
                <w:kern w:val="2"/>
                <w:lang w:eastAsia="nb-NO"/>
                <w14:ligatures w14:val="standardContextual"/>
              </w:rPr>
            </w:pPr>
            <w:r w:rsidRPr="008C6866">
              <w:rPr>
                <w:b/>
                <w:bCs/>
                <w:sz w:val="20"/>
                <w:szCs w:val="20"/>
              </w:rPr>
              <w:t>Relevante vedlegg (liste/henvisninger)</w:t>
            </w:r>
          </w:p>
          <w:p w14:paraId="16D83198" w14:textId="77777777" w:rsidR="0049336C" w:rsidRPr="008C6866" w:rsidRDefault="0049336C">
            <w:pPr>
              <w:spacing w:after="0" w:line="240" w:lineRule="auto"/>
            </w:pPr>
            <w:r w:rsidRPr="008C6866">
              <w:rPr>
                <w:sz w:val="20"/>
                <w:szCs w:val="20"/>
              </w:rPr>
              <w:t>Oppgi vedleggsnummer og kort beskrivelse av dokumentasjonen som underbygger egenvurderingen.</w:t>
            </w:r>
          </w:p>
        </w:tc>
      </w:tr>
    </w:tbl>
    <w:p w14:paraId="59A5C7D9" w14:textId="77777777" w:rsidR="0073273B" w:rsidRPr="008C6866" w:rsidRDefault="009A3BFE">
      <w:r w:rsidRPr="008C6866">
        <w:br w:type="page"/>
      </w:r>
    </w:p>
    <w:p w14:paraId="47F0A5ED" w14:textId="46A068E4" w:rsidR="0073273B" w:rsidRPr="008C6866" w:rsidRDefault="009A3BFE" w:rsidP="00C10D87">
      <w:pPr>
        <w:pStyle w:val="Listeavsnitt"/>
        <w:numPr>
          <w:ilvl w:val="0"/>
          <w:numId w:val="22"/>
        </w:numPr>
      </w:pPr>
      <w:r w:rsidRPr="00C10D87">
        <w:rPr>
          <w:b/>
        </w:rPr>
        <w:lastRenderedPageBreak/>
        <w:t>Ferdigstillelse og sluttdokumentasjon</w:t>
      </w:r>
    </w:p>
    <w:p w14:paraId="761A439F" w14:textId="77777777" w:rsidR="0073273B" w:rsidRPr="008C6866" w:rsidRDefault="009A3BFE">
      <w:pPr>
        <w:pStyle w:val="Overskrift2"/>
      </w:pPr>
      <w:r w:rsidRPr="008C6866">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8C6866" w14:paraId="189093FD" w14:textId="77777777">
        <w:trPr>
          <w:cantSplit/>
        </w:trPr>
        <w:tc>
          <w:tcPr>
            <w:tcW w:w="4986" w:type="dxa"/>
          </w:tcPr>
          <w:p w14:paraId="52D7C92B" w14:textId="77777777" w:rsidR="00A71EDF" w:rsidRPr="008C6866" w:rsidRDefault="00A71EDF">
            <w:pPr>
              <w:spacing w:after="40"/>
            </w:pPr>
            <w:r w:rsidRPr="008C6866">
              <w:rPr>
                <w:b/>
                <w:sz w:val="20"/>
              </w:rPr>
              <w:t>Hovedtema</w:t>
            </w:r>
          </w:p>
          <w:p w14:paraId="0B928404" w14:textId="77777777" w:rsidR="00D87ED5" w:rsidRDefault="00D87ED5">
            <w:pPr>
              <w:rPr>
                <w:sz w:val="20"/>
              </w:rPr>
            </w:pPr>
            <w:r w:rsidRPr="00D87ED5">
              <w:rPr>
                <w:sz w:val="20"/>
              </w:rPr>
              <w:t xml:space="preserve">Hovedtemaet handler om ferdigstillelse og overlevering av feiing, tilsyn og installasjonsarbeid. </w:t>
            </w:r>
          </w:p>
          <w:p w14:paraId="25B0DD4C" w14:textId="77777777" w:rsidR="00D87ED5" w:rsidRDefault="00D87ED5">
            <w:pPr>
              <w:rPr>
                <w:sz w:val="20"/>
              </w:rPr>
            </w:pPr>
          </w:p>
          <w:p w14:paraId="214262F6" w14:textId="0EDF4042" w:rsidR="00A71EDF" w:rsidRPr="008C6866" w:rsidRDefault="00D87ED5">
            <w:r w:rsidRPr="00D87ED5">
              <w:rPr>
                <w:sz w:val="20"/>
              </w:rPr>
              <w:t>Det handler også om krav til sluttdokumentasjon og om drifts- og vedlikeholdsdokumentasjon (FDV).</w:t>
            </w:r>
          </w:p>
        </w:tc>
        <w:tc>
          <w:tcPr>
            <w:tcW w:w="4986" w:type="dxa"/>
          </w:tcPr>
          <w:p w14:paraId="0ADB460C" w14:textId="77777777" w:rsidR="00A71EDF" w:rsidRPr="008C6866" w:rsidRDefault="00A71EDF">
            <w:pPr>
              <w:spacing w:after="40"/>
            </w:pPr>
            <w:r w:rsidRPr="008C6866">
              <w:rPr>
                <w:b/>
                <w:sz w:val="20"/>
              </w:rPr>
              <w:t>Innhold</w:t>
            </w:r>
          </w:p>
          <w:p w14:paraId="6DC279CA" w14:textId="105010D9" w:rsidR="00FD2803" w:rsidRPr="00117A45" w:rsidRDefault="00FD2803" w:rsidP="00FD2803">
            <w:pPr>
              <w:pStyle w:val="Punktliste"/>
              <w:numPr>
                <w:ilvl w:val="0"/>
                <w:numId w:val="21"/>
              </w:numPr>
              <w:rPr>
                <w:sz w:val="20"/>
                <w:szCs w:val="20"/>
              </w:rPr>
            </w:pPr>
            <w:r w:rsidRPr="00117A45">
              <w:rPr>
                <w:sz w:val="20"/>
                <w:szCs w:val="20"/>
              </w:rPr>
              <w:t xml:space="preserve">Standarder for ferdigstillelse av feiing, tilsyn og installasjonsarbeid </w:t>
            </w:r>
          </w:p>
          <w:p w14:paraId="6ED4762A" w14:textId="18C96E7E" w:rsidR="00FD2803" w:rsidRPr="00117A45" w:rsidRDefault="00FD2803" w:rsidP="00FD2803">
            <w:pPr>
              <w:pStyle w:val="Punktliste"/>
              <w:numPr>
                <w:ilvl w:val="0"/>
                <w:numId w:val="21"/>
              </w:numPr>
              <w:rPr>
                <w:sz w:val="20"/>
                <w:szCs w:val="20"/>
              </w:rPr>
            </w:pPr>
            <w:r w:rsidRPr="00117A45">
              <w:rPr>
                <w:sz w:val="20"/>
                <w:szCs w:val="20"/>
              </w:rPr>
              <w:t xml:space="preserve">krav til dokumentasjon av feiing, tilsyn og installasjonsarbeid </w:t>
            </w:r>
          </w:p>
          <w:p w14:paraId="632B8B6C" w14:textId="3FEBBCD8" w:rsidR="00A71EDF" w:rsidRPr="008C6866" w:rsidRDefault="00FD2803" w:rsidP="00FD2803">
            <w:pPr>
              <w:pStyle w:val="Punktliste"/>
              <w:numPr>
                <w:ilvl w:val="0"/>
                <w:numId w:val="21"/>
              </w:numPr>
            </w:pPr>
            <w:r w:rsidRPr="00117A45">
              <w:rPr>
                <w:sz w:val="20"/>
                <w:szCs w:val="20"/>
              </w:rPr>
              <w:t>vedlikeholdsdokumentasjon</w:t>
            </w:r>
          </w:p>
        </w:tc>
      </w:tr>
    </w:tbl>
    <w:p w14:paraId="5E416626" w14:textId="77777777" w:rsidR="00402CC2" w:rsidRPr="008C6866" w:rsidRDefault="00402CC2">
      <w:pPr>
        <w:rPr>
          <w:kern w:val="2"/>
          <w:lang w:eastAsia="nb-NO"/>
          <w14:ligatures w14:val="standardContextual"/>
        </w:rPr>
      </w:pPr>
      <w:r w:rsidRPr="008C6866">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8C6866"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8C6866" w:rsidRDefault="00402CC2">
            <w:pPr>
              <w:spacing w:after="40" w:line="240" w:lineRule="auto"/>
              <w:rPr>
                <w:kern w:val="2"/>
                <w:lang w:eastAsia="nb-NO"/>
                <w14:ligatures w14:val="standardContextual"/>
              </w:rPr>
            </w:pPr>
            <w:r w:rsidRPr="008C6866">
              <w:rPr>
                <w:b/>
                <w:bCs/>
                <w:sz w:val="20"/>
                <w:szCs w:val="20"/>
              </w:rPr>
              <w:t>Egenvurdering (skriv her)</w:t>
            </w:r>
          </w:p>
          <w:p w14:paraId="4BE2F67F" w14:textId="77777777" w:rsidR="00402CC2" w:rsidRPr="008C6866" w:rsidRDefault="00402CC2">
            <w:pPr>
              <w:spacing w:after="0" w:line="240" w:lineRule="auto"/>
            </w:pPr>
            <w:r w:rsidRPr="008C686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8C6866" w:rsidRDefault="00402CC2">
      <w:pPr>
        <w:rPr>
          <w:kern w:val="2"/>
          <w:lang w:eastAsia="nb-NO"/>
          <w14:ligatures w14:val="standardContextual"/>
        </w:rPr>
      </w:pPr>
      <w:r w:rsidRPr="008C6866">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C6866"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8C6866" w:rsidRDefault="0049336C">
            <w:pPr>
              <w:spacing w:after="40" w:line="240" w:lineRule="auto"/>
              <w:rPr>
                <w:kern w:val="2"/>
                <w:lang w:eastAsia="nb-NO"/>
                <w14:ligatures w14:val="standardContextual"/>
              </w:rPr>
            </w:pPr>
            <w:r w:rsidRPr="008C6866">
              <w:rPr>
                <w:b/>
                <w:bCs/>
                <w:sz w:val="20"/>
                <w:szCs w:val="20"/>
              </w:rPr>
              <w:t>Relevante vedlegg (liste/henvisninger)</w:t>
            </w:r>
          </w:p>
          <w:p w14:paraId="04C18F15" w14:textId="77777777" w:rsidR="0049336C" w:rsidRPr="008C6866" w:rsidRDefault="0049336C">
            <w:pPr>
              <w:spacing w:after="0" w:line="240" w:lineRule="auto"/>
            </w:pPr>
            <w:r w:rsidRPr="008C6866">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8BC0CAD"/>
    <w:multiLevelType w:val="hybridMultilevel"/>
    <w:tmpl w:val="61A8BFFA"/>
    <w:lvl w:ilvl="0" w:tplc="11DA4B12">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4807AC2"/>
    <w:multiLevelType w:val="hybridMultilevel"/>
    <w:tmpl w:val="6762BB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752AC9"/>
    <w:multiLevelType w:val="hybridMultilevel"/>
    <w:tmpl w:val="728AAC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71954">
    <w:abstractNumId w:val="21"/>
  </w:num>
  <w:num w:numId="2" w16cid:durableId="1340962720">
    <w:abstractNumId w:val="11"/>
  </w:num>
  <w:num w:numId="3" w16cid:durableId="1533961408">
    <w:abstractNumId w:val="9"/>
  </w:num>
  <w:num w:numId="4" w16cid:durableId="1551459587">
    <w:abstractNumId w:val="6"/>
  </w:num>
  <w:num w:numId="5" w16cid:durableId="1605577180">
    <w:abstractNumId w:val="16"/>
  </w:num>
  <w:num w:numId="6" w16cid:durableId="1698653854">
    <w:abstractNumId w:val="10"/>
  </w:num>
  <w:num w:numId="7" w16cid:durableId="1713192248">
    <w:abstractNumId w:val="5"/>
  </w:num>
  <w:num w:numId="8" w16cid:durableId="1763991747">
    <w:abstractNumId w:val="4"/>
  </w:num>
  <w:num w:numId="9" w16cid:durableId="2040546082">
    <w:abstractNumId w:val="15"/>
  </w:num>
  <w:num w:numId="10" w16cid:durableId="3633110">
    <w:abstractNumId w:val="18"/>
  </w:num>
  <w:num w:numId="11" w16cid:durableId="397942557">
    <w:abstractNumId w:val="1"/>
  </w:num>
  <w:num w:numId="12" w16cid:durableId="39984072">
    <w:abstractNumId w:val="0"/>
  </w:num>
  <w:num w:numId="13" w16cid:durableId="59210412">
    <w:abstractNumId w:val="20"/>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19"/>
  </w:num>
  <w:num w:numId="19" w16cid:durableId="287322824">
    <w:abstractNumId w:val="13"/>
  </w:num>
  <w:num w:numId="20" w16cid:durableId="901712944">
    <w:abstractNumId w:val="14"/>
  </w:num>
  <w:num w:numId="21" w16cid:durableId="1522746252">
    <w:abstractNumId w:val="17"/>
  </w:num>
  <w:num w:numId="22" w16cid:durableId="18750744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D5669"/>
    <w:rsid w:val="000E37AB"/>
    <w:rsid w:val="00117A45"/>
    <w:rsid w:val="0015074B"/>
    <w:rsid w:val="001A71D6"/>
    <w:rsid w:val="001B1F01"/>
    <w:rsid w:val="001E6654"/>
    <w:rsid w:val="00224FC7"/>
    <w:rsid w:val="00225D7B"/>
    <w:rsid w:val="00272D85"/>
    <w:rsid w:val="0029639D"/>
    <w:rsid w:val="002A6727"/>
    <w:rsid w:val="002D06FE"/>
    <w:rsid w:val="002D3516"/>
    <w:rsid w:val="002F7761"/>
    <w:rsid w:val="00326896"/>
    <w:rsid w:val="00326F90"/>
    <w:rsid w:val="00327344"/>
    <w:rsid w:val="00392696"/>
    <w:rsid w:val="00392B7A"/>
    <w:rsid w:val="00395A27"/>
    <w:rsid w:val="00397A11"/>
    <w:rsid w:val="003F64D4"/>
    <w:rsid w:val="003F64F6"/>
    <w:rsid w:val="00402CC2"/>
    <w:rsid w:val="00410E14"/>
    <w:rsid w:val="00437B97"/>
    <w:rsid w:val="00467085"/>
    <w:rsid w:val="0049336C"/>
    <w:rsid w:val="004A154B"/>
    <w:rsid w:val="004A726A"/>
    <w:rsid w:val="004E3B72"/>
    <w:rsid w:val="005A4237"/>
    <w:rsid w:val="005A51DB"/>
    <w:rsid w:val="005D7A5C"/>
    <w:rsid w:val="0066467E"/>
    <w:rsid w:val="006938B7"/>
    <w:rsid w:val="006C152D"/>
    <w:rsid w:val="006F0EFC"/>
    <w:rsid w:val="007051FA"/>
    <w:rsid w:val="0073273B"/>
    <w:rsid w:val="0076652C"/>
    <w:rsid w:val="00812DE0"/>
    <w:rsid w:val="008317C3"/>
    <w:rsid w:val="00852CDC"/>
    <w:rsid w:val="00870BB2"/>
    <w:rsid w:val="008C43FD"/>
    <w:rsid w:val="008C6866"/>
    <w:rsid w:val="008E703E"/>
    <w:rsid w:val="008F5AF9"/>
    <w:rsid w:val="00955E8D"/>
    <w:rsid w:val="0096215D"/>
    <w:rsid w:val="009773E2"/>
    <w:rsid w:val="00983EDF"/>
    <w:rsid w:val="009A3BFE"/>
    <w:rsid w:val="009B2179"/>
    <w:rsid w:val="009C07E1"/>
    <w:rsid w:val="009D40A7"/>
    <w:rsid w:val="00A71EDF"/>
    <w:rsid w:val="00AA1D8D"/>
    <w:rsid w:val="00AC4448"/>
    <w:rsid w:val="00AC5D89"/>
    <w:rsid w:val="00AC6722"/>
    <w:rsid w:val="00B0280A"/>
    <w:rsid w:val="00B47730"/>
    <w:rsid w:val="00BA52E0"/>
    <w:rsid w:val="00BB4CEB"/>
    <w:rsid w:val="00BF0F3E"/>
    <w:rsid w:val="00C10D87"/>
    <w:rsid w:val="00C3513B"/>
    <w:rsid w:val="00C40446"/>
    <w:rsid w:val="00C67D86"/>
    <w:rsid w:val="00C80F80"/>
    <w:rsid w:val="00CB0664"/>
    <w:rsid w:val="00CC6983"/>
    <w:rsid w:val="00D021DB"/>
    <w:rsid w:val="00D740D5"/>
    <w:rsid w:val="00D87ED5"/>
    <w:rsid w:val="00E00768"/>
    <w:rsid w:val="00E0569E"/>
    <w:rsid w:val="00E22810"/>
    <w:rsid w:val="00E46D05"/>
    <w:rsid w:val="00EC6488"/>
    <w:rsid w:val="00F03EE0"/>
    <w:rsid w:val="00F72070"/>
    <w:rsid w:val="00FA7CD7"/>
    <w:rsid w:val="00FB2E41"/>
    <w:rsid w:val="00FC693F"/>
    <w:rsid w:val="00FD2803"/>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8E70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Fei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1053</Words>
  <Characters>6997</Characters>
  <Application>Microsoft Office Word</Application>
  <DocSecurity>0</DocSecurity>
  <Lines>205</Lines>
  <Paragraphs>131</Paragraphs>
  <ScaleCrop>false</ScaleCrop>
  <Manager/>
  <Company/>
  <LinksUpToDate>false</LinksUpToDate>
  <CharactersWithSpaces>7919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63</cp:revision>
  <dcterms:created xsi:type="dcterms:W3CDTF">2026-04-20T22:22:00Z</dcterms:created>
  <dcterms:modified xsi:type="dcterms:W3CDTF">2026-05-19T08:13:00Z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