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0DAE" w14:textId="0C33CFBB" w:rsidR="007553FE" w:rsidRPr="00FD1520" w:rsidRDefault="235CEDC5">
      <w:pPr>
        <w:pStyle w:val="Tittel"/>
      </w:pPr>
      <w:r w:rsidRPr="00FD1520">
        <w:t xml:space="preserve"> </w:t>
      </w:r>
      <w:r w:rsidR="6B5E896E" w:rsidRPr="00FD1520">
        <w:t>Egenvurdering – Faglig ledelse byggfag</w:t>
      </w:r>
    </w:p>
    <w:p w14:paraId="4F89C332" w14:textId="00E73FFF" w:rsidR="007553FE" w:rsidRPr="00FD1520" w:rsidRDefault="005A3995">
      <w:r w:rsidRPr="00FD1520">
        <w:rPr>
          <w:sz w:val="20"/>
        </w:rPr>
        <w:t>Navn: ___________</w:t>
      </w:r>
      <w:r w:rsidR="0007205B" w:rsidRPr="00FD1520">
        <w:rPr>
          <w:sz w:val="20"/>
        </w:rPr>
        <w:t>_____________</w:t>
      </w:r>
      <w:r w:rsidRPr="00FD1520">
        <w:rPr>
          <w:sz w:val="20"/>
        </w:rPr>
        <w:t>_________    Fag: _____________</w:t>
      </w:r>
      <w:r w:rsidR="0007205B" w:rsidRPr="00FD1520">
        <w:rPr>
          <w:sz w:val="20"/>
        </w:rPr>
        <w:t>_______________</w:t>
      </w:r>
      <w:r w:rsidRPr="00FD1520">
        <w:rPr>
          <w:sz w:val="20"/>
        </w:rPr>
        <w:t xml:space="preserve">_______   </w:t>
      </w:r>
    </w:p>
    <w:p w14:paraId="73124015" w14:textId="77777777" w:rsidR="007553FE" w:rsidRPr="00FD1520" w:rsidRDefault="007553FE"/>
    <w:p w14:paraId="1E316D8D" w14:textId="77777777" w:rsidR="007553FE" w:rsidRPr="00FD1520" w:rsidRDefault="005A3995">
      <w:pPr>
        <w:pStyle w:val="Overskrift3"/>
        <w:rPr>
          <w:sz w:val="26"/>
          <w:szCs w:val="26"/>
        </w:rPr>
      </w:pPr>
      <w:r w:rsidRPr="00FD1520">
        <w:rPr>
          <w:sz w:val="26"/>
          <w:szCs w:val="26"/>
        </w:rPr>
        <w:t>Informasjon om utfylling av egenvurdering</w:t>
      </w:r>
    </w:p>
    <w:p w14:paraId="5B554197" w14:textId="751B5A16" w:rsidR="00FB481D" w:rsidRPr="00FD1520" w:rsidRDefault="00805F65">
      <w:r w:rsidRPr="00FD1520">
        <w:rPr>
          <w:rFonts w:ascii="Arial" w:hAnsi="Arial" w:cs="Arial"/>
        </w:rPr>
        <w:t xml:space="preserve">Fagområdet </w:t>
      </w:r>
      <w:r w:rsidR="00FB481D" w:rsidRPr="00FD1520">
        <w:rPr>
          <w:rFonts w:ascii="Arial" w:hAnsi="Arial" w:cs="Arial"/>
        </w:rPr>
        <w:t xml:space="preserve">Faglig ledelse handler </w:t>
      </w:r>
      <w:r w:rsidR="00470149" w:rsidRPr="00FD1520">
        <w:rPr>
          <w:rFonts w:ascii="Arial" w:hAnsi="Arial" w:cs="Arial"/>
        </w:rPr>
        <w:t xml:space="preserve">blant annet </w:t>
      </w:r>
      <w:r w:rsidR="00FB481D" w:rsidRPr="00FD1520">
        <w:rPr>
          <w:rFonts w:ascii="Arial" w:hAnsi="Arial" w:cs="Arial"/>
        </w:rPr>
        <w:t>om å sikre faglig kvalitet og kontinuerlig forbedring, gjennom gode metoder og systemer for å planlegge, gjennomføre og dokumentere arbeidet, samt å ta riktige faglige beslutninger når uforutsette forhold oppstår.</w:t>
      </w:r>
    </w:p>
    <w:p w14:paraId="694480E1" w14:textId="77531FCC" w:rsidR="007553FE" w:rsidRPr="00FD1520" w:rsidRDefault="005A3995">
      <w:pPr>
        <w:rPr>
          <w:rFonts w:ascii="Arial" w:hAnsi="Arial" w:cs="Arial"/>
        </w:rPr>
      </w:pPr>
      <w:r w:rsidRPr="00FD1520">
        <w:rPr>
          <w:rFonts w:ascii="Arial" w:hAnsi="Arial" w:cs="Arial"/>
        </w:rPr>
        <w:t xml:space="preserve">I egenvurderingen skal du selv beskrive kompetansen du har opparbeidet deg i faglig ledelse. Dette innebærer at du skal forklare og beskrive hvilke erfaringer du har gjort deg relatert til læringsutbyttene som </w:t>
      </w:r>
      <w:proofErr w:type="gramStart"/>
      <w:r w:rsidRPr="00FD1520">
        <w:rPr>
          <w:rFonts w:ascii="Arial" w:hAnsi="Arial" w:cs="Arial"/>
        </w:rPr>
        <w:t>fremkommer</w:t>
      </w:r>
      <w:proofErr w:type="gramEnd"/>
      <w:r w:rsidRPr="00FD1520">
        <w:rPr>
          <w:rFonts w:ascii="Arial" w:hAnsi="Arial" w:cs="Arial"/>
        </w:rPr>
        <w:t xml:space="preserve"> i </w:t>
      </w:r>
      <w:hyperlink r:id="rId9" w:history="1">
        <w:r w:rsidRPr="00FD1520">
          <w:rPr>
            <w:rStyle w:val="Hyperkobling"/>
            <w:rFonts w:ascii="Arial" w:hAnsi="Arial" w:cs="Arial"/>
          </w:rPr>
          <w:t>studieplanen</w:t>
        </w:r>
      </w:hyperlink>
      <w:r w:rsidR="004B1219" w:rsidRPr="00FD1520">
        <w:t xml:space="preserve"> (trykk på lenken)</w:t>
      </w:r>
      <w:r w:rsidRPr="00FD1520">
        <w:rPr>
          <w:rFonts w:ascii="Arial" w:hAnsi="Arial" w:cs="Arial"/>
        </w:rPr>
        <w:t>. Vi anbefaler at du gjør deg kjent med studieplanen før du begynner å utarbeide egenvurderingen.</w:t>
      </w:r>
    </w:p>
    <w:p w14:paraId="05A85F85" w14:textId="77777777" w:rsidR="005F2FF6" w:rsidRPr="00FD1520" w:rsidRDefault="005F2FF6" w:rsidP="005F2FF6">
      <w:pPr>
        <w:pStyle w:val="Overskrift2"/>
      </w:pPr>
      <w:r w:rsidRPr="00FD1520">
        <w:t>Når du skriver egenvurderingen, anbefales følgende fremgangsmåte:</w:t>
      </w:r>
    </w:p>
    <w:p w14:paraId="27651403" w14:textId="6CA53634"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Ta utgangspunkt i hvert hovedtema og tilhørende innhold</w:t>
      </w:r>
      <w:r w:rsidR="00274496" w:rsidRPr="00FD1520">
        <w:rPr>
          <w:rFonts w:ascii="Arial" w:hAnsi="Arial" w:cs="Arial"/>
        </w:rPr>
        <w:t xml:space="preserve">. Hovedtemaene utgjør en helhet som samlet uttrykker den fagspesifikke kompetansen til en mester. </w:t>
      </w:r>
    </w:p>
    <w:p w14:paraId="6BBD6E62" w14:textId="77777777"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Beskriv egen yrkeserfaring med eksempler fra arbeidshverdagen</w:t>
      </w:r>
    </w:p>
    <w:p w14:paraId="5D40A7C0" w14:textId="77777777" w:rsidR="005F2FF6" w:rsidRPr="00FD1520" w:rsidRDefault="005F2FF6" w:rsidP="005F2FF6">
      <w:pPr>
        <w:numPr>
          <w:ilvl w:val="0"/>
          <w:numId w:val="10"/>
        </w:numPr>
        <w:spacing w:after="0" w:line="240" w:lineRule="auto"/>
        <w:rPr>
          <w:rFonts w:ascii="Arial" w:hAnsi="Arial" w:cs="Arial"/>
        </w:rPr>
      </w:pPr>
      <w:r w:rsidRPr="00FD1520">
        <w:rPr>
          <w:rFonts w:ascii="Arial" w:hAnsi="Arial" w:cs="Arial"/>
        </w:rPr>
        <w:t xml:space="preserve">Forklar: </w:t>
      </w:r>
    </w:p>
    <w:p w14:paraId="14705E39"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hva du gjør</w:t>
      </w:r>
    </w:p>
    <w:p w14:paraId="35DB72A5"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hvordan du gjør det</w:t>
      </w:r>
    </w:p>
    <w:p w14:paraId="3EC9F7C9" w14:textId="77777777" w:rsidR="005F2FF6" w:rsidRPr="00FD1520" w:rsidRDefault="005F2FF6" w:rsidP="005F2FF6">
      <w:pPr>
        <w:numPr>
          <w:ilvl w:val="1"/>
          <w:numId w:val="10"/>
        </w:numPr>
        <w:spacing w:after="0" w:line="240" w:lineRule="auto"/>
        <w:rPr>
          <w:rFonts w:ascii="Arial" w:hAnsi="Arial" w:cs="Arial"/>
        </w:rPr>
      </w:pPr>
      <w:r w:rsidRPr="00FD1520">
        <w:rPr>
          <w:rFonts w:ascii="Arial" w:hAnsi="Arial" w:cs="Arial"/>
        </w:rPr>
        <w:t>hvorfor du gjør det på denne måten</w:t>
      </w:r>
    </w:p>
    <w:p w14:paraId="6533BDAC" w14:textId="77777777" w:rsidR="005F2FF6" w:rsidRPr="00FD1520" w:rsidRDefault="005F2FF6" w:rsidP="005F2FF6">
      <w:pPr>
        <w:rPr>
          <w:rFonts w:ascii="Arial" w:hAnsi="Arial" w:cs="Arial"/>
        </w:rPr>
      </w:pPr>
    </w:p>
    <w:p w14:paraId="0D005FA8" w14:textId="77777777" w:rsidR="005F2FF6" w:rsidRPr="00FD1520" w:rsidRDefault="005F2FF6" w:rsidP="005F2FF6">
      <w:pPr>
        <w:rPr>
          <w:rFonts w:ascii="Arial" w:hAnsi="Arial" w:cs="Arial"/>
        </w:rPr>
      </w:pPr>
      <w:r w:rsidRPr="00FD1520">
        <w:rPr>
          <w:rFonts w:ascii="Arial" w:hAnsi="Arial" w:cs="Arial"/>
        </w:rPr>
        <w:t>Det er viktig at beskrivelsene dine viser forståelse, refleksjon og sammenheng, ikke bare opplisting av oppgaver.</w:t>
      </w:r>
    </w:p>
    <w:p w14:paraId="43653623" w14:textId="77777777" w:rsidR="007553FE" w:rsidRPr="00FD1520" w:rsidRDefault="005A3995">
      <w:pPr>
        <w:pStyle w:val="Overskrift3"/>
      </w:pPr>
      <w:r w:rsidRPr="00FD1520">
        <w:rPr>
          <w:sz w:val="26"/>
          <w:szCs w:val="26"/>
        </w:rPr>
        <w:t>Ved vurdering av egenvurderingen legges det særlig vekt på om du:</w:t>
      </w:r>
    </w:p>
    <w:p w14:paraId="1CDAC072"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dokumenterer relevant og tilstrekkelig praksis</w:t>
      </w:r>
    </w:p>
    <w:p w14:paraId="0F15A631"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viser helhetlig forståelse for rollen som faglig leder</w:t>
      </w:r>
    </w:p>
    <w:p w14:paraId="4C9551EF"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kan begrunne valg og handlinger i egen praksis</w:t>
      </w:r>
    </w:p>
    <w:p w14:paraId="17751724" w14:textId="77777777" w:rsidR="007553FE" w:rsidRPr="00FD1520" w:rsidRDefault="005A3995" w:rsidP="00FA167E">
      <w:pPr>
        <w:pStyle w:val="Listeavsnitt"/>
        <w:numPr>
          <w:ilvl w:val="0"/>
          <w:numId w:val="11"/>
        </w:numPr>
        <w:rPr>
          <w:rFonts w:ascii="Arial" w:hAnsi="Arial" w:cs="Arial"/>
        </w:rPr>
      </w:pPr>
      <w:r w:rsidRPr="00FD1520">
        <w:rPr>
          <w:rFonts w:ascii="Arial" w:hAnsi="Arial" w:cs="Arial"/>
        </w:rPr>
        <w:t>viser at kompetansen er tilsvarende det som kreves i mesterutdanningen</w:t>
      </w:r>
    </w:p>
    <w:p w14:paraId="02058757" w14:textId="77777777" w:rsidR="007553FE" w:rsidRPr="00FD1520" w:rsidRDefault="005A3995">
      <w:pPr>
        <w:rPr>
          <w:rFonts w:ascii="Arial" w:hAnsi="Arial" w:cs="Arial"/>
        </w:rPr>
      </w:pPr>
      <w:r w:rsidRPr="00FD1520">
        <w:rPr>
          <w:rFonts w:ascii="Arial" w:hAnsi="Arial" w:cs="Arial"/>
        </w:rPr>
        <w:t>Det er kvaliteten på beskrivelsene som vurderes, ikke omfang eller bruk av fagterminologi.</w:t>
      </w:r>
    </w:p>
    <w:p w14:paraId="4517BF34" w14:textId="77777777" w:rsidR="000C4976" w:rsidRPr="00FD1520" w:rsidRDefault="000C4976" w:rsidP="000C4976">
      <w:pPr>
        <w:pStyle w:val="Overskrift2"/>
        <w:rPr>
          <w:rFonts w:cs="Arial"/>
          <w:b w:val="0"/>
        </w:rPr>
      </w:pPr>
      <w:r w:rsidRPr="00FD1520">
        <w:t>Dokumentasjon og vedlegg</w:t>
      </w:r>
    </w:p>
    <w:p w14:paraId="3B0F0AA7" w14:textId="77777777" w:rsidR="000C4976" w:rsidRPr="00FD1520" w:rsidRDefault="000C4976" w:rsidP="000C4976">
      <w:pPr>
        <w:rPr>
          <w:rFonts w:ascii="Arial" w:hAnsi="Arial" w:cs="Arial"/>
        </w:rPr>
      </w:pPr>
      <w:r w:rsidRPr="00FD1520">
        <w:rPr>
          <w:rFonts w:ascii="Arial" w:hAnsi="Arial" w:cs="Arial"/>
        </w:rPr>
        <w:t>Når det gjelder dokumentasjon til egenvurderingene skal denne bygge opp under den kompetansen du beskriver, og det må være sammenheng mellom dine opplysninger og det som dokumenteres.  </w:t>
      </w:r>
      <w:r w:rsidRPr="00FD1520">
        <w:rPr>
          <w:rFonts w:ascii="Arial" w:hAnsi="Arial" w:cs="Arial"/>
          <w:b/>
          <w:bCs/>
        </w:rPr>
        <w:t>I beskrivelsen må du henvise til vedlegg som dokumenterer dine beskrivelser. Det er viktig at all dokumentasjon er tydelig nummerert. </w:t>
      </w:r>
      <w:r w:rsidRPr="00FD1520">
        <w:rPr>
          <w:rFonts w:ascii="Arial" w:hAnsi="Arial" w:cs="Arial"/>
        </w:rPr>
        <w:t> </w:t>
      </w:r>
    </w:p>
    <w:p w14:paraId="799F8E6D" w14:textId="77777777" w:rsidR="00124C34" w:rsidRPr="00FD1520" w:rsidRDefault="00124C34" w:rsidP="00124C34">
      <w:pPr>
        <w:pStyle w:val="Overskrift2"/>
        <w:rPr>
          <w:rFonts w:cs="Arial"/>
          <w:b w:val="0"/>
        </w:rPr>
      </w:pPr>
      <w:r w:rsidRPr="00FD1520">
        <w:t>Viktig å være oppmerksom på</w:t>
      </w:r>
    </w:p>
    <w:p w14:paraId="7927D937" w14:textId="77777777" w:rsidR="00124C34" w:rsidRPr="00FD1520" w:rsidRDefault="00124C34" w:rsidP="00124C34">
      <w:pPr>
        <w:numPr>
          <w:ilvl w:val="0"/>
          <w:numId w:val="12"/>
        </w:numPr>
        <w:spacing w:after="0" w:line="240" w:lineRule="auto"/>
        <w:rPr>
          <w:rFonts w:ascii="Arial" w:hAnsi="Arial" w:cs="Arial"/>
        </w:rPr>
      </w:pPr>
      <w:r w:rsidRPr="00FD1520">
        <w:rPr>
          <w:rFonts w:ascii="Arial" w:hAnsi="Arial" w:cs="Arial"/>
        </w:rPr>
        <w:t>Egenvurderingen må være basert på egen erfaring og egen formulering</w:t>
      </w:r>
    </w:p>
    <w:p w14:paraId="08C5094C" w14:textId="77777777" w:rsidR="00124C34" w:rsidRPr="00FD1520" w:rsidRDefault="00124C34" w:rsidP="00124C34">
      <w:pPr>
        <w:numPr>
          <w:ilvl w:val="0"/>
          <w:numId w:val="12"/>
        </w:numPr>
        <w:spacing w:after="0" w:line="240" w:lineRule="auto"/>
        <w:rPr>
          <w:rFonts w:ascii="Arial" w:hAnsi="Arial" w:cs="Arial"/>
        </w:rPr>
      </w:pPr>
      <w:r w:rsidRPr="00FD1520">
        <w:rPr>
          <w:rFonts w:ascii="Arial" w:hAnsi="Arial" w:cs="Arial"/>
        </w:rPr>
        <w:t>Det er ikke tillatt å få bistand fra konsulenter eller andre til å skrive søknaden</w:t>
      </w:r>
    </w:p>
    <w:p w14:paraId="6FA4E7D0" w14:textId="59CF1B20" w:rsidR="007553FE" w:rsidRPr="00FD1520" w:rsidRDefault="00124C34" w:rsidP="005A3995">
      <w:pPr>
        <w:numPr>
          <w:ilvl w:val="0"/>
          <w:numId w:val="12"/>
        </w:numPr>
        <w:spacing w:after="0" w:line="240" w:lineRule="auto"/>
      </w:pPr>
      <w:r w:rsidRPr="00FD1520">
        <w:rPr>
          <w:rFonts w:ascii="Arial" w:hAnsi="Arial" w:cs="Arial"/>
        </w:rPr>
        <w:lastRenderedPageBreak/>
        <w:t>Realkompetanse er et snevert unntak fra utdanningsløpet og stiller høye krav til dokumentasjon og refleksjon</w:t>
      </w:r>
      <w:r w:rsidR="005A3995" w:rsidRPr="00FD1520">
        <w:br w:type="page"/>
      </w:r>
    </w:p>
    <w:p w14:paraId="245E180A" w14:textId="77777777" w:rsidR="007553FE" w:rsidRPr="00FD1520" w:rsidRDefault="005A3995">
      <w:r w:rsidRPr="00FD1520">
        <w:rPr>
          <w:b/>
        </w:rPr>
        <w:lastRenderedPageBreak/>
        <w:t>Modul: Byggenæringen</w:t>
      </w:r>
    </w:p>
    <w:p w14:paraId="48CD0CAD" w14:textId="579239DD" w:rsidR="007553FE" w:rsidRPr="00FD1520" w:rsidRDefault="00962B67" w:rsidP="00D85803">
      <w:pPr>
        <w:pStyle w:val="Overskrift2"/>
      </w:pPr>
      <w:r w:rsidRPr="00FD1520">
        <w:t xml:space="preserve">1. </w:t>
      </w:r>
      <w:r w:rsidR="005A3995" w:rsidRPr="00FD1520">
        <w:t>Nasjonal boligstrategi, statistikk og faktatall for byggenæringen</w:t>
      </w:r>
    </w:p>
    <w:tbl>
      <w:tblPr>
        <w:tblStyle w:val="Tabellrutenett"/>
        <w:tblW w:w="0" w:type="auto"/>
        <w:tblLook w:val="04A0" w:firstRow="1" w:lastRow="0" w:firstColumn="1" w:lastColumn="0" w:noHBand="0" w:noVBand="1"/>
      </w:tblPr>
      <w:tblGrid>
        <w:gridCol w:w="4981"/>
        <w:gridCol w:w="4981"/>
      </w:tblGrid>
      <w:tr w:rsidR="003A0627" w:rsidRPr="00FD1520" w14:paraId="4E6BBB04" w14:textId="77777777" w:rsidTr="003A0627">
        <w:tc>
          <w:tcPr>
            <w:tcW w:w="4981" w:type="dxa"/>
          </w:tcPr>
          <w:p w14:paraId="69A1C05A" w14:textId="77777777" w:rsidR="003A0627" w:rsidRPr="00FD1520" w:rsidRDefault="003A0627" w:rsidP="003A0627">
            <w:pPr>
              <w:spacing w:after="40"/>
            </w:pPr>
            <w:r w:rsidRPr="00FD1520">
              <w:rPr>
                <w:b/>
                <w:sz w:val="20"/>
              </w:rPr>
              <w:t>Hovedtema</w:t>
            </w:r>
          </w:p>
          <w:p w14:paraId="7D5D31A8" w14:textId="77777777" w:rsidR="003A0627" w:rsidRPr="00FD1520" w:rsidRDefault="003A0627" w:rsidP="003A0627">
            <w:r w:rsidRPr="00FD1520">
              <w:rPr>
                <w:sz w:val="20"/>
              </w:rPr>
              <w:t>Hovedtemaet handler om tekniske og økonomiske utviklingstrekk for byggenæringen.</w:t>
            </w:r>
          </w:p>
          <w:p w14:paraId="253307C3" w14:textId="7B46E89F" w:rsidR="003A0627" w:rsidRPr="00FD1520" w:rsidRDefault="003A0627" w:rsidP="003A0627">
            <w:r w:rsidRPr="00FD1520">
              <w:rPr>
                <w:sz w:val="20"/>
              </w:rPr>
              <w:t>Videre handler det om rammevilkår for næringen.</w:t>
            </w:r>
          </w:p>
        </w:tc>
        <w:tc>
          <w:tcPr>
            <w:tcW w:w="4981" w:type="dxa"/>
          </w:tcPr>
          <w:p w14:paraId="0F79F4B3" w14:textId="77777777" w:rsidR="003A0627" w:rsidRPr="00FD1520" w:rsidRDefault="003A0627" w:rsidP="003A0627">
            <w:pPr>
              <w:spacing w:after="40"/>
            </w:pPr>
            <w:r w:rsidRPr="00FD1520">
              <w:rPr>
                <w:b/>
                <w:sz w:val="20"/>
              </w:rPr>
              <w:t>Innhold</w:t>
            </w:r>
          </w:p>
          <w:p w14:paraId="54AD38BD" w14:textId="77777777" w:rsidR="003A0627" w:rsidRPr="00FD1520" w:rsidRDefault="003A0627" w:rsidP="003A0627">
            <w:pPr>
              <w:pStyle w:val="Punktliste"/>
            </w:pPr>
            <w:r w:rsidRPr="00FD1520">
              <w:rPr>
                <w:sz w:val="20"/>
              </w:rPr>
              <w:t>tekniske og økonomiske utviklingstrekk for byggenæringen</w:t>
            </w:r>
          </w:p>
          <w:p w14:paraId="14668FF7" w14:textId="77777777" w:rsidR="003A0627" w:rsidRPr="00FD1520" w:rsidRDefault="003A0627" w:rsidP="003A0627">
            <w:pPr>
              <w:pStyle w:val="Punktliste"/>
            </w:pPr>
            <w:r w:rsidRPr="00FD1520">
              <w:rPr>
                <w:sz w:val="20"/>
              </w:rPr>
              <w:t>demografiske undersøkelser knyttet til offentlig og private næringsbygg</w:t>
            </w:r>
          </w:p>
          <w:p w14:paraId="3DADC063" w14:textId="77777777" w:rsidR="003A0627" w:rsidRPr="00FD1520" w:rsidRDefault="003A0627" w:rsidP="003A0627">
            <w:pPr>
              <w:pStyle w:val="Punktliste"/>
            </w:pPr>
            <w:r w:rsidRPr="00FD1520">
              <w:rPr>
                <w:sz w:val="20"/>
              </w:rPr>
              <w:t>nasjonale boligstrategier og levekårsundersøkelser knyttet til boforhold</w:t>
            </w:r>
          </w:p>
          <w:p w14:paraId="4DBA5EA5" w14:textId="77777777" w:rsidR="003A0627" w:rsidRPr="00FD1520" w:rsidRDefault="003A0627" w:rsidP="003A0627">
            <w:pPr>
              <w:pStyle w:val="Punktliste"/>
            </w:pPr>
            <w:r w:rsidRPr="00FD1520">
              <w:rPr>
                <w:sz w:val="20"/>
              </w:rPr>
              <w:t>rammevilkår utarbeidet av statlige og private institusjoner</w:t>
            </w:r>
          </w:p>
          <w:p w14:paraId="31BD8388" w14:textId="01CDC121" w:rsidR="003A0627" w:rsidRPr="00FD1520" w:rsidRDefault="003A0627" w:rsidP="003A0627">
            <w:r w:rsidRPr="00FD1520">
              <w:rPr>
                <w:sz w:val="20"/>
              </w:rPr>
              <w:t>statistikk og faktatall</w:t>
            </w:r>
          </w:p>
        </w:tc>
      </w:tr>
    </w:tbl>
    <w:p w14:paraId="0DE248A5" w14:textId="77777777" w:rsidR="003A0627" w:rsidRPr="00FD1520" w:rsidRDefault="003A0627" w:rsidP="003A0627"/>
    <w:tbl>
      <w:tblPr>
        <w:tblStyle w:val="Tabellrutenett"/>
        <w:tblW w:w="0" w:type="auto"/>
        <w:tblLook w:val="04A0" w:firstRow="1" w:lastRow="0" w:firstColumn="1" w:lastColumn="0" w:noHBand="0" w:noVBand="1"/>
      </w:tblPr>
      <w:tblGrid>
        <w:gridCol w:w="9962"/>
      </w:tblGrid>
      <w:tr w:rsidR="007553FE" w:rsidRPr="00FD1520" w14:paraId="474730E8" w14:textId="77777777" w:rsidTr="003A0627">
        <w:trPr>
          <w:cantSplit/>
          <w:trHeight w:val="5953"/>
        </w:trPr>
        <w:tc>
          <w:tcPr>
            <w:tcW w:w="9962" w:type="dxa"/>
          </w:tcPr>
          <w:p w14:paraId="296D5655" w14:textId="77777777" w:rsidR="007553FE" w:rsidRPr="00FD1520" w:rsidRDefault="005A3995">
            <w:pPr>
              <w:spacing w:after="40"/>
            </w:pPr>
            <w:r w:rsidRPr="00FD1520">
              <w:rPr>
                <w:b/>
                <w:sz w:val="20"/>
              </w:rPr>
              <w:t>Egenvurdering (skriv her)</w:t>
            </w:r>
          </w:p>
          <w:p w14:paraId="6295D09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8704FA1" w14:textId="77777777" w:rsidR="007553FE" w:rsidRPr="00FD1520" w:rsidRDefault="007553FE"/>
          <w:p w14:paraId="77ABA95A" w14:textId="77777777" w:rsidR="007553FE" w:rsidRPr="00FD1520" w:rsidRDefault="007553FE"/>
          <w:p w14:paraId="0F8CE80C" w14:textId="77777777" w:rsidR="007553FE" w:rsidRPr="00FD1520" w:rsidRDefault="007553FE"/>
          <w:p w14:paraId="2BAEBBB3" w14:textId="77777777" w:rsidR="007553FE" w:rsidRPr="00FD1520" w:rsidRDefault="007553FE"/>
          <w:p w14:paraId="6963835D" w14:textId="77777777" w:rsidR="007553FE" w:rsidRPr="00FD1520" w:rsidRDefault="007553FE"/>
          <w:p w14:paraId="29B36F9D" w14:textId="77777777" w:rsidR="007553FE" w:rsidRPr="00FD1520" w:rsidRDefault="007553FE"/>
          <w:p w14:paraId="63CD91EE" w14:textId="77777777" w:rsidR="007553FE" w:rsidRPr="00FD1520" w:rsidRDefault="007553FE"/>
          <w:p w14:paraId="606444A1" w14:textId="77777777" w:rsidR="007553FE" w:rsidRPr="00FD1520" w:rsidRDefault="007553FE"/>
          <w:p w14:paraId="01A9C748" w14:textId="77777777" w:rsidR="007553FE" w:rsidRPr="00FD1520" w:rsidRDefault="007553FE"/>
          <w:p w14:paraId="694ED31F" w14:textId="77777777" w:rsidR="007553FE" w:rsidRPr="00FD1520" w:rsidRDefault="007553FE"/>
          <w:p w14:paraId="10062E6C" w14:textId="77777777" w:rsidR="007553FE" w:rsidRPr="00FD1520" w:rsidRDefault="007553FE"/>
          <w:p w14:paraId="582FA23A" w14:textId="77777777" w:rsidR="007553FE" w:rsidRPr="00FD1520" w:rsidRDefault="007553FE"/>
          <w:p w14:paraId="366F5F5E" w14:textId="77777777" w:rsidR="007553FE" w:rsidRPr="00FD1520" w:rsidRDefault="007553FE"/>
          <w:p w14:paraId="69AA59E2" w14:textId="77777777" w:rsidR="007553FE" w:rsidRPr="00FD1520" w:rsidRDefault="007553FE" w:rsidP="003A0627"/>
        </w:tc>
      </w:tr>
    </w:tbl>
    <w:p w14:paraId="4F02BAAD" w14:textId="77777777" w:rsidR="003A0627" w:rsidRPr="00FD1520" w:rsidRDefault="003A0627"/>
    <w:tbl>
      <w:tblPr>
        <w:tblStyle w:val="Tabellrutenett"/>
        <w:tblW w:w="0" w:type="auto"/>
        <w:tblLook w:val="04A0" w:firstRow="1" w:lastRow="0" w:firstColumn="1" w:lastColumn="0" w:noHBand="0" w:noVBand="1"/>
      </w:tblPr>
      <w:tblGrid>
        <w:gridCol w:w="9962"/>
      </w:tblGrid>
      <w:tr w:rsidR="003A0627" w:rsidRPr="00FD1520" w14:paraId="64FCBC2E" w14:textId="77777777" w:rsidTr="003A0627">
        <w:tc>
          <w:tcPr>
            <w:tcW w:w="9962" w:type="dxa"/>
          </w:tcPr>
          <w:p w14:paraId="3988512D" w14:textId="77777777" w:rsidR="003A0627" w:rsidRPr="00FD1520" w:rsidRDefault="003A0627" w:rsidP="003A0627">
            <w:pPr>
              <w:spacing w:after="40"/>
            </w:pPr>
            <w:r w:rsidRPr="00FD1520">
              <w:rPr>
                <w:b/>
                <w:sz w:val="20"/>
              </w:rPr>
              <w:t>Relevante vedlegg (liste/henvisninger)</w:t>
            </w:r>
          </w:p>
          <w:p w14:paraId="3D9F0423" w14:textId="77777777" w:rsidR="003A0627" w:rsidRPr="00FD1520" w:rsidRDefault="003A0627" w:rsidP="003A0627">
            <w:r w:rsidRPr="00FD1520">
              <w:rPr>
                <w:sz w:val="20"/>
              </w:rPr>
              <w:t>Oppgi vedleggsnummer og kort beskrivelse av dokumentasjonen.</w:t>
            </w:r>
          </w:p>
          <w:p w14:paraId="2AB7B738" w14:textId="77777777" w:rsidR="003A0627" w:rsidRPr="00FD1520" w:rsidRDefault="003A0627"/>
        </w:tc>
      </w:tr>
    </w:tbl>
    <w:p w14:paraId="00721F82" w14:textId="41756078" w:rsidR="007553FE" w:rsidRPr="00FD1520" w:rsidRDefault="005A3995">
      <w:r w:rsidRPr="00FD1520">
        <w:br w:type="page"/>
      </w:r>
    </w:p>
    <w:p w14:paraId="352F675D" w14:textId="77777777" w:rsidR="007553FE" w:rsidRPr="00FD1520" w:rsidRDefault="005A3995">
      <w:r w:rsidRPr="00FD1520">
        <w:rPr>
          <w:b/>
        </w:rPr>
        <w:lastRenderedPageBreak/>
        <w:t>Modul: Byggenæringen</w:t>
      </w:r>
    </w:p>
    <w:p w14:paraId="769D29E8" w14:textId="0D1CD15B" w:rsidR="007553FE" w:rsidRPr="00FD1520" w:rsidRDefault="00956C15">
      <w:pPr>
        <w:pStyle w:val="Overskrift2"/>
      </w:pPr>
      <w:r w:rsidRPr="00FD1520">
        <w:t xml:space="preserve">2. </w:t>
      </w:r>
      <w:r w:rsidR="005A3995" w:rsidRPr="00FD1520">
        <w:t>Gjennomføringsmodeller, aktører og organisasjoner</w:t>
      </w:r>
    </w:p>
    <w:tbl>
      <w:tblPr>
        <w:tblStyle w:val="Tabellrutenett"/>
        <w:tblW w:w="0" w:type="auto"/>
        <w:tblLook w:val="04A0" w:firstRow="1" w:lastRow="0" w:firstColumn="1" w:lastColumn="0" w:noHBand="0" w:noVBand="1"/>
      </w:tblPr>
      <w:tblGrid>
        <w:gridCol w:w="4981"/>
        <w:gridCol w:w="4981"/>
      </w:tblGrid>
      <w:tr w:rsidR="00962B67" w:rsidRPr="00FD1520" w14:paraId="36359E50" w14:textId="77777777" w:rsidTr="00962B67">
        <w:tc>
          <w:tcPr>
            <w:tcW w:w="4981" w:type="dxa"/>
          </w:tcPr>
          <w:p w14:paraId="2E5FE19E" w14:textId="77777777" w:rsidR="00962B67" w:rsidRPr="00FD1520" w:rsidRDefault="00962B67" w:rsidP="00962B67">
            <w:pPr>
              <w:spacing w:after="40"/>
            </w:pPr>
            <w:r w:rsidRPr="00FD1520">
              <w:rPr>
                <w:b/>
                <w:sz w:val="20"/>
              </w:rPr>
              <w:t>Hovedtema</w:t>
            </w:r>
          </w:p>
          <w:p w14:paraId="2F5F419E" w14:textId="77777777" w:rsidR="00962B67" w:rsidRPr="00FD1520" w:rsidRDefault="00962B67" w:rsidP="00962B67">
            <w:r w:rsidRPr="00FD1520">
              <w:rPr>
                <w:sz w:val="20"/>
              </w:rPr>
              <w:t>Hovedtemaet handler om byggenæringens gjennomføringsmodeller.</w:t>
            </w:r>
          </w:p>
          <w:p w14:paraId="72D549EA" w14:textId="74650E5B" w:rsidR="00962B67" w:rsidRPr="00FD1520" w:rsidRDefault="00962B67" w:rsidP="00962B67">
            <w:r w:rsidRPr="00FD1520">
              <w:rPr>
                <w:sz w:val="20"/>
              </w:rPr>
              <w:t>Det handler også om byggenæringens aktører og interesseorganisasjoner.</w:t>
            </w:r>
          </w:p>
        </w:tc>
        <w:tc>
          <w:tcPr>
            <w:tcW w:w="4981" w:type="dxa"/>
          </w:tcPr>
          <w:p w14:paraId="7201CCA0" w14:textId="77777777" w:rsidR="00962B67" w:rsidRPr="00FD1520" w:rsidRDefault="00962B67" w:rsidP="00962B67">
            <w:pPr>
              <w:spacing w:after="40"/>
            </w:pPr>
            <w:r w:rsidRPr="00FD1520">
              <w:rPr>
                <w:b/>
                <w:sz w:val="20"/>
              </w:rPr>
              <w:t>Innhold</w:t>
            </w:r>
          </w:p>
          <w:p w14:paraId="4A140D1C" w14:textId="77777777" w:rsidR="00962B67" w:rsidRPr="00FD1520" w:rsidRDefault="00962B67" w:rsidP="00962B67">
            <w:pPr>
              <w:pStyle w:val="Punktliste"/>
            </w:pPr>
            <w:r w:rsidRPr="00FD1520">
              <w:rPr>
                <w:sz w:val="20"/>
              </w:rPr>
              <w:t>gjennomføringsmodeller og arbeidsprosesser i byggenæringen</w:t>
            </w:r>
          </w:p>
          <w:p w14:paraId="7E47D617" w14:textId="77777777" w:rsidR="00962B67" w:rsidRPr="00FD1520" w:rsidRDefault="00962B67" w:rsidP="00962B67">
            <w:pPr>
              <w:pStyle w:val="Punktliste"/>
            </w:pPr>
            <w:r w:rsidRPr="00FD1520">
              <w:rPr>
                <w:sz w:val="20"/>
              </w:rPr>
              <w:t>behov, ideer og skisser i tidlig fase</w:t>
            </w:r>
          </w:p>
          <w:p w14:paraId="24ED3847" w14:textId="77777777" w:rsidR="00962B67" w:rsidRPr="00FD1520" w:rsidRDefault="00962B67" w:rsidP="00962B67">
            <w:pPr>
              <w:pStyle w:val="Punktliste"/>
            </w:pPr>
            <w:r w:rsidRPr="00FD1520">
              <w:rPr>
                <w:sz w:val="20"/>
              </w:rPr>
              <w:t>prosjekteringsfasen</w:t>
            </w:r>
          </w:p>
          <w:p w14:paraId="3B94C273" w14:textId="77777777" w:rsidR="00962B67" w:rsidRPr="00FD1520" w:rsidRDefault="00962B67" w:rsidP="00962B67">
            <w:pPr>
              <w:pStyle w:val="Punktliste"/>
            </w:pPr>
            <w:r w:rsidRPr="00FD1520">
              <w:rPr>
                <w:sz w:val="20"/>
              </w:rPr>
              <w:t>kontraheringsfasen</w:t>
            </w:r>
          </w:p>
          <w:p w14:paraId="54F49AA1" w14:textId="77777777" w:rsidR="00962B67" w:rsidRPr="00FD1520" w:rsidRDefault="00962B67" w:rsidP="00962B67">
            <w:pPr>
              <w:pStyle w:val="Punktliste"/>
            </w:pPr>
            <w:r w:rsidRPr="00FD1520">
              <w:rPr>
                <w:sz w:val="20"/>
              </w:rPr>
              <w:t>gjennomførings-/ byggefasen</w:t>
            </w:r>
          </w:p>
          <w:p w14:paraId="46DCFF0F" w14:textId="77777777" w:rsidR="00962B67" w:rsidRPr="00FD1520" w:rsidRDefault="00962B67" w:rsidP="00962B67">
            <w:pPr>
              <w:pStyle w:val="Punktliste"/>
            </w:pPr>
            <w:r w:rsidRPr="00FD1520">
              <w:rPr>
                <w:sz w:val="20"/>
              </w:rPr>
              <w:t>drifts- og vedlikeholdsfasen</w:t>
            </w:r>
          </w:p>
          <w:p w14:paraId="7B819B74" w14:textId="2731C3DC" w:rsidR="00962B67" w:rsidRPr="00FD1520" w:rsidRDefault="00962B67" w:rsidP="00962B67">
            <w:pPr>
              <w:pStyle w:val="Punktliste"/>
            </w:pPr>
            <w:r w:rsidRPr="00FD1520">
              <w:rPr>
                <w:sz w:val="20"/>
              </w:rPr>
              <w:t>aktører og interesseorganisasjoner i byggherresektoren, prosjekterings-sektoren og produksjonssektoren</w:t>
            </w:r>
          </w:p>
        </w:tc>
      </w:tr>
    </w:tbl>
    <w:p w14:paraId="0A55F7DA" w14:textId="77777777" w:rsidR="00962B67" w:rsidRPr="00FD1520" w:rsidRDefault="00962B67" w:rsidP="00962B67"/>
    <w:tbl>
      <w:tblPr>
        <w:tblStyle w:val="Tabellrutenett"/>
        <w:tblW w:w="0" w:type="auto"/>
        <w:tblLook w:val="04A0" w:firstRow="1" w:lastRow="0" w:firstColumn="1" w:lastColumn="0" w:noHBand="0" w:noVBand="1"/>
      </w:tblPr>
      <w:tblGrid>
        <w:gridCol w:w="9962"/>
      </w:tblGrid>
      <w:tr w:rsidR="007553FE" w:rsidRPr="00FD1520" w14:paraId="52FE3130" w14:textId="77777777" w:rsidTr="00956C15">
        <w:trPr>
          <w:cantSplit/>
          <w:trHeight w:val="5953"/>
        </w:trPr>
        <w:tc>
          <w:tcPr>
            <w:tcW w:w="9962" w:type="dxa"/>
          </w:tcPr>
          <w:p w14:paraId="4FF6CDE2" w14:textId="77777777" w:rsidR="007553FE" w:rsidRPr="00FD1520" w:rsidRDefault="005A3995">
            <w:pPr>
              <w:spacing w:after="40"/>
            </w:pPr>
            <w:r w:rsidRPr="00FD1520">
              <w:rPr>
                <w:b/>
                <w:sz w:val="20"/>
              </w:rPr>
              <w:t>Egenvurdering (skriv her)</w:t>
            </w:r>
          </w:p>
          <w:p w14:paraId="4A4527A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A0EEF42" w14:textId="77777777" w:rsidR="007553FE" w:rsidRPr="00FD1520" w:rsidRDefault="007553FE"/>
          <w:p w14:paraId="09FD9CA8" w14:textId="77777777" w:rsidR="007553FE" w:rsidRPr="00FD1520" w:rsidRDefault="007553FE"/>
          <w:p w14:paraId="616F9F2A" w14:textId="77777777" w:rsidR="007553FE" w:rsidRPr="00FD1520" w:rsidRDefault="007553FE"/>
          <w:p w14:paraId="1239E8B3" w14:textId="77777777" w:rsidR="007553FE" w:rsidRPr="00FD1520" w:rsidRDefault="007553FE"/>
          <w:p w14:paraId="52A0D7B8" w14:textId="77777777" w:rsidR="007553FE" w:rsidRPr="00FD1520" w:rsidRDefault="007553FE"/>
          <w:p w14:paraId="7F808CA0" w14:textId="77777777" w:rsidR="007553FE" w:rsidRPr="00FD1520" w:rsidRDefault="007553FE"/>
          <w:p w14:paraId="019FCDB7" w14:textId="77777777" w:rsidR="007553FE" w:rsidRPr="00FD1520" w:rsidRDefault="007553FE"/>
          <w:p w14:paraId="6AA3950F" w14:textId="77777777" w:rsidR="007553FE" w:rsidRPr="00FD1520" w:rsidRDefault="007553FE"/>
          <w:p w14:paraId="209A4767" w14:textId="77777777" w:rsidR="007553FE" w:rsidRPr="00FD1520" w:rsidRDefault="007553FE"/>
          <w:p w14:paraId="59B20F63" w14:textId="77777777" w:rsidR="007553FE" w:rsidRPr="00FD1520" w:rsidRDefault="007553FE"/>
          <w:p w14:paraId="1F05220F" w14:textId="77777777" w:rsidR="007553FE" w:rsidRPr="00FD1520" w:rsidRDefault="007553FE"/>
          <w:p w14:paraId="22F84BCE" w14:textId="77777777" w:rsidR="007553FE" w:rsidRPr="00FD1520" w:rsidRDefault="007553FE"/>
          <w:p w14:paraId="2A80D3B6" w14:textId="77777777" w:rsidR="007553FE" w:rsidRPr="00FD1520" w:rsidRDefault="007553FE"/>
          <w:p w14:paraId="2B46B799" w14:textId="77777777" w:rsidR="007553FE" w:rsidRPr="00FD1520" w:rsidRDefault="007553FE" w:rsidP="00956C15"/>
        </w:tc>
      </w:tr>
    </w:tbl>
    <w:p w14:paraId="5CEDBBF1" w14:textId="77777777" w:rsidR="00956C15" w:rsidRPr="00FD1520" w:rsidRDefault="00956C15"/>
    <w:tbl>
      <w:tblPr>
        <w:tblStyle w:val="Tabellrutenett"/>
        <w:tblW w:w="0" w:type="auto"/>
        <w:tblLook w:val="04A0" w:firstRow="1" w:lastRow="0" w:firstColumn="1" w:lastColumn="0" w:noHBand="0" w:noVBand="1"/>
      </w:tblPr>
      <w:tblGrid>
        <w:gridCol w:w="9962"/>
      </w:tblGrid>
      <w:tr w:rsidR="00956C15" w:rsidRPr="00FD1520" w14:paraId="41C8FC61" w14:textId="77777777" w:rsidTr="00956C15">
        <w:tc>
          <w:tcPr>
            <w:tcW w:w="9962" w:type="dxa"/>
          </w:tcPr>
          <w:p w14:paraId="5AB37E35" w14:textId="77777777" w:rsidR="00956C15" w:rsidRPr="00FD1520" w:rsidRDefault="00956C15" w:rsidP="00956C15">
            <w:pPr>
              <w:spacing w:after="40"/>
            </w:pPr>
            <w:r w:rsidRPr="00FD1520">
              <w:rPr>
                <w:b/>
                <w:sz w:val="20"/>
              </w:rPr>
              <w:t>Relevante vedlegg (liste/henvisninger)</w:t>
            </w:r>
          </w:p>
          <w:p w14:paraId="32FDAAB8" w14:textId="77777777" w:rsidR="00956C15" w:rsidRPr="00FD1520" w:rsidRDefault="00956C15" w:rsidP="00956C15">
            <w:r w:rsidRPr="00FD1520">
              <w:rPr>
                <w:sz w:val="20"/>
              </w:rPr>
              <w:t>Oppgi vedleggsnummer og kort beskrivelse av dokumentasjonen.</w:t>
            </w:r>
          </w:p>
          <w:p w14:paraId="28C5A7F4" w14:textId="77777777" w:rsidR="00956C15" w:rsidRPr="00FD1520" w:rsidRDefault="00956C15"/>
        </w:tc>
      </w:tr>
    </w:tbl>
    <w:p w14:paraId="07D34876" w14:textId="5A53D3B5" w:rsidR="007553FE" w:rsidRPr="00FD1520" w:rsidRDefault="005A3995">
      <w:r w:rsidRPr="00FD1520">
        <w:br w:type="page"/>
      </w:r>
    </w:p>
    <w:p w14:paraId="4F8F8818" w14:textId="77777777" w:rsidR="007553FE" w:rsidRPr="00FD1520" w:rsidRDefault="005A3995">
      <w:r w:rsidRPr="00FD1520">
        <w:rPr>
          <w:b/>
        </w:rPr>
        <w:lastRenderedPageBreak/>
        <w:t>Modul: Byggenæringen</w:t>
      </w:r>
    </w:p>
    <w:p w14:paraId="5064E785" w14:textId="6168DC6C" w:rsidR="007553FE" w:rsidRPr="00FD1520" w:rsidRDefault="00956C15">
      <w:pPr>
        <w:pStyle w:val="Overskrift2"/>
      </w:pPr>
      <w:r w:rsidRPr="00FD1520">
        <w:t xml:space="preserve">3. </w:t>
      </w:r>
      <w:r w:rsidR="005A3995" w:rsidRPr="00FD1520">
        <w:t>Lover, forskrifter og standarder i byggenæringen</w:t>
      </w:r>
    </w:p>
    <w:tbl>
      <w:tblPr>
        <w:tblStyle w:val="Tabellrutenett"/>
        <w:tblW w:w="0" w:type="auto"/>
        <w:tblLook w:val="04A0" w:firstRow="1" w:lastRow="0" w:firstColumn="1" w:lastColumn="0" w:noHBand="0" w:noVBand="1"/>
      </w:tblPr>
      <w:tblGrid>
        <w:gridCol w:w="4981"/>
        <w:gridCol w:w="4981"/>
      </w:tblGrid>
      <w:tr w:rsidR="00956C15" w:rsidRPr="00FD1520" w14:paraId="5C64EC3F" w14:textId="77777777" w:rsidTr="00956C15">
        <w:tc>
          <w:tcPr>
            <w:tcW w:w="4981" w:type="dxa"/>
          </w:tcPr>
          <w:p w14:paraId="7C61EC03" w14:textId="77777777" w:rsidR="00956C15" w:rsidRPr="00FD1520" w:rsidRDefault="00956C15" w:rsidP="00956C15">
            <w:pPr>
              <w:spacing w:after="40"/>
            </w:pPr>
            <w:r w:rsidRPr="00FD1520">
              <w:rPr>
                <w:b/>
                <w:sz w:val="20"/>
              </w:rPr>
              <w:t>Hovedtema</w:t>
            </w:r>
          </w:p>
          <w:p w14:paraId="05CDF5FB" w14:textId="53A817EA" w:rsidR="00956C15" w:rsidRPr="00FD1520" w:rsidRDefault="00956C15" w:rsidP="00956C15">
            <w:r w:rsidRPr="00FD1520">
              <w:rPr>
                <w:sz w:val="20"/>
              </w:rPr>
              <w:t>Hovedtemaet handler om lover, forskrifter, standarder og normer og hvilken betydning de har som premissgivere for byggenæringen.</w:t>
            </w:r>
          </w:p>
        </w:tc>
        <w:tc>
          <w:tcPr>
            <w:tcW w:w="4981" w:type="dxa"/>
          </w:tcPr>
          <w:p w14:paraId="76718E00" w14:textId="77777777" w:rsidR="00956C15" w:rsidRPr="00FD1520" w:rsidRDefault="00956C15" w:rsidP="00956C15">
            <w:pPr>
              <w:spacing w:after="40"/>
            </w:pPr>
            <w:r w:rsidRPr="00FD1520">
              <w:rPr>
                <w:b/>
                <w:sz w:val="20"/>
              </w:rPr>
              <w:t>Innhold</w:t>
            </w:r>
          </w:p>
          <w:p w14:paraId="7D6193CD" w14:textId="77777777" w:rsidR="00956C15" w:rsidRPr="00FD1520" w:rsidRDefault="00956C15" w:rsidP="00956C15">
            <w:pPr>
              <w:pStyle w:val="Punktliste"/>
            </w:pPr>
            <w:r w:rsidRPr="00FD1520">
              <w:rPr>
                <w:sz w:val="20"/>
              </w:rPr>
              <w:t>lover, forskrifter, standarder og normer som premissgivere for byggenæringen</w:t>
            </w:r>
          </w:p>
          <w:p w14:paraId="23701EC7" w14:textId="77777777" w:rsidR="00956C15" w:rsidRPr="00FD1520" w:rsidRDefault="00956C15" w:rsidP="00956C15">
            <w:pPr>
              <w:pStyle w:val="Punktliste"/>
            </w:pPr>
            <w:r w:rsidRPr="00FD1520">
              <w:rPr>
                <w:sz w:val="20"/>
              </w:rPr>
              <w:t>plan- og reguleringsdokumenter</w:t>
            </w:r>
          </w:p>
          <w:p w14:paraId="1F598326" w14:textId="77777777" w:rsidR="00956C15" w:rsidRPr="00FD1520" w:rsidRDefault="00956C15" w:rsidP="00956C15">
            <w:pPr>
              <w:pStyle w:val="Punktliste"/>
            </w:pPr>
            <w:r w:rsidRPr="00FD1520">
              <w:rPr>
                <w:sz w:val="20"/>
              </w:rPr>
              <w:t>plan- og bygningslovens struktur</w:t>
            </w:r>
          </w:p>
          <w:p w14:paraId="48090DE3" w14:textId="77777777" w:rsidR="00956C15" w:rsidRPr="00FD1520" w:rsidRDefault="00956C15" w:rsidP="00956C15">
            <w:pPr>
              <w:pStyle w:val="Punktliste"/>
            </w:pPr>
            <w:r w:rsidRPr="00FD1520">
              <w:rPr>
                <w:sz w:val="20"/>
              </w:rPr>
              <w:t>lover som regulerer avtaler og kontrakter</w:t>
            </w:r>
          </w:p>
          <w:p w14:paraId="49625508" w14:textId="1E66A970" w:rsidR="00956C15" w:rsidRPr="00FD1520" w:rsidRDefault="00956C15" w:rsidP="00956C15">
            <w:pPr>
              <w:pStyle w:val="Punktliste"/>
            </w:pPr>
            <w:r w:rsidRPr="00FD1520">
              <w:rPr>
                <w:sz w:val="20"/>
              </w:rPr>
              <w:t>interesseorganisasjonenes rolle i utvikling og forvaltning av rammevilkår for byggenæringen</w:t>
            </w:r>
          </w:p>
        </w:tc>
      </w:tr>
    </w:tbl>
    <w:p w14:paraId="14649952" w14:textId="77777777" w:rsidR="00956C15" w:rsidRPr="00FD1520" w:rsidRDefault="00956C15" w:rsidP="00956C15"/>
    <w:tbl>
      <w:tblPr>
        <w:tblStyle w:val="Tabellrutenett"/>
        <w:tblW w:w="0" w:type="auto"/>
        <w:tblLook w:val="04A0" w:firstRow="1" w:lastRow="0" w:firstColumn="1" w:lastColumn="0" w:noHBand="0" w:noVBand="1"/>
      </w:tblPr>
      <w:tblGrid>
        <w:gridCol w:w="9962"/>
      </w:tblGrid>
      <w:tr w:rsidR="007553FE" w:rsidRPr="00FD1520" w14:paraId="4B1DE732" w14:textId="77777777" w:rsidTr="00956C15">
        <w:trPr>
          <w:cantSplit/>
          <w:trHeight w:val="5953"/>
        </w:trPr>
        <w:tc>
          <w:tcPr>
            <w:tcW w:w="9962" w:type="dxa"/>
          </w:tcPr>
          <w:p w14:paraId="0D11D28E" w14:textId="77777777" w:rsidR="007553FE" w:rsidRPr="00FD1520" w:rsidRDefault="005A3995">
            <w:pPr>
              <w:spacing w:after="40"/>
            </w:pPr>
            <w:r w:rsidRPr="00FD1520">
              <w:rPr>
                <w:b/>
                <w:sz w:val="20"/>
              </w:rPr>
              <w:t>Egenvurdering (skriv her)</w:t>
            </w:r>
          </w:p>
          <w:p w14:paraId="7FC74AE7"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B917E66" w14:textId="77777777" w:rsidR="007553FE" w:rsidRPr="00FD1520" w:rsidRDefault="007553FE"/>
          <w:p w14:paraId="37AAD9E9" w14:textId="77777777" w:rsidR="007553FE" w:rsidRPr="00FD1520" w:rsidRDefault="007553FE"/>
          <w:p w14:paraId="307684BB" w14:textId="77777777" w:rsidR="007553FE" w:rsidRPr="00FD1520" w:rsidRDefault="007553FE"/>
          <w:p w14:paraId="4DCEBF8B" w14:textId="77777777" w:rsidR="007553FE" w:rsidRPr="00FD1520" w:rsidRDefault="007553FE"/>
          <w:p w14:paraId="0F970786" w14:textId="77777777" w:rsidR="007553FE" w:rsidRPr="00FD1520" w:rsidRDefault="007553FE"/>
          <w:p w14:paraId="300852DB" w14:textId="77777777" w:rsidR="007553FE" w:rsidRPr="00FD1520" w:rsidRDefault="007553FE"/>
          <w:p w14:paraId="4A5F77B8" w14:textId="77777777" w:rsidR="007553FE" w:rsidRPr="00FD1520" w:rsidRDefault="007553FE"/>
          <w:p w14:paraId="4B80B7B8" w14:textId="77777777" w:rsidR="007553FE" w:rsidRPr="00FD1520" w:rsidRDefault="007553FE"/>
          <w:p w14:paraId="2414DA93" w14:textId="77777777" w:rsidR="007553FE" w:rsidRPr="00FD1520" w:rsidRDefault="007553FE"/>
          <w:p w14:paraId="4F11ECE1" w14:textId="77777777" w:rsidR="007553FE" w:rsidRPr="00FD1520" w:rsidRDefault="007553FE"/>
          <w:p w14:paraId="7DB94568" w14:textId="77777777" w:rsidR="007553FE" w:rsidRPr="00FD1520" w:rsidRDefault="007553FE"/>
          <w:p w14:paraId="47A8A689" w14:textId="77777777" w:rsidR="007553FE" w:rsidRPr="00FD1520" w:rsidRDefault="007553FE"/>
          <w:p w14:paraId="2C09A412" w14:textId="77777777" w:rsidR="007553FE" w:rsidRPr="00FD1520" w:rsidRDefault="007553FE"/>
          <w:p w14:paraId="08E81943" w14:textId="77777777" w:rsidR="007553FE" w:rsidRPr="00FD1520" w:rsidRDefault="007553FE"/>
        </w:tc>
      </w:tr>
    </w:tbl>
    <w:p w14:paraId="6D7E79AF" w14:textId="77777777" w:rsidR="00265097" w:rsidRPr="00FD1520" w:rsidRDefault="00265097"/>
    <w:tbl>
      <w:tblPr>
        <w:tblStyle w:val="Tabellrutenett"/>
        <w:tblW w:w="0" w:type="auto"/>
        <w:tblLook w:val="04A0" w:firstRow="1" w:lastRow="0" w:firstColumn="1" w:lastColumn="0" w:noHBand="0" w:noVBand="1"/>
      </w:tblPr>
      <w:tblGrid>
        <w:gridCol w:w="9962"/>
      </w:tblGrid>
      <w:tr w:rsidR="00265097" w:rsidRPr="00FD1520" w14:paraId="4C385FA4" w14:textId="77777777" w:rsidTr="00265097">
        <w:tc>
          <w:tcPr>
            <w:tcW w:w="9962" w:type="dxa"/>
          </w:tcPr>
          <w:p w14:paraId="6358CB53" w14:textId="77777777" w:rsidR="00265097" w:rsidRPr="00FD1520" w:rsidRDefault="00265097" w:rsidP="00265097">
            <w:pPr>
              <w:spacing w:after="40"/>
            </w:pPr>
            <w:r w:rsidRPr="00FD1520">
              <w:rPr>
                <w:b/>
                <w:sz w:val="20"/>
              </w:rPr>
              <w:t>Relevante vedlegg (liste/henvisninger)</w:t>
            </w:r>
          </w:p>
          <w:p w14:paraId="607D24DD" w14:textId="77777777" w:rsidR="00265097" w:rsidRPr="00FD1520" w:rsidRDefault="00265097" w:rsidP="00265097">
            <w:r w:rsidRPr="00FD1520">
              <w:rPr>
                <w:sz w:val="20"/>
              </w:rPr>
              <w:t>Oppgi vedleggsnummer og kort beskrivelse av dokumentasjonen.</w:t>
            </w:r>
          </w:p>
          <w:p w14:paraId="27358B93" w14:textId="77777777" w:rsidR="00265097" w:rsidRPr="00FD1520" w:rsidRDefault="00265097"/>
        </w:tc>
      </w:tr>
    </w:tbl>
    <w:p w14:paraId="34A1B73B" w14:textId="7165E7E7" w:rsidR="007553FE" w:rsidRPr="00FD1520" w:rsidRDefault="005A3995">
      <w:r w:rsidRPr="00FD1520">
        <w:br w:type="page"/>
      </w:r>
    </w:p>
    <w:p w14:paraId="3AFF24DB" w14:textId="77777777" w:rsidR="007553FE" w:rsidRPr="00FD1520" w:rsidRDefault="005A3995">
      <w:r w:rsidRPr="00FD1520">
        <w:rPr>
          <w:b/>
        </w:rPr>
        <w:lastRenderedPageBreak/>
        <w:t>Modul: Byggenæringen</w:t>
      </w:r>
    </w:p>
    <w:p w14:paraId="6935B7E7" w14:textId="0E31BB25" w:rsidR="007553FE" w:rsidRPr="00FD1520" w:rsidRDefault="00265097">
      <w:pPr>
        <w:pStyle w:val="Overskrift2"/>
      </w:pPr>
      <w:r w:rsidRPr="00FD1520">
        <w:t xml:space="preserve">4. </w:t>
      </w:r>
      <w:r w:rsidR="0039597B" w:rsidRPr="00FD1520">
        <w:t>Etikk I byggenæringen</w:t>
      </w:r>
    </w:p>
    <w:tbl>
      <w:tblPr>
        <w:tblStyle w:val="Tabellrutenett"/>
        <w:tblW w:w="0" w:type="auto"/>
        <w:tblLook w:val="04A0" w:firstRow="1" w:lastRow="0" w:firstColumn="1" w:lastColumn="0" w:noHBand="0" w:noVBand="1"/>
      </w:tblPr>
      <w:tblGrid>
        <w:gridCol w:w="4981"/>
        <w:gridCol w:w="4981"/>
      </w:tblGrid>
      <w:tr w:rsidR="00265097" w:rsidRPr="00FD1520" w14:paraId="51B08DA1" w14:textId="77777777" w:rsidTr="00265097">
        <w:tc>
          <w:tcPr>
            <w:tcW w:w="4981" w:type="dxa"/>
          </w:tcPr>
          <w:p w14:paraId="0E7464FC" w14:textId="77777777" w:rsidR="00265097" w:rsidRPr="00FD1520" w:rsidRDefault="00265097" w:rsidP="00265097">
            <w:pPr>
              <w:spacing w:after="40"/>
            </w:pPr>
            <w:r w:rsidRPr="00FD1520">
              <w:rPr>
                <w:b/>
                <w:sz w:val="20"/>
              </w:rPr>
              <w:t>Hovedtema</w:t>
            </w:r>
          </w:p>
          <w:p w14:paraId="2252DE22" w14:textId="77777777" w:rsidR="00265097" w:rsidRPr="00FD1520" w:rsidRDefault="00265097" w:rsidP="00265097">
            <w:r w:rsidRPr="00FD1520">
              <w:rPr>
                <w:sz w:val="20"/>
              </w:rPr>
              <w:t>etiske prinsipper og standarder i byggenæringen</w:t>
            </w:r>
          </w:p>
          <w:p w14:paraId="602075DF" w14:textId="77777777" w:rsidR="00265097" w:rsidRPr="00FD1520" w:rsidRDefault="00265097" w:rsidP="00265097">
            <w:r w:rsidRPr="00FD1520">
              <w:rPr>
                <w:sz w:val="20"/>
              </w:rPr>
              <w:t>sammenhengen mellom etikk og kvalitet</w:t>
            </w:r>
          </w:p>
          <w:p w14:paraId="5856DCB4" w14:textId="77777777" w:rsidR="00265097" w:rsidRPr="00FD1520" w:rsidRDefault="00265097" w:rsidP="00265097">
            <w:r w:rsidRPr="00FD1520">
              <w:rPr>
                <w:sz w:val="20"/>
              </w:rPr>
              <w:t>etiske normer i mesterbedriften</w:t>
            </w:r>
          </w:p>
          <w:p w14:paraId="188DF775" w14:textId="175DC66D" w:rsidR="00265097" w:rsidRPr="00FD1520" w:rsidRDefault="00265097" w:rsidP="00265097">
            <w:r w:rsidRPr="00FD1520">
              <w:rPr>
                <w:sz w:val="20"/>
              </w:rPr>
              <w:t>etiske dilemmaer</w:t>
            </w:r>
          </w:p>
        </w:tc>
        <w:tc>
          <w:tcPr>
            <w:tcW w:w="4981" w:type="dxa"/>
          </w:tcPr>
          <w:p w14:paraId="1A5615B5" w14:textId="77777777" w:rsidR="00265097" w:rsidRPr="00FD1520" w:rsidRDefault="00265097" w:rsidP="00265097">
            <w:pPr>
              <w:spacing w:after="40"/>
            </w:pPr>
            <w:r w:rsidRPr="00FD1520">
              <w:rPr>
                <w:b/>
                <w:sz w:val="20"/>
              </w:rPr>
              <w:t>Innhold</w:t>
            </w:r>
          </w:p>
          <w:p w14:paraId="738B7906" w14:textId="77777777" w:rsidR="00265097" w:rsidRPr="00FD1520" w:rsidRDefault="00265097" w:rsidP="00265097">
            <w:pPr>
              <w:pStyle w:val="Punktliste"/>
            </w:pPr>
            <w:r w:rsidRPr="00FD1520">
              <w:rPr>
                <w:sz w:val="20"/>
              </w:rPr>
              <w:t>etiske prinsipper og standarder i byggenæringen</w:t>
            </w:r>
          </w:p>
          <w:p w14:paraId="48AEC4D4" w14:textId="77777777" w:rsidR="00265097" w:rsidRPr="00FD1520" w:rsidRDefault="00265097" w:rsidP="00265097">
            <w:pPr>
              <w:pStyle w:val="Punktliste"/>
            </w:pPr>
            <w:r w:rsidRPr="00FD1520">
              <w:rPr>
                <w:sz w:val="20"/>
              </w:rPr>
              <w:t>sammenhengen mellom etikk og kvalitet</w:t>
            </w:r>
          </w:p>
          <w:p w14:paraId="73C1D759" w14:textId="77777777" w:rsidR="00265097" w:rsidRPr="00FD1520" w:rsidRDefault="00265097" w:rsidP="00265097">
            <w:pPr>
              <w:pStyle w:val="Punktliste"/>
            </w:pPr>
            <w:r w:rsidRPr="00FD1520">
              <w:rPr>
                <w:sz w:val="20"/>
              </w:rPr>
              <w:t>etiske normer i mesterbedriften</w:t>
            </w:r>
          </w:p>
          <w:p w14:paraId="195AF688" w14:textId="6E6F6578" w:rsidR="00265097" w:rsidRPr="00FD1520" w:rsidRDefault="00265097" w:rsidP="00265097">
            <w:pPr>
              <w:pStyle w:val="Punktliste"/>
            </w:pPr>
            <w:r w:rsidRPr="00FD1520">
              <w:rPr>
                <w:sz w:val="20"/>
              </w:rPr>
              <w:t>etiske dilemmaer</w:t>
            </w:r>
          </w:p>
        </w:tc>
      </w:tr>
    </w:tbl>
    <w:p w14:paraId="7CF59EB8" w14:textId="77777777" w:rsidR="00265097" w:rsidRPr="00FD1520" w:rsidRDefault="00265097" w:rsidP="00265097"/>
    <w:tbl>
      <w:tblPr>
        <w:tblStyle w:val="Tabellrutenett"/>
        <w:tblW w:w="0" w:type="auto"/>
        <w:tblLook w:val="04A0" w:firstRow="1" w:lastRow="0" w:firstColumn="1" w:lastColumn="0" w:noHBand="0" w:noVBand="1"/>
      </w:tblPr>
      <w:tblGrid>
        <w:gridCol w:w="9962"/>
      </w:tblGrid>
      <w:tr w:rsidR="007553FE" w:rsidRPr="00FD1520" w14:paraId="163BD704" w14:textId="77777777" w:rsidTr="00265097">
        <w:trPr>
          <w:cantSplit/>
          <w:trHeight w:val="5953"/>
        </w:trPr>
        <w:tc>
          <w:tcPr>
            <w:tcW w:w="9962" w:type="dxa"/>
          </w:tcPr>
          <w:p w14:paraId="49A48681" w14:textId="77777777" w:rsidR="007553FE" w:rsidRPr="00FD1520" w:rsidRDefault="005A3995">
            <w:pPr>
              <w:spacing w:after="40"/>
            </w:pPr>
            <w:r w:rsidRPr="00FD1520">
              <w:rPr>
                <w:b/>
                <w:sz w:val="20"/>
              </w:rPr>
              <w:t>Egenvurdering (skriv her)</w:t>
            </w:r>
          </w:p>
          <w:p w14:paraId="47C8E565"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1152811" w14:textId="77777777" w:rsidR="007553FE" w:rsidRPr="00FD1520" w:rsidRDefault="007553FE"/>
          <w:p w14:paraId="23AEB585" w14:textId="77777777" w:rsidR="007553FE" w:rsidRPr="00FD1520" w:rsidRDefault="007553FE"/>
          <w:p w14:paraId="007682A4" w14:textId="77777777" w:rsidR="007553FE" w:rsidRPr="00FD1520" w:rsidRDefault="007553FE"/>
          <w:p w14:paraId="5D7E8BF4" w14:textId="77777777" w:rsidR="007553FE" w:rsidRPr="00FD1520" w:rsidRDefault="007553FE"/>
          <w:p w14:paraId="5ACC04F1" w14:textId="77777777" w:rsidR="007553FE" w:rsidRPr="00FD1520" w:rsidRDefault="007553FE"/>
          <w:p w14:paraId="5FE67175" w14:textId="77777777" w:rsidR="007553FE" w:rsidRPr="00FD1520" w:rsidRDefault="007553FE"/>
          <w:p w14:paraId="269B8287" w14:textId="77777777" w:rsidR="007553FE" w:rsidRPr="00FD1520" w:rsidRDefault="007553FE"/>
          <w:p w14:paraId="36EB3389" w14:textId="77777777" w:rsidR="007553FE" w:rsidRPr="00FD1520" w:rsidRDefault="007553FE"/>
          <w:p w14:paraId="7824D4F9" w14:textId="77777777" w:rsidR="007553FE" w:rsidRPr="00FD1520" w:rsidRDefault="007553FE"/>
          <w:p w14:paraId="380B5C3A" w14:textId="77777777" w:rsidR="007553FE" w:rsidRPr="00FD1520" w:rsidRDefault="007553FE"/>
          <w:p w14:paraId="26DDFC02" w14:textId="77777777" w:rsidR="007553FE" w:rsidRPr="00FD1520" w:rsidRDefault="007553FE"/>
          <w:p w14:paraId="2D199186" w14:textId="77777777" w:rsidR="007553FE" w:rsidRPr="00FD1520" w:rsidRDefault="007553FE"/>
          <w:p w14:paraId="48F08F61" w14:textId="77777777" w:rsidR="007553FE" w:rsidRPr="00FD1520" w:rsidRDefault="007553FE"/>
          <w:p w14:paraId="4FB963F0" w14:textId="77777777" w:rsidR="007553FE" w:rsidRPr="00FD1520" w:rsidRDefault="007553FE"/>
        </w:tc>
      </w:tr>
    </w:tbl>
    <w:p w14:paraId="1F4C83F0" w14:textId="5CAA72CA" w:rsidR="007553FE" w:rsidRPr="00FD1520" w:rsidRDefault="007553FE"/>
    <w:tbl>
      <w:tblPr>
        <w:tblStyle w:val="Tabellrutenett"/>
        <w:tblW w:w="0" w:type="auto"/>
        <w:tblLook w:val="04A0" w:firstRow="1" w:lastRow="0" w:firstColumn="1" w:lastColumn="0" w:noHBand="0" w:noVBand="1"/>
      </w:tblPr>
      <w:tblGrid>
        <w:gridCol w:w="9962"/>
      </w:tblGrid>
      <w:tr w:rsidR="00265097" w:rsidRPr="00FD1520" w14:paraId="6299CF32" w14:textId="77777777" w:rsidTr="00265097">
        <w:tc>
          <w:tcPr>
            <w:tcW w:w="9962" w:type="dxa"/>
          </w:tcPr>
          <w:p w14:paraId="5849C38D" w14:textId="77777777" w:rsidR="00265097" w:rsidRPr="00FD1520" w:rsidRDefault="00265097" w:rsidP="00265097">
            <w:pPr>
              <w:spacing w:after="40"/>
            </w:pPr>
            <w:r w:rsidRPr="00FD1520">
              <w:rPr>
                <w:b/>
                <w:sz w:val="20"/>
              </w:rPr>
              <w:t>Relevante vedlegg (liste/henvisninger)</w:t>
            </w:r>
          </w:p>
          <w:p w14:paraId="20DFCB78" w14:textId="77777777" w:rsidR="00265097" w:rsidRPr="00FD1520" w:rsidRDefault="00265097" w:rsidP="00265097">
            <w:r w:rsidRPr="00FD1520">
              <w:rPr>
                <w:sz w:val="20"/>
              </w:rPr>
              <w:t>Oppgi vedleggsnummer og kort beskrivelse av dokumentasjonen.</w:t>
            </w:r>
          </w:p>
          <w:p w14:paraId="1E8E2E0D" w14:textId="77777777" w:rsidR="00265097" w:rsidRPr="00FD1520" w:rsidRDefault="00265097"/>
          <w:p w14:paraId="68BBE77C" w14:textId="77777777" w:rsidR="00265097" w:rsidRPr="00FD1520" w:rsidRDefault="00265097"/>
          <w:p w14:paraId="6F431CA6" w14:textId="77777777" w:rsidR="00265097" w:rsidRPr="00FD1520" w:rsidRDefault="00265097"/>
          <w:p w14:paraId="62406BD1" w14:textId="77777777" w:rsidR="00265097" w:rsidRPr="00FD1520" w:rsidRDefault="00265097"/>
          <w:p w14:paraId="63377BEB" w14:textId="77777777" w:rsidR="00265097" w:rsidRPr="00FD1520" w:rsidRDefault="00265097"/>
        </w:tc>
      </w:tr>
    </w:tbl>
    <w:p w14:paraId="6285B7BD" w14:textId="77777777" w:rsidR="00265097" w:rsidRPr="00FD1520" w:rsidRDefault="00265097"/>
    <w:p w14:paraId="05AAA924" w14:textId="77777777" w:rsidR="00C24A76" w:rsidRPr="00FD1520" w:rsidRDefault="00C24A76"/>
    <w:p w14:paraId="68868E54" w14:textId="77777777" w:rsidR="0039597B" w:rsidRPr="00FD1520" w:rsidRDefault="0039597B">
      <w:pPr>
        <w:rPr>
          <w:b/>
        </w:rPr>
      </w:pPr>
    </w:p>
    <w:p w14:paraId="17704055" w14:textId="77777777" w:rsidR="0039597B" w:rsidRPr="00FD1520" w:rsidRDefault="0039597B">
      <w:pPr>
        <w:rPr>
          <w:b/>
        </w:rPr>
      </w:pPr>
    </w:p>
    <w:p w14:paraId="42BBC950" w14:textId="77777777" w:rsidR="0039597B" w:rsidRPr="00FD1520" w:rsidRDefault="0039597B">
      <w:pPr>
        <w:rPr>
          <w:b/>
        </w:rPr>
      </w:pPr>
    </w:p>
    <w:p w14:paraId="556E58D1" w14:textId="3926E425" w:rsidR="007553FE" w:rsidRPr="00FD1520" w:rsidRDefault="005A3995">
      <w:r w:rsidRPr="00FD1520">
        <w:rPr>
          <w:b/>
        </w:rPr>
        <w:lastRenderedPageBreak/>
        <w:t>Modul: Byggesaken</w:t>
      </w:r>
    </w:p>
    <w:p w14:paraId="05522079" w14:textId="20228946" w:rsidR="007553FE" w:rsidRPr="00FD1520" w:rsidRDefault="00CE596C" w:rsidP="00CE596C">
      <w:pPr>
        <w:pStyle w:val="Overskrift2"/>
      </w:pPr>
      <w:r w:rsidRPr="00FD1520">
        <w:t xml:space="preserve">1. </w:t>
      </w:r>
      <w:r w:rsidR="005A3995" w:rsidRPr="00FD1520">
        <w:t>Byggesaksforskriften</w:t>
      </w:r>
    </w:p>
    <w:tbl>
      <w:tblPr>
        <w:tblStyle w:val="Tabellrutenett"/>
        <w:tblW w:w="0" w:type="auto"/>
        <w:tblLook w:val="04A0" w:firstRow="1" w:lastRow="0" w:firstColumn="1" w:lastColumn="0" w:noHBand="0" w:noVBand="1"/>
      </w:tblPr>
      <w:tblGrid>
        <w:gridCol w:w="4981"/>
        <w:gridCol w:w="4981"/>
      </w:tblGrid>
      <w:tr w:rsidR="005521D8" w:rsidRPr="00FD1520" w14:paraId="1D3F4065" w14:textId="77777777" w:rsidTr="005521D8">
        <w:tc>
          <w:tcPr>
            <w:tcW w:w="4981" w:type="dxa"/>
          </w:tcPr>
          <w:p w14:paraId="1FB38556" w14:textId="77777777" w:rsidR="005521D8" w:rsidRPr="00FD1520" w:rsidRDefault="005521D8" w:rsidP="005521D8">
            <w:pPr>
              <w:spacing w:after="40"/>
            </w:pPr>
            <w:r w:rsidRPr="00FD1520">
              <w:rPr>
                <w:b/>
                <w:sz w:val="20"/>
              </w:rPr>
              <w:t>Hovedtema</w:t>
            </w:r>
          </w:p>
          <w:p w14:paraId="281B4482" w14:textId="450EEEB0" w:rsidR="005521D8" w:rsidRPr="00FD1520" w:rsidRDefault="005521D8" w:rsidP="005521D8">
            <w:r w:rsidRPr="00FD1520">
              <w:rPr>
                <w:sz w:val="20"/>
              </w:rPr>
              <w:t>Hovedtemaet handler om byggesaks-forskriften (SAK) og om hvordan en byggesak skal gjennomføres etter forskriften.</w:t>
            </w:r>
          </w:p>
        </w:tc>
        <w:tc>
          <w:tcPr>
            <w:tcW w:w="4981" w:type="dxa"/>
          </w:tcPr>
          <w:p w14:paraId="202C5886" w14:textId="77777777" w:rsidR="005521D8" w:rsidRPr="00FD1520" w:rsidRDefault="005521D8" w:rsidP="005521D8">
            <w:pPr>
              <w:spacing w:after="40"/>
            </w:pPr>
            <w:r w:rsidRPr="00FD1520">
              <w:rPr>
                <w:b/>
                <w:sz w:val="20"/>
              </w:rPr>
              <w:t>Innhold</w:t>
            </w:r>
          </w:p>
          <w:p w14:paraId="604CE1DF" w14:textId="77777777" w:rsidR="005521D8" w:rsidRPr="00FD1520" w:rsidRDefault="005521D8" w:rsidP="005521D8">
            <w:pPr>
              <w:pStyle w:val="Punktliste"/>
            </w:pPr>
            <w:r w:rsidRPr="00FD1520">
              <w:rPr>
                <w:sz w:val="20"/>
              </w:rPr>
              <w:t>søknadspliktige og ikke søknadspliktige tiltak etter SAK</w:t>
            </w:r>
          </w:p>
          <w:p w14:paraId="00821603" w14:textId="77777777" w:rsidR="005521D8" w:rsidRPr="00FD1520" w:rsidRDefault="005521D8" w:rsidP="005521D8">
            <w:pPr>
              <w:pStyle w:val="Punktliste"/>
            </w:pPr>
            <w:r w:rsidRPr="00FD1520">
              <w:rPr>
                <w:sz w:val="20"/>
              </w:rPr>
              <w:t>krav til søknader, opplysninger og dokumentasjon i byggesaker</w:t>
            </w:r>
          </w:p>
          <w:p w14:paraId="19931715" w14:textId="77777777" w:rsidR="005521D8" w:rsidRPr="00FD1520" w:rsidRDefault="005521D8" w:rsidP="005521D8">
            <w:pPr>
              <w:pStyle w:val="Punktliste"/>
            </w:pPr>
            <w:r w:rsidRPr="00FD1520">
              <w:rPr>
                <w:sz w:val="20"/>
              </w:rPr>
              <w:t>funksjoner, fagområder og tiltaksklasser</w:t>
            </w:r>
          </w:p>
          <w:p w14:paraId="3AE937A1" w14:textId="77777777" w:rsidR="005521D8" w:rsidRPr="00FD1520" w:rsidRDefault="005521D8" w:rsidP="005521D8">
            <w:pPr>
              <w:pStyle w:val="Punktliste"/>
            </w:pPr>
            <w:r w:rsidRPr="00FD1520">
              <w:rPr>
                <w:sz w:val="20"/>
              </w:rPr>
              <w:t>kvalifikasjonskrav til foretak som søker godkjenning for ansvarsrett</w:t>
            </w:r>
          </w:p>
          <w:p w14:paraId="2007E6E8" w14:textId="77777777" w:rsidR="005521D8" w:rsidRPr="00FD1520" w:rsidRDefault="005521D8" w:rsidP="005521D8">
            <w:pPr>
              <w:pStyle w:val="Punktliste"/>
            </w:pPr>
            <w:r w:rsidRPr="00FD1520">
              <w:rPr>
                <w:sz w:val="20"/>
              </w:rPr>
              <w:t xml:space="preserve">foretakets ansvar </w:t>
            </w:r>
            <w:proofErr w:type="gramStart"/>
            <w:r w:rsidRPr="00FD1520">
              <w:rPr>
                <w:sz w:val="20"/>
              </w:rPr>
              <w:t>ovenfor</w:t>
            </w:r>
            <w:proofErr w:type="gramEnd"/>
            <w:r w:rsidRPr="00FD1520">
              <w:rPr>
                <w:sz w:val="20"/>
              </w:rPr>
              <w:t xml:space="preserve"> plan- og bygningsmyndighetene</w:t>
            </w:r>
          </w:p>
          <w:p w14:paraId="39200A7D" w14:textId="6A32121E" w:rsidR="005521D8" w:rsidRPr="00FD1520" w:rsidRDefault="005521D8" w:rsidP="005521D8">
            <w:r w:rsidRPr="00FD1520">
              <w:rPr>
                <w:sz w:val="20"/>
              </w:rPr>
              <w:t>kommunal saksbehandling</w:t>
            </w:r>
          </w:p>
        </w:tc>
      </w:tr>
    </w:tbl>
    <w:p w14:paraId="43359644" w14:textId="77777777" w:rsidR="005521D8" w:rsidRPr="00FD1520" w:rsidRDefault="005521D8" w:rsidP="005521D8"/>
    <w:tbl>
      <w:tblPr>
        <w:tblStyle w:val="Tabellrutenett"/>
        <w:tblW w:w="0" w:type="auto"/>
        <w:tblLook w:val="04A0" w:firstRow="1" w:lastRow="0" w:firstColumn="1" w:lastColumn="0" w:noHBand="0" w:noVBand="1"/>
      </w:tblPr>
      <w:tblGrid>
        <w:gridCol w:w="9962"/>
      </w:tblGrid>
      <w:tr w:rsidR="007553FE" w:rsidRPr="00FD1520" w14:paraId="07FFD012" w14:textId="77777777" w:rsidTr="00CF63F9">
        <w:trPr>
          <w:cantSplit/>
          <w:trHeight w:val="5953"/>
        </w:trPr>
        <w:tc>
          <w:tcPr>
            <w:tcW w:w="9962" w:type="dxa"/>
          </w:tcPr>
          <w:p w14:paraId="3E6AC904" w14:textId="77777777" w:rsidR="007553FE" w:rsidRPr="00FD1520" w:rsidRDefault="005A3995">
            <w:pPr>
              <w:spacing w:after="40"/>
            </w:pPr>
            <w:r w:rsidRPr="00FD1520">
              <w:rPr>
                <w:b/>
                <w:sz w:val="20"/>
              </w:rPr>
              <w:t>Egenvurdering (skriv her)</w:t>
            </w:r>
          </w:p>
          <w:p w14:paraId="21AE7B84"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DC5415B" w14:textId="77777777" w:rsidR="007553FE" w:rsidRPr="00FD1520" w:rsidRDefault="007553FE"/>
          <w:p w14:paraId="5369280F" w14:textId="77777777" w:rsidR="007553FE" w:rsidRPr="00FD1520" w:rsidRDefault="007553FE"/>
          <w:p w14:paraId="0432A5CA" w14:textId="77777777" w:rsidR="007553FE" w:rsidRPr="00FD1520" w:rsidRDefault="007553FE"/>
          <w:p w14:paraId="260EDDCC" w14:textId="77777777" w:rsidR="007553FE" w:rsidRPr="00FD1520" w:rsidRDefault="007553FE"/>
          <w:p w14:paraId="235FA36B" w14:textId="77777777" w:rsidR="007553FE" w:rsidRPr="00FD1520" w:rsidRDefault="007553FE"/>
          <w:p w14:paraId="270CFE37" w14:textId="77777777" w:rsidR="007553FE" w:rsidRPr="00FD1520" w:rsidRDefault="007553FE"/>
          <w:p w14:paraId="38813C41" w14:textId="77777777" w:rsidR="007553FE" w:rsidRPr="00FD1520" w:rsidRDefault="007553FE"/>
          <w:p w14:paraId="50F14CE6" w14:textId="77777777" w:rsidR="007553FE" w:rsidRPr="00FD1520" w:rsidRDefault="007553FE"/>
          <w:p w14:paraId="541FF1BD" w14:textId="77777777" w:rsidR="007553FE" w:rsidRPr="00FD1520" w:rsidRDefault="007553FE"/>
          <w:p w14:paraId="6889C5DC" w14:textId="77777777" w:rsidR="007553FE" w:rsidRPr="00FD1520" w:rsidRDefault="007553FE"/>
          <w:p w14:paraId="08787FD6" w14:textId="77777777" w:rsidR="007553FE" w:rsidRPr="00FD1520" w:rsidRDefault="007553FE"/>
          <w:p w14:paraId="11CCF256" w14:textId="77777777" w:rsidR="007553FE" w:rsidRPr="00FD1520" w:rsidRDefault="007553FE"/>
          <w:p w14:paraId="7E798C8E" w14:textId="77777777" w:rsidR="007553FE" w:rsidRPr="00FD1520" w:rsidRDefault="007553FE"/>
          <w:p w14:paraId="18121016" w14:textId="77777777" w:rsidR="007553FE" w:rsidRPr="00FD1520" w:rsidRDefault="007553FE"/>
        </w:tc>
      </w:tr>
    </w:tbl>
    <w:p w14:paraId="0937A6CD" w14:textId="77777777" w:rsidR="00CF63F9" w:rsidRPr="00FD1520" w:rsidRDefault="00CF63F9"/>
    <w:tbl>
      <w:tblPr>
        <w:tblStyle w:val="Tabellrutenett"/>
        <w:tblW w:w="0" w:type="auto"/>
        <w:tblLook w:val="04A0" w:firstRow="1" w:lastRow="0" w:firstColumn="1" w:lastColumn="0" w:noHBand="0" w:noVBand="1"/>
      </w:tblPr>
      <w:tblGrid>
        <w:gridCol w:w="9962"/>
      </w:tblGrid>
      <w:tr w:rsidR="00CF63F9" w:rsidRPr="00FD1520" w14:paraId="4DE5EFC1" w14:textId="77777777" w:rsidTr="00CF63F9">
        <w:tc>
          <w:tcPr>
            <w:tcW w:w="9962" w:type="dxa"/>
          </w:tcPr>
          <w:p w14:paraId="0FE7DE7D" w14:textId="77777777" w:rsidR="00CF63F9" w:rsidRPr="00FD1520" w:rsidRDefault="00CF63F9" w:rsidP="00CF63F9">
            <w:pPr>
              <w:spacing w:after="40"/>
            </w:pPr>
            <w:r w:rsidRPr="00FD1520">
              <w:rPr>
                <w:b/>
                <w:sz w:val="20"/>
              </w:rPr>
              <w:t>Relevante vedlegg (liste/henvisninger)</w:t>
            </w:r>
          </w:p>
          <w:p w14:paraId="4D4F1662" w14:textId="77777777" w:rsidR="00CF63F9" w:rsidRPr="00FD1520" w:rsidRDefault="00CF63F9" w:rsidP="00CF63F9">
            <w:r w:rsidRPr="00FD1520">
              <w:rPr>
                <w:sz w:val="20"/>
              </w:rPr>
              <w:t>Oppgi vedleggsnummer og kort beskrivelse av dokumentasjonen.</w:t>
            </w:r>
          </w:p>
          <w:p w14:paraId="3C1A095C" w14:textId="77777777" w:rsidR="00CF63F9" w:rsidRPr="00FD1520" w:rsidRDefault="00CF63F9"/>
        </w:tc>
      </w:tr>
    </w:tbl>
    <w:p w14:paraId="7268C007" w14:textId="0C75407D" w:rsidR="007553FE" w:rsidRPr="00FD1520" w:rsidRDefault="005A3995">
      <w:r w:rsidRPr="00FD1520">
        <w:br w:type="page"/>
      </w:r>
    </w:p>
    <w:p w14:paraId="379BB37F" w14:textId="77777777" w:rsidR="007553FE" w:rsidRPr="00FD1520" w:rsidRDefault="005A3995">
      <w:r w:rsidRPr="00FD1520">
        <w:rPr>
          <w:b/>
        </w:rPr>
        <w:lastRenderedPageBreak/>
        <w:t>Modul: Byggesaken</w:t>
      </w:r>
    </w:p>
    <w:p w14:paraId="6B41D8CA" w14:textId="645E2E17" w:rsidR="007553FE" w:rsidRPr="00FD1520" w:rsidRDefault="00CE596C">
      <w:pPr>
        <w:pStyle w:val="Overskrift2"/>
      </w:pPr>
      <w:r w:rsidRPr="00FD1520">
        <w:t xml:space="preserve">2. </w:t>
      </w:r>
      <w:r w:rsidR="005A3995" w:rsidRPr="00FD1520">
        <w:t>Kvalitet og styringssystem</w:t>
      </w:r>
    </w:p>
    <w:tbl>
      <w:tblPr>
        <w:tblStyle w:val="Tabellrutenett"/>
        <w:tblW w:w="0" w:type="auto"/>
        <w:tblLook w:val="04A0" w:firstRow="1" w:lastRow="0" w:firstColumn="1" w:lastColumn="0" w:noHBand="0" w:noVBand="1"/>
      </w:tblPr>
      <w:tblGrid>
        <w:gridCol w:w="4981"/>
        <w:gridCol w:w="4981"/>
      </w:tblGrid>
      <w:tr w:rsidR="00CE596C" w:rsidRPr="00FD1520" w14:paraId="15861C81" w14:textId="77777777" w:rsidTr="00CE596C">
        <w:tc>
          <w:tcPr>
            <w:tcW w:w="4981" w:type="dxa"/>
          </w:tcPr>
          <w:p w14:paraId="4AA94C25" w14:textId="77777777" w:rsidR="00CE596C" w:rsidRPr="00FD1520" w:rsidRDefault="00CE596C" w:rsidP="00CE596C">
            <w:pPr>
              <w:spacing w:after="40"/>
            </w:pPr>
            <w:r w:rsidRPr="00FD1520">
              <w:rPr>
                <w:b/>
                <w:sz w:val="20"/>
              </w:rPr>
              <w:t>Hovedtema</w:t>
            </w:r>
          </w:p>
          <w:p w14:paraId="5BDAFAFC" w14:textId="77777777" w:rsidR="00CE596C" w:rsidRPr="00FD1520" w:rsidRDefault="00CE596C" w:rsidP="00CE596C">
            <w:r w:rsidRPr="00FD1520">
              <w:rPr>
                <w:sz w:val="20"/>
              </w:rPr>
              <w:t xml:space="preserve">Hovedtemaet handler om hva kvalitet </w:t>
            </w:r>
            <w:proofErr w:type="gramStart"/>
            <w:r w:rsidRPr="00FD1520">
              <w:rPr>
                <w:sz w:val="20"/>
              </w:rPr>
              <w:t>er</w:t>
            </w:r>
            <w:proofErr w:type="gramEnd"/>
            <w:r w:rsidRPr="00FD1520">
              <w:rPr>
                <w:sz w:val="20"/>
              </w:rPr>
              <w:t xml:space="preserve"> og hvilken betydning kvalitetsledelse har for kvalitetssikring og kvalitetsutvikling i bedriften.</w:t>
            </w:r>
          </w:p>
          <w:p w14:paraId="0CE8E61A" w14:textId="7ADB83B0" w:rsidR="00CE596C" w:rsidRPr="00FD1520" w:rsidRDefault="00CE596C" w:rsidP="00CE596C">
            <w:r w:rsidRPr="00FD1520">
              <w:rPr>
                <w:sz w:val="20"/>
              </w:rPr>
              <w:t>Det handler også om hva som kreves av kvalitetssikring for foretak som søker om ansvarsrett etter plan- og bygningsloven.</w:t>
            </w:r>
          </w:p>
        </w:tc>
        <w:tc>
          <w:tcPr>
            <w:tcW w:w="4981" w:type="dxa"/>
          </w:tcPr>
          <w:p w14:paraId="19052102" w14:textId="77777777" w:rsidR="00CE596C" w:rsidRPr="00FD1520" w:rsidRDefault="00CE596C" w:rsidP="00CE596C">
            <w:pPr>
              <w:spacing w:after="40"/>
            </w:pPr>
            <w:r w:rsidRPr="00FD1520">
              <w:rPr>
                <w:b/>
                <w:sz w:val="20"/>
              </w:rPr>
              <w:t>Innhold</w:t>
            </w:r>
          </w:p>
          <w:p w14:paraId="74D008AA" w14:textId="77777777" w:rsidR="00CE596C" w:rsidRPr="00FD1520" w:rsidRDefault="00CE596C" w:rsidP="00CE596C">
            <w:pPr>
              <w:pStyle w:val="Punktliste"/>
            </w:pPr>
            <w:r w:rsidRPr="00FD1520">
              <w:rPr>
                <w:sz w:val="20"/>
              </w:rPr>
              <w:t>kvalitetssystemer, kvalitetsstyring og kvalitetsledelse</w:t>
            </w:r>
          </w:p>
          <w:p w14:paraId="6BE951C6" w14:textId="77777777" w:rsidR="00CE596C" w:rsidRPr="00FD1520" w:rsidRDefault="00CE596C" w:rsidP="00CE596C">
            <w:pPr>
              <w:pStyle w:val="Punktliste"/>
            </w:pPr>
            <w:r w:rsidRPr="00FD1520">
              <w:rPr>
                <w:sz w:val="20"/>
              </w:rPr>
              <w:t>krav til kvalitetssikring etter plan- og bygningsloven og SAK</w:t>
            </w:r>
          </w:p>
          <w:p w14:paraId="70F3080C" w14:textId="77777777" w:rsidR="00CE596C" w:rsidRPr="00FD1520" w:rsidRDefault="00CE596C" w:rsidP="00CE596C">
            <w:pPr>
              <w:pStyle w:val="Punktliste"/>
            </w:pPr>
            <w:r w:rsidRPr="00FD1520">
              <w:rPr>
                <w:sz w:val="20"/>
              </w:rPr>
              <w:t>rutiner og hjelpemidler for gjennomføring av tiltak</w:t>
            </w:r>
          </w:p>
          <w:p w14:paraId="5DD02772" w14:textId="36889C96" w:rsidR="00CE596C" w:rsidRPr="00FD1520" w:rsidRDefault="00CE596C" w:rsidP="00CE596C">
            <w:pPr>
              <w:pStyle w:val="Punktliste"/>
            </w:pPr>
            <w:r w:rsidRPr="00FD1520">
              <w:rPr>
                <w:sz w:val="20"/>
              </w:rPr>
              <w:t>sporbarhet og dokumentasjon i tiltak</w:t>
            </w:r>
          </w:p>
        </w:tc>
      </w:tr>
    </w:tbl>
    <w:p w14:paraId="046F1B7C"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6E70674E" w14:textId="77777777" w:rsidTr="00CE596C">
        <w:trPr>
          <w:cantSplit/>
          <w:trHeight w:val="5953"/>
        </w:trPr>
        <w:tc>
          <w:tcPr>
            <w:tcW w:w="9962" w:type="dxa"/>
          </w:tcPr>
          <w:p w14:paraId="12A7D9A6" w14:textId="77777777" w:rsidR="007553FE" w:rsidRPr="00FD1520" w:rsidRDefault="005A3995">
            <w:pPr>
              <w:spacing w:after="40"/>
            </w:pPr>
            <w:r w:rsidRPr="00FD1520">
              <w:rPr>
                <w:b/>
                <w:sz w:val="20"/>
              </w:rPr>
              <w:t>Egenvurdering (skriv her)</w:t>
            </w:r>
          </w:p>
          <w:p w14:paraId="4C5569F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3CF9043" w14:textId="77777777" w:rsidR="007553FE" w:rsidRPr="00FD1520" w:rsidRDefault="007553FE"/>
          <w:p w14:paraId="4CDE1828" w14:textId="77777777" w:rsidR="007553FE" w:rsidRPr="00FD1520" w:rsidRDefault="007553FE"/>
          <w:p w14:paraId="7F518ABF" w14:textId="77777777" w:rsidR="007553FE" w:rsidRPr="00FD1520" w:rsidRDefault="007553FE"/>
          <w:p w14:paraId="7644C7E1" w14:textId="77777777" w:rsidR="007553FE" w:rsidRPr="00FD1520" w:rsidRDefault="007553FE"/>
          <w:p w14:paraId="47B504BD" w14:textId="77777777" w:rsidR="007553FE" w:rsidRPr="00FD1520" w:rsidRDefault="007553FE"/>
          <w:p w14:paraId="0683A633" w14:textId="77777777" w:rsidR="007553FE" w:rsidRPr="00FD1520" w:rsidRDefault="007553FE"/>
          <w:p w14:paraId="038B9659" w14:textId="77777777" w:rsidR="007553FE" w:rsidRPr="00FD1520" w:rsidRDefault="007553FE"/>
          <w:p w14:paraId="1D138111" w14:textId="77777777" w:rsidR="007553FE" w:rsidRPr="00FD1520" w:rsidRDefault="007553FE"/>
          <w:p w14:paraId="104B2D83" w14:textId="77777777" w:rsidR="007553FE" w:rsidRPr="00FD1520" w:rsidRDefault="007553FE"/>
          <w:p w14:paraId="2F1DC73E" w14:textId="77777777" w:rsidR="007553FE" w:rsidRPr="00FD1520" w:rsidRDefault="007553FE"/>
          <w:p w14:paraId="24716865" w14:textId="77777777" w:rsidR="007553FE" w:rsidRPr="00FD1520" w:rsidRDefault="007553FE"/>
          <w:p w14:paraId="2DBEC07C" w14:textId="77777777" w:rsidR="007553FE" w:rsidRPr="00FD1520" w:rsidRDefault="007553FE"/>
          <w:p w14:paraId="09EB2E11" w14:textId="77777777" w:rsidR="007553FE" w:rsidRPr="00FD1520" w:rsidRDefault="007553FE"/>
          <w:p w14:paraId="1E52ED90" w14:textId="77777777" w:rsidR="007553FE" w:rsidRPr="00FD1520" w:rsidRDefault="007553FE"/>
        </w:tc>
      </w:tr>
    </w:tbl>
    <w:p w14:paraId="35323D06" w14:textId="77777777" w:rsidR="00CE596C" w:rsidRPr="00FD1520" w:rsidRDefault="00CE596C"/>
    <w:tbl>
      <w:tblPr>
        <w:tblStyle w:val="Tabellrutenett"/>
        <w:tblW w:w="0" w:type="auto"/>
        <w:tblLook w:val="04A0" w:firstRow="1" w:lastRow="0" w:firstColumn="1" w:lastColumn="0" w:noHBand="0" w:noVBand="1"/>
      </w:tblPr>
      <w:tblGrid>
        <w:gridCol w:w="9962"/>
      </w:tblGrid>
      <w:tr w:rsidR="00CE596C" w:rsidRPr="00FD1520" w14:paraId="71D8AADC" w14:textId="77777777" w:rsidTr="00CE596C">
        <w:tc>
          <w:tcPr>
            <w:tcW w:w="9962" w:type="dxa"/>
          </w:tcPr>
          <w:p w14:paraId="41A8EBB1" w14:textId="77777777" w:rsidR="00CE596C" w:rsidRPr="00FD1520" w:rsidRDefault="00CE596C" w:rsidP="00CE596C">
            <w:pPr>
              <w:spacing w:after="40"/>
            </w:pPr>
            <w:r w:rsidRPr="00FD1520">
              <w:rPr>
                <w:b/>
                <w:sz w:val="20"/>
              </w:rPr>
              <w:t>Relevante vedlegg (liste/henvisninger)</w:t>
            </w:r>
          </w:p>
          <w:p w14:paraId="0866CAAF" w14:textId="77777777" w:rsidR="00CE596C" w:rsidRPr="00FD1520" w:rsidRDefault="00CE596C" w:rsidP="00CE596C">
            <w:r w:rsidRPr="00FD1520">
              <w:rPr>
                <w:sz w:val="20"/>
              </w:rPr>
              <w:t>Oppgi vedleggsnummer og kort beskrivelse av dokumentasjonen.</w:t>
            </w:r>
          </w:p>
          <w:p w14:paraId="34DB58BE" w14:textId="77777777" w:rsidR="00CE596C" w:rsidRPr="00FD1520" w:rsidRDefault="00CE596C"/>
          <w:p w14:paraId="31A707D0" w14:textId="77777777" w:rsidR="00CE596C" w:rsidRPr="00FD1520" w:rsidRDefault="00CE596C"/>
          <w:p w14:paraId="08F967A7" w14:textId="77777777" w:rsidR="00CE596C" w:rsidRPr="00FD1520" w:rsidRDefault="00CE596C"/>
          <w:p w14:paraId="181A444A" w14:textId="77777777" w:rsidR="00CE596C" w:rsidRPr="00FD1520" w:rsidRDefault="00CE596C"/>
          <w:p w14:paraId="23042A54" w14:textId="77777777" w:rsidR="00CE596C" w:rsidRPr="00FD1520" w:rsidRDefault="00CE596C"/>
        </w:tc>
      </w:tr>
    </w:tbl>
    <w:p w14:paraId="1D5AE106" w14:textId="686CE8F7" w:rsidR="007553FE" w:rsidRPr="00FD1520" w:rsidRDefault="005A3995">
      <w:r w:rsidRPr="00FD1520">
        <w:br w:type="page"/>
      </w:r>
    </w:p>
    <w:p w14:paraId="42775DA0" w14:textId="77777777" w:rsidR="007553FE" w:rsidRPr="00FD1520" w:rsidRDefault="005A3995">
      <w:r w:rsidRPr="00FD1520">
        <w:rPr>
          <w:b/>
        </w:rPr>
        <w:lastRenderedPageBreak/>
        <w:t>Modul: Byggesaken</w:t>
      </w:r>
    </w:p>
    <w:p w14:paraId="784F90AC" w14:textId="02253004" w:rsidR="007553FE" w:rsidRPr="00FD1520" w:rsidRDefault="00CE596C" w:rsidP="00CE596C">
      <w:pPr>
        <w:pStyle w:val="Overskrift2"/>
      </w:pPr>
      <w:r w:rsidRPr="00FD1520">
        <w:t xml:space="preserve">3. </w:t>
      </w:r>
      <w:r w:rsidR="005A3995" w:rsidRPr="00FD1520">
        <w:t>Helse, miljø og sikkerhet</w:t>
      </w:r>
    </w:p>
    <w:tbl>
      <w:tblPr>
        <w:tblStyle w:val="Tabellrutenett"/>
        <w:tblW w:w="0" w:type="auto"/>
        <w:tblLook w:val="04A0" w:firstRow="1" w:lastRow="0" w:firstColumn="1" w:lastColumn="0" w:noHBand="0" w:noVBand="1"/>
      </w:tblPr>
      <w:tblGrid>
        <w:gridCol w:w="4981"/>
        <w:gridCol w:w="4981"/>
      </w:tblGrid>
      <w:tr w:rsidR="00CE596C" w:rsidRPr="00FD1520" w14:paraId="39D6430E" w14:textId="77777777" w:rsidTr="00CE596C">
        <w:tc>
          <w:tcPr>
            <w:tcW w:w="4981" w:type="dxa"/>
          </w:tcPr>
          <w:p w14:paraId="15FA4801" w14:textId="77777777" w:rsidR="00CE596C" w:rsidRPr="00FD1520" w:rsidRDefault="00CE596C" w:rsidP="00CE596C">
            <w:pPr>
              <w:spacing w:after="40"/>
            </w:pPr>
            <w:r w:rsidRPr="00FD1520">
              <w:rPr>
                <w:b/>
                <w:sz w:val="20"/>
              </w:rPr>
              <w:t>Hovedtema</w:t>
            </w:r>
          </w:p>
          <w:p w14:paraId="3DA9043D" w14:textId="77777777" w:rsidR="00CE596C" w:rsidRPr="00FD1520" w:rsidRDefault="00CE596C" w:rsidP="00CE596C">
            <w:r w:rsidRPr="00FD1520">
              <w:rPr>
                <w:sz w:val="20"/>
              </w:rPr>
              <w:t>Hovedtemaet handler om systematikk i arbeidet med helse, miljø og sikkerhet i bedriften og gjennom byggeprosessen.</w:t>
            </w:r>
          </w:p>
          <w:p w14:paraId="3251A0EA" w14:textId="181462A4" w:rsidR="00CE596C" w:rsidRPr="00FD1520" w:rsidRDefault="00CE596C" w:rsidP="00CE596C">
            <w:r w:rsidRPr="00FD1520">
              <w:rPr>
                <w:sz w:val="20"/>
              </w:rPr>
              <w:t>Sentralt i hovedtemaet står internkontrollforskriften, arbeidsmiljøforskriftene og byggherreforskriften.</w:t>
            </w:r>
          </w:p>
        </w:tc>
        <w:tc>
          <w:tcPr>
            <w:tcW w:w="4981" w:type="dxa"/>
          </w:tcPr>
          <w:p w14:paraId="66BE3237" w14:textId="77777777" w:rsidR="00CE596C" w:rsidRPr="00FD1520" w:rsidRDefault="00CE596C" w:rsidP="00CE596C">
            <w:pPr>
              <w:spacing w:after="40"/>
            </w:pPr>
            <w:r w:rsidRPr="00FD1520">
              <w:rPr>
                <w:b/>
                <w:sz w:val="20"/>
              </w:rPr>
              <w:t>Innhold</w:t>
            </w:r>
          </w:p>
          <w:p w14:paraId="29995800" w14:textId="77777777" w:rsidR="00CE596C" w:rsidRPr="00FD1520" w:rsidRDefault="00CE596C" w:rsidP="00CE596C">
            <w:pPr>
              <w:pStyle w:val="Punktliste"/>
            </w:pPr>
            <w:r w:rsidRPr="00FD1520">
              <w:rPr>
                <w:sz w:val="20"/>
              </w:rPr>
              <w:t>hovedtrekk i forskriftene som regulerer helse, miljø og sikkerhet (HMS og SHA)</w:t>
            </w:r>
          </w:p>
          <w:p w14:paraId="7AD1C0AD" w14:textId="77777777" w:rsidR="00CE596C" w:rsidRPr="00FD1520" w:rsidRDefault="00CE596C" w:rsidP="00CE596C">
            <w:pPr>
              <w:pStyle w:val="Punktliste"/>
            </w:pPr>
            <w:r w:rsidRPr="00FD1520">
              <w:rPr>
                <w:sz w:val="20"/>
              </w:rPr>
              <w:t>roller, ansvar og oppgaver gjennom byggeprosessen</w:t>
            </w:r>
          </w:p>
          <w:p w14:paraId="5BD9B464" w14:textId="77777777" w:rsidR="00CE596C" w:rsidRPr="00FD1520" w:rsidRDefault="00CE596C" w:rsidP="00CE596C">
            <w:pPr>
              <w:pStyle w:val="Punktliste"/>
            </w:pPr>
            <w:r w:rsidRPr="00FD1520">
              <w:rPr>
                <w:sz w:val="20"/>
              </w:rPr>
              <w:t>systematisk arbeid med forbedring av HMS og SHA</w:t>
            </w:r>
          </w:p>
          <w:p w14:paraId="0096F233" w14:textId="49EA50CC" w:rsidR="00CE596C" w:rsidRPr="00FD1520" w:rsidRDefault="00CE596C" w:rsidP="00CE596C">
            <w:pPr>
              <w:pStyle w:val="Punktliste"/>
            </w:pPr>
            <w:r w:rsidRPr="00FD1520">
              <w:rPr>
                <w:sz w:val="20"/>
              </w:rPr>
              <w:t>HMS og SHA i prosjektering og utførelse</w:t>
            </w:r>
          </w:p>
        </w:tc>
      </w:tr>
    </w:tbl>
    <w:p w14:paraId="7D4777CA" w14:textId="77777777" w:rsidR="00CE596C" w:rsidRPr="00FD1520" w:rsidRDefault="00CE596C" w:rsidP="00CE596C"/>
    <w:tbl>
      <w:tblPr>
        <w:tblStyle w:val="Tabellrutenett"/>
        <w:tblW w:w="0" w:type="auto"/>
        <w:tblLook w:val="04A0" w:firstRow="1" w:lastRow="0" w:firstColumn="1" w:lastColumn="0" w:noHBand="0" w:noVBand="1"/>
      </w:tblPr>
      <w:tblGrid>
        <w:gridCol w:w="9962"/>
      </w:tblGrid>
      <w:tr w:rsidR="007553FE" w:rsidRPr="00FD1520" w14:paraId="42A9A2C5" w14:textId="77777777" w:rsidTr="00CE596C">
        <w:trPr>
          <w:cantSplit/>
          <w:trHeight w:val="5953"/>
        </w:trPr>
        <w:tc>
          <w:tcPr>
            <w:tcW w:w="9962" w:type="dxa"/>
          </w:tcPr>
          <w:p w14:paraId="1EC5E7BC" w14:textId="77777777" w:rsidR="007553FE" w:rsidRPr="00FD1520" w:rsidRDefault="005A3995">
            <w:pPr>
              <w:spacing w:after="40"/>
            </w:pPr>
            <w:r w:rsidRPr="00FD1520">
              <w:rPr>
                <w:b/>
                <w:sz w:val="20"/>
              </w:rPr>
              <w:t>Egenvurdering (skriv her)</w:t>
            </w:r>
          </w:p>
          <w:p w14:paraId="2957E8F8"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914B7C" w14:textId="77777777" w:rsidR="007553FE" w:rsidRPr="00FD1520" w:rsidRDefault="007553FE"/>
          <w:p w14:paraId="5D09A245" w14:textId="77777777" w:rsidR="007553FE" w:rsidRPr="00FD1520" w:rsidRDefault="007553FE"/>
          <w:p w14:paraId="55A3232E" w14:textId="77777777" w:rsidR="007553FE" w:rsidRPr="00FD1520" w:rsidRDefault="007553FE"/>
          <w:p w14:paraId="6E898E0D" w14:textId="77777777" w:rsidR="007553FE" w:rsidRPr="00FD1520" w:rsidRDefault="007553FE"/>
          <w:p w14:paraId="2E1B699B" w14:textId="77777777" w:rsidR="007553FE" w:rsidRPr="00FD1520" w:rsidRDefault="007553FE"/>
          <w:p w14:paraId="6CAF33E6" w14:textId="77777777" w:rsidR="007553FE" w:rsidRPr="00FD1520" w:rsidRDefault="007553FE"/>
          <w:p w14:paraId="18670188" w14:textId="77777777" w:rsidR="007553FE" w:rsidRPr="00FD1520" w:rsidRDefault="007553FE"/>
          <w:p w14:paraId="42B2855D" w14:textId="77777777" w:rsidR="007553FE" w:rsidRPr="00FD1520" w:rsidRDefault="007553FE"/>
          <w:p w14:paraId="55B31B26" w14:textId="77777777" w:rsidR="007553FE" w:rsidRPr="00FD1520" w:rsidRDefault="007553FE"/>
          <w:p w14:paraId="53255CE4" w14:textId="77777777" w:rsidR="007553FE" w:rsidRPr="00FD1520" w:rsidRDefault="007553FE"/>
          <w:p w14:paraId="5B6979BB" w14:textId="77777777" w:rsidR="007553FE" w:rsidRPr="00FD1520" w:rsidRDefault="007553FE"/>
          <w:p w14:paraId="786FF224" w14:textId="77777777" w:rsidR="007553FE" w:rsidRPr="00FD1520" w:rsidRDefault="007553FE"/>
          <w:p w14:paraId="79A94EE7" w14:textId="77777777" w:rsidR="007553FE" w:rsidRPr="00FD1520" w:rsidRDefault="007553FE"/>
          <w:p w14:paraId="74BBF369" w14:textId="77777777" w:rsidR="0098468D" w:rsidRPr="00FD1520" w:rsidRDefault="0098468D"/>
          <w:p w14:paraId="6C51E2C5" w14:textId="77777777" w:rsidR="0098468D" w:rsidRPr="00FD1520" w:rsidRDefault="0098468D"/>
          <w:p w14:paraId="6673C66A" w14:textId="77777777" w:rsidR="0098468D" w:rsidRPr="00FD1520" w:rsidRDefault="0098468D"/>
          <w:p w14:paraId="5E7DF35F" w14:textId="77777777" w:rsidR="0098468D" w:rsidRPr="00FD1520" w:rsidRDefault="0098468D"/>
          <w:p w14:paraId="749701D3" w14:textId="77777777" w:rsidR="0098468D" w:rsidRPr="00FD1520" w:rsidRDefault="0098468D"/>
          <w:p w14:paraId="5B4CBE89" w14:textId="77777777" w:rsidR="0098468D" w:rsidRPr="00FD1520" w:rsidRDefault="0098468D"/>
          <w:p w14:paraId="03AA836D" w14:textId="77777777" w:rsidR="0098468D" w:rsidRPr="00FD1520" w:rsidRDefault="0098468D"/>
          <w:p w14:paraId="44C0681E" w14:textId="77777777" w:rsidR="0098468D" w:rsidRPr="00FD1520" w:rsidRDefault="0098468D"/>
          <w:p w14:paraId="231227D3" w14:textId="77777777" w:rsidR="0098468D" w:rsidRPr="00FD1520" w:rsidRDefault="0098468D"/>
          <w:p w14:paraId="1C7F11D2" w14:textId="77777777" w:rsidR="0098468D" w:rsidRPr="00FD1520" w:rsidRDefault="0098468D"/>
          <w:p w14:paraId="678D0180" w14:textId="77777777" w:rsidR="0098468D" w:rsidRPr="00FD1520" w:rsidRDefault="0098468D"/>
          <w:p w14:paraId="6F44EF9F" w14:textId="77777777" w:rsidR="007553FE" w:rsidRPr="00FD1520" w:rsidRDefault="007553FE"/>
        </w:tc>
      </w:tr>
    </w:tbl>
    <w:p w14:paraId="1E35DD62"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35F3C163" w14:textId="77777777" w:rsidTr="0098468D">
        <w:tc>
          <w:tcPr>
            <w:tcW w:w="9962" w:type="dxa"/>
          </w:tcPr>
          <w:p w14:paraId="45F82CF2" w14:textId="77777777" w:rsidR="0098468D" w:rsidRPr="00FD1520" w:rsidRDefault="0098468D" w:rsidP="0098468D">
            <w:pPr>
              <w:spacing w:after="40"/>
            </w:pPr>
            <w:r w:rsidRPr="00FD1520">
              <w:rPr>
                <w:b/>
                <w:sz w:val="20"/>
              </w:rPr>
              <w:t>Relevante vedlegg (liste/henvisninger)</w:t>
            </w:r>
          </w:p>
          <w:p w14:paraId="5CE11D6C" w14:textId="77777777" w:rsidR="0098468D" w:rsidRPr="00FD1520" w:rsidRDefault="0098468D" w:rsidP="0098468D">
            <w:r w:rsidRPr="00FD1520">
              <w:rPr>
                <w:sz w:val="20"/>
              </w:rPr>
              <w:t>Oppgi vedleggsnummer og kort beskrivelse av dokumentasjonen.</w:t>
            </w:r>
          </w:p>
          <w:p w14:paraId="066B571A" w14:textId="77777777" w:rsidR="0098468D" w:rsidRPr="00FD1520" w:rsidRDefault="0098468D"/>
          <w:p w14:paraId="16DCD258" w14:textId="77777777" w:rsidR="0098468D" w:rsidRPr="00FD1520" w:rsidRDefault="0098468D"/>
          <w:p w14:paraId="38A891F2" w14:textId="77777777" w:rsidR="0098468D" w:rsidRPr="00FD1520" w:rsidRDefault="0098468D"/>
        </w:tc>
      </w:tr>
    </w:tbl>
    <w:p w14:paraId="523F3E2C" w14:textId="266C278C" w:rsidR="007553FE" w:rsidRPr="00FD1520" w:rsidRDefault="005A3995">
      <w:r w:rsidRPr="00FD1520">
        <w:br w:type="page"/>
      </w:r>
    </w:p>
    <w:p w14:paraId="5F40F68C" w14:textId="77777777" w:rsidR="007553FE" w:rsidRPr="00FD1520" w:rsidRDefault="005A3995">
      <w:r w:rsidRPr="00FD1520">
        <w:rPr>
          <w:b/>
        </w:rPr>
        <w:lastRenderedPageBreak/>
        <w:t>Modul: Prosjektering</w:t>
      </w:r>
    </w:p>
    <w:p w14:paraId="5A3F4D85" w14:textId="0FD13F46" w:rsidR="007553FE" w:rsidRPr="00FD1520" w:rsidRDefault="0098468D">
      <w:pPr>
        <w:pStyle w:val="Overskrift2"/>
      </w:pPr>
      <w:r w:rsidRPr="00FD1520">
        <w:t xml:space="preserve">1. </w:t>
      </w:r>
      <w:r w:rsidR="005A3995" w:rsidRPr="00FD1520">
        <w:t>Plan- og bygningsloven</w:t>
      </w:r>
    </w:p>
    <w:tbl>
      <w:tblPr>
        <w:tblStyle w:val="Tabellrutenett"/>
        <w:tblW w:w="0" w:type="auto"/>
        <w:tblLook w:val="04A0" w:firstRow="1" w:lastRow="0" w:firstColumn="1" w:lastColumn="0" w:noHBand="0" w:noVBand="1"/>
      </w:tblPr>
      <w:tblGrid>
        <w:gridCol w:w="4981"/>
        <w:gridCol w:w="4981"/>
      </w:tblGrid>
      <w:tr w:rsidR="0098468D" w:rsidRPr="00FD1520" w14:paraId="5BE9055E" w14:textId="77777777" w:rsidTr="0098468D">
        <w:tc>
          <w:tcPr>
            <w:tcW w:w="4981" w:type="dxa"/>
          </w:tcPr>
          <w:p w14:paraId="0E6429AC" w14:textId="77777777" w:rsidR="0098468D" w:rsidRPr="00FD1520" w:rsidRDefault="0098468D" w:rsidP="0098468D">
            <w:pPr>
              <w:spacing w:after="40"/>
            </w:pPr>
            <w:r w:rsidRPr="00FD1520">
              <w:rPr>
                <w:b/>
                <w:sz w:val="20"/>
              </w:rPr>
              <w:t>Hovedtema</w:t>
            </w:r>
          </w:p>
          <w:p w14:paraId="339F7391" w14:textId="77777777" w:rsidR="0098468D" w:rsidRPr="00FD1520" w:rsidRDefault="0098468D" w:rsidP="0098468D">
            <w:r w:rsidRPr="00FD1520">
              <w:rPr>
                <w:sz w:val="20"/>
              </w:rPr>
              <w:t>Hovedtemaet handler om plan- og bygningslovens virkeområde.</w:t>
            </w:r>
          </w:p>
          <w:p w14:paraId="0EA890E5" w14:textId="0721517A" w:rsidR="0098468D" w:rsidRPr="00FD1520" w:rsidRDefault="0098468D" w:rsidP="0098468D">
            <w:r w:rsidRPr="00FD1520">
              <w:rPr>
                <w:sz w:val="20"/>
              </w:rPr>
              <w:t>Det handler også om regionale og kommunale planer og hvordan regulerings- og situasjonsplaner direkte og indirekte legger føringer for det enkelte byggetiltak.</w:t>
            </w:r>
          </w:p>
        </w:tc>
        <w:tc>
          <w:tcPr>
            <w:tcW w:w="4981" w:type="dxa"/>
          </w:tcPr>
          <w:p w14:paraId="470AE609" w14:textId="77777777" w:rsidR="0098468D" w:rsidRPr="00FD1520" w:rsidRDefault="0098468D" w:rsidP="0098468D">
            <w:pPr>
              <w:spacing w:after="40"/>
            </w:pPr>
            <w:r w:rsidRPr="00FD1520">
              <w:rPr>
                <w:b/>
                <w:sz w:val="20"/>
              </w:rPr>
              <w:t>Innhold</w:t>
            </w:r>
          </w:p>
          <w:p w14:paraId="0827B187" w14:textId="77777777" w:rsidR="0098468D" w:rsidRPr="00FD1520" w:rsidRDefault="0098468D" w:rsidP="0098468D">
            <w:pPr>
              <w:pStyle w:val="Punktliste"/>
            </w:pPr>
            <w:r w:rsidRPr="00FD1520">
              <w:rPr>
                <w:sz w:val="20"/>
              </w:rPr>
              <w:t>plan- og bygningsloven</w:t>
            </w:r>
          </w:p>
          <w:p w14:paraId="75D23BBE" w14:textId="77777777" w:rsidR="0098468D" w:rsidRPr="00FD1520" w:rsidRDefault="0098468D" w:rsidP="0098468D">
            <w:pPr>
              <w:pStyle w:val="Punktliste"/>
            </w:pPr>
            <w:r w:rsidRPr="00FD1520">
              <w:rPr>
                <w:sz w:val="20"/>
              </w:rPr>
              <w:t>regionale planbestemmelser og retningslinjer</w:t>
            </w:r>
          </w:p>
          <w:p w14:paraId="1D4ACE9A" w14:textId="77777777" w:rsidR="0098468D" w:rsidRPr="00FD1520" w:rsidRDefault="0098468D" w:rsidP="0098468D">
            <w:pPr>
              <w:pStyle w:val="Punktliste"/>
            </w:pPr>
            <w:r w:rsidRPr="00FD1520">
              <w:rPr>
                <w:sz w:val="20"/>
              </w:rPr>
              <w:t>kommunale planer for vekst, utvikling og utbygging</w:t>
            </w:r>
          </w:p>
          <w:p w14:paraId="59E4B70C" w14:textId="77777777" w:rsidR="0098468D" w:rsidRPr="00FD1520" w:rsidRDefault="0098468D" w:rsidP="0098468D">
            <w:pPr>
              <w:pStyle w:val="Punktliste"/>
            </w:pPr>
            <w:r w:rsidRPr="00FD1520">
              <w:rPr>
                <w:sz w:val="20"/>
              </w:rPr>
              <w:t>kommunale areal- og reguleringsplaner</w:t>
            </w:r>
          </w:p>
          <w:p w14:paraId="364F1DAD" w14:textId="77777777" w:rsidR="0098468D" w:rsidRPr="00FD1520" w:rsidRDefault="0098468D" w:rsidP="0098468D">
            <w:pPr>
              <w:pStyle w:val="Punktliste"/>
            </w:pPr>
            <w:r w:rsidRPr="00FD1520">
              <w:rPr>
                <w:sz w:val="20"/>
              </w:rPr>
              <w:t>hensynssoner og restriksjoner</w:t>
            </w:r>
          </w:p>
          <w:p w14:paraId="73CB5E2E" w14:textId="14325948" w:rsidR="0098468D" w:rsidRPr="00FD1520" w:rsidRDefault="0098468D" w:rsidP="0098468D">
            <w:pPr>
              <w:pStyle w:val="Punktliste"/>
            </w:pPr>
            <w:r w:rsidRPr="00FD1520">
              <w:rPr>
                <w:sz w:val="20"/>
              </w:rPr>
              <w:t>konsekvenser av regulerings- og situasjonsplaner for byggetiltak</w:t>
            </w:r>
          </w:p>
        </w:tc>
      </w:tr>
    </w:tbl>
    <w:p w14:paraId="004542F5"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46783AFD" w14:textId="77777777" w:rsidTr="0098468D">
        <w:trPr>
          <w:cantSplit/>
          <w:trHeight w:val="5953"/>
        </w:trPr>
        <w:tc>
          <w:tcPr>
            <w:tcW w:w="9962" w:type="dxa"/>
          </w:tcPr>
          <w:p w14:paraId="1BFC05B6" w14:textId="77777777" w:rsidR="007553FE" w:rsidRPr="00FD1520" w:rsidRDefault="005A3995">
            <w:pPr>
              <w:spacing w:after="40"/>
            </w:pPr>
            <w:r w:rsidRPr="00FD1520">
              <w:rPr>
                <w:b/>
                <w:sz w:val="20"/>
              </w:rPr>
              <w:t>Egenvurdering (skriv her)</w:t>
            </w:r>
          </w:p>
          <w:p w14:paraId="2E73D6CF"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D0485D0" w14:textId="77777777" w:rsidR="007553FE" w:rsidRPr="00FD1520" w:rsidRDefault="007553FE"/>
          <w:p w14:paraId="218E4266" w14:textId="77777777" w:rsidR="007553FE" w:rsidRPr="00FD1520" w:rsidRDefault="007553FE"/>
          <w:p w14:paraId="6996019E" w14:textId="77777777" w:rsidR="007553FE" w:rsidRPr="00FD1520" w:rsidRDefault="007553FE"/>
          <w:p w14:paraId="3AC8FDF0" w14:textId="77777777" w:rsidR="007553FE" w:rsidRPr="00FD1520" w:rsidRDefault="007553FE"/>
          <w:p w14:paraId="4BC2BD79" w14:textId="77777777" w:rsidR="007553FE" w:rsidRPr="00FD1520" w:rsidRDefault="007553FE"/>
          <w:p w14:paraId="08EBAA45" w14:textId="77777777" w:rsidR="007553FE" w:rsidRPr="00FD1520" w:rsidRDefault="007553FE"/>
          <w:p w14:paraId="53EFCE57" w14:textId="77777777" w:rsidR="007553FE" w:rsidRPr="00FD1520" w:rsidRDefault="007553FE"/>
          <w:p w14:paraId="31CBBF11" w14:textId="77777777" w:rsidR="007553FE" w:rsidRPr="00FD1520" w:rsidRDefault="007553FE"/>
          <w:p w14:paraId="706DB262" w14:textId="77777777" w:rsidR="007553FE" w:rsidRPr="00FD1520" w:rsidRDefault="007553FE"/>
          <w:p w14:paraId="3B61572F" w14:textId="77777777" w:rsidR="007553FE" w:rsidRPr="00FD1520" w:rsidRDefault="007553FE"/>
          <w:p w14:paraId="205A6A09" w14:textId="77777777" w:rsidR="007553FE" w:rsidRPr="00FD1520" w:rsidRDefault="007553FE"/>
          <w:p w14:paraId="47A2AB71" w14:textId="77777777" w:rsidR="007553FE" w:rsidRPr="00FD1520" w:rsidRDefault="007553FE"/>
          <w:p w14:paraId="4697F587" w14:textId="77777777" w:rsidR="007553FE" w:rsidRPr="00FD1520" w:rsidRDefault="007553FE"/>
          <w:p w14:paraId="4EB30FF6" w14:textId="77777777" w:rsidR="007553FE" w:rsidRPr="00FD1520" w:rsidRDefault="007553FE"/>
        </w:tc>
      </w:tr>
    </w:tbl>
    <w:p w14:paraId="1CA2A30B" w14:textId="77777777" w:rsidR="0098468D" w:rsidRPr="00FD1520" w:rsidRDefault="0098468D"/>
    <w:tbl>
      <w:tblPr>
        <w:tblStyle w:val="Tabellrutenett"/>
        <w:tblW w:w="0" w:type="auto"/>
        <w:tblLook w:val="04A0" w:firstRow="1" w:lastRow="0" w:firstColumn="1" w:lastColumn="0" w:noHBand="0" w:noVBand="1"/>
      </w:tblPr>
      <w:tblGrid>
        <w:gridCol w:w="9962"/>
      </w:tblGrid>
      <w:tr w:rsidR="0098468D" w:rsidRPr="00FD1520" w14:paraId="5CAC8870" w14:textId="77777777" w:rsidTr="0098468D">
        <w:tc>
          <w:tcPr>
            <w:tcW w:w="9962" w:type="dxa"/>
          </w:tcPr>
          <w:p w14:paraId="04F2F7ED" w14:textId="77777777" w:rsidR="0098468D" w:rsidRPr="00FD1520" w:rsidRDefault="0098468D" w:rsidP="0098468D">
            <w:pPr>
              <w:spacing w:after="40"/>
            </w:pPr>
            <w:r w:rsidRPr="00FD1520">
              <w:rPr>
                <w:b/>
                <w:sz w:val="20"/>
              </w:rPr>
              <w:t>Relevante vedlegg (liste/henvisninger)</w:t>
            </w:r>
          </w:p>
          <w:p w14:paraId="781DE8AE" w14:textId="77777777" w:rsidR="0098468D" w:rsidRPr="00FD1520" w:rsidRDefault="0098468D" w:rsidP="0098468D">
            <w:r w:rsidRPr="00FD1520">
              <w:rPr>
                <w:sz w:val="20"/>
              </w:rPr>
              <w:t>Oppgi vedleggsnummer og kort beskrivelse av dokumentasjonen.</w:t>
            </w:r>
          </w:p>
          <w:p w14:paraId="74019BD9" w14:textId="77777777" w:rsidR="0098468D" w:rsidRPr="00FD1520" w:rsidRDefault="0098468D"/>
          <w:p w14:paraId="2377CC81" w14:textId="77777777" w:rsidR="0098468D" w:rsidRPr="00FD1520" w:rsidRDefault="0098468D"/>
          <w:p w14:paraId="3969434F" w14:textId="77777777" w:rsidR="0098468D" w:rsidRPr="00FD1520" w:rsidRDefault="0098468D"/>
          <w:p w14:paraId="5169A35A" w14:textId="77777777" w:rsidR="0098468D" w:rsidRPr="00FD1520" w:rsidRDefault="0098468D"/>
        </w:tc>
      </w:tr>
    </w:tbl>
    <w:p w14:paraId="1365AAD3" w14:textId="6C9EA165" w:rsidR="007553FE" w:rsidRPr="00FD1520" w:rsidRDefault="005A3995">
      <w:r w:rsidRPr="00FD1520">
        <w:br w:type="page"/>
      </w:r>
    </w:p>
    <w:p w14:paraId="3E571CF8" w14:textId="77777777" w:rsidR="007553FE" w:rsidRPr="00FD1520" w:rsidRDefault="005A3995">
      <w:r w:rsidRPr="00FD1520">
        <w:rPr>
          <w:b/>
        </w:rPr>
        <w:lastRenderedPageBreak/>
        <w:t>Modul: Prosjektering</w:t>
      </w:r>
    </w:p>
    <w:p w14:paraId="2EFF3867" w14:textId="1DCD2E58" w:rsidR="007553FE" w:rsidRPr="00FD1520" w:rsidRDefault="0098468D">
      <w:pPr>
        <w:pStyle w:val="Overskrift2"/>
      </w:pPr>
      <w:r w:rsidRPr="00FD1520">
        <w:t xml:space="preserve">2. </w:t>
      </w:r>
      <w:r w:rsidR="005A3995" w:rsidRPr="00FD1520">
        <w:t>Byggteknisk forskrift (TEK)</w:t>
      </w:r>
    </w:p>
    <w:tbl>
      <w:tblPr>
        <w:tblStyle w:val="Tabellrutenett"/>
        <w:tblW w:w="0" w:type="auto"/>
        <w:tblLook w:val="04A0" w:firstRow="1" w:lastRow="0" w:firstColumn="1" w:lastColumn="0" w:noHBand="0" w:noVBand="1"/>
      </w:tblPr>
      <w:tblGrid>
        <w:gridCol w:w="4981"/>
        <w:gridCol w:w="4981"/>
      </w:tblGrid>
      <w:tr w:rsidR="0098468D" w:rsidRPr="00FD1520" w14:paraId="1627AA91" w14:textId="77777777" w:rsidTr="0098468D">
        <w:tc>
          <w:tcPr>
            <w:tcW w:w="4981" w:type="dxa"/>
          </w:tcPr>
          <w:p w14:paraId="26C2E551" w14:textId="77777777" w:rsidR="0098468D" w:rsidRPr="00FD1520" w:rsidRDefault="0098468D" w:rsidP="0098468D">
            <w:pPr>
              <w:spacing w:after="40"/>
            </w:pPr>
            <w:r w:rsidRPr="00FD1520">
              <w:rPr>
                <w:b/>
                <w:sz w:val="20"/>
              </w:rPr>
              <w:t>Hovedtema</w:t>
            </w:r>
          </w:p>
          <w:p w14:paraId="1DE40AC0" w14:textId="77777777" w:rsidR="0098468D" w:rsidRPr="00FD1520" w:rsidRDefault="0098468D" w:rsidP="0098468D">
            <w:r w:rsidRPr="00FD1520">
              <w:rPr>
                <w:sz w:val="20"/>
              </w:rPr>
              <w:t>Hovedtemaet handler om innholdet i og bakgrunnen for TEK.</w:t>
            </w:r>
          </w:p>
          <w:p w14:paraId="4C05DD7E" w14:textId="507D35AD" w:rsidR="0098468D" w:rsidRPr="00FD1520" w:rsidRDefault="0098468D" w:rsidP="0098468D">
            <w:r w:rsidRPr="00FD1520">
              <w:rPr>
                <w:sz w:val="20"/>
              </w:rPr>
              <w:t>Det handler også om hvordan en håndverksmester må bruke TEK i prosjekteringsarbeidet.</w:t>
            </w:r>
          </w:p>
        </w:tc>
        <w:tc>
          <w:tcPr>
            <w:tcW w:w="4981" w:type="dxa"/>
          </w:tcPr>
          <w:p w14:paraId="61749D53" w14:textId="77777777" w:rsidR="0098468D" w:rsidRPr="00FD1520" w:rsidRDefault="0098468D" w:rsidP="0098468D">
            <w:pPr>
              <w:spacing w:after="40"/>
            </w:pPr>
            <w:r w:rsidRPr="00FD1520">
              <w:rPr>
                <w:b/>
                <w:sz w:val="20"/>
              </w:rPr>
              <w:t>Innhold</w:t>
            </w:r>
          </w:p>
          <w:p w14:paraId="51C45982" w14:textId="77777777" w:rsidR="0098468D" w:rsidRPr="00FD1520" w:rsidRDefault="0098468D" w:rsidP="0098468D">
            <w:pPr>
              <w:pStyle w:val="Punktliste"/>
            </w:pPr>
            <w:r w:rsidRPr="00FD1520">
              <w:rPr>
                <w:sz w:val="20"/>
              </w:rPr>
              <w:t>hovedtrekkene i TEK med vekt på kapitlene om funksjonskrav og ytelser</w:t>
            </w:r>
          </w:p>
          <w:p w14:paraId="74AAC0B1" w14:textId="77777777" w:rsidR="0098468D" w:rsidRPr="00FD1520" w:rsidRDefault="0098468D" w:rsidP="0098468D">
            <w:pPr>
              <w:pStyle w:val="Punktliste"/>
            </w:pPr>
            <w:r w:rsidRPr="00FD1520">
              <w:rPr>
                <w:sz w:val="20"/>
              </w:rPr>
              <w:t>krav til dokumentasjon av funksjonskrav og ytelser</w:t>
            </w:r>
          </w:p>
          <w:p w14:paraId="55AF38CA" w14:textId="77777777" w:rsidR="0098468D" w:rsidRPr="00FD1520" w:rsidRDefault="0098468D" w:rsidP="0098468D">
            <w:pPr>
              <w:pStyle w:val="Punktliste"/>
            </w:pPr>
            <w:r w:rsidRPr="00FD1520">
              <w:rPr>
                <w:sz w:val="20"/>
              </w:rPr>
              <w:t>hvordan TEK regulerer en håndverksmesters arbeid</w:t>
            </w:r>
          </w:p>
          <w:p w14:paraId="180F1865" w14:textId="3E228C34" w:rsidR="0098468D" w:rsidRPr="00FD1520" w:rsidRDefault="0098468D" w:rsidP="0098468D">
            <w:pPr>
              <w:pStyle w:val="Punktliste"/>
            </w:pPr>
            <w:r w:rsidRPr="00FD1520">
              <w:rPr>
                <w:sz w:val="20"/>
              </w:rPr>
              <w:t>bruk av TEK i prosjekteringsarbeid</w:t>
            </w:r>
          </w:p>
        </w:tc>
      </w:tr>
    </w:tbl>
    <w:p w14:paraId="7F6E8EC3" w14:textId="77777777" w:rsidR="0098468D" w:rsidRPr="00FD1520" w:rsidRDefault="0098468D" w:rsidP="0098468D"/>
    <w:tbl>
      <w:tblPr>
        <w:tblStyle w:val="Tabellrutenett"/>
        <w:tblW w:w="0" w:type="auto"/>
        <w:tblLook w:val="04A0" w:firstRow="1" w:lastRow="0" w:firstColumn="1" w:lastColumn="0" w:noHBand="0" w:noVBand="1"/>
      </w:tblPr>
      <w:tblGrid>
        <w:gridCol w:w="9962"/>
      </w:tblGrid>
      <w:tr w:rsidR="007553FE" w:rsidRPr="00FD1520" w14:paraId="5E9702FF" w14:textId="77777777" w:rsidTr="0098468D">
        <w:trPr>
          <w:cantSplit/>
          <w:trHeight w:val="5953"/>
        </w:trPr>
        <w:tc>
          <w:tcPr>
            <w:tcW w:w="9962" w:type="dxa"/>
          </w:tcPr>
          <w:p w14:paraId="044D4222" w14:textId="77777777" w:rsidR="007553FE" w:rsidRPr="00FD1520" w:rsidRDefault="005A3995">
            <w:pPr>
              <w:spacing w:after="40"/>
            </w:pPr>
            <w:r w:rsidRPr="00FD1520">
              <w:rPr>
                <w:b/>
                <w:sz w:val="20"/>
              </w:rPr>
              <w:t>Egenvurdering (skriv her)</w:t>
            </w:r>
          </w:p>
          <w:p w14:paraId="22EECD06"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E3C1B46" w14:textId="77777777" w:rsidR="007553FE" w:rsidRPr="00FD1520" w:rsidRDefault="007553FE"/>
          <w:p w14:paraId="22EF19D5" w14:textId="77777777" w:rsidR="007553FE" w:rsidRPr="00FD1520" w:rsidRDefault="007553FE"/>
          <w:p w14:paraId="49BECC35" w14:textId="77777777" w:rsidR="007553FE" w:rsidRPr="00FD1520" w:rsidRDefault="007553FE"/>
          <w:p w14:paraId="37ACE033" w14:textId="77777777" w:rsidR="007553FE" w:rsidRPr="00FD1520" w:rsidRDefault="007553FE"/>
          <w:p w14:paraId="7E21E149" w14:textId="77777777" w:rsidR="007553FE" w:rsidRPr="00FD1520" w:rsidRDefault="007553FE"/>
          <w:p w14:paraId="74CCA8C6" w14:textId="77777777" w:rsidR="007553FE" w:rsidRPr="00FD1520" w:rsidRDefault="007553FE"/>
          <w:p w14:paraId="6A73AC7D" w14:textId="77777777" w:rsidR="007553FE" w:rsidRPr="00FD1520" w:rsidRDefault="007553FE"/>
          <w:p w14:paraId="72AD1B49" w14:textId="77777777" w:rsidR="007553FE" w:rsidRPr="00FD1520" w:rsidRDefault="007553FE"/>
          <w:p w14:paraId="75FCC497" w14:textId="77777777" w:rsidR="007553FE" w:rsidRPr="00FD1520" w:rsidRDefault="007553FE"/>
          <w:p w14:paraId="7D0EC578" w14:textId="77777777" w:rsidR="007553FE" w:rsidRPr="00FD1520" w:rsidRDefault="007553FE"/>
          <w:p w14:paraId="3ABA8D19" w14:textId="77777777" w:rsidR="007553FE" w:rsidRPr="00FD1520" w:rsidRDefault="007553FE"/>
          <w:p w14:paraId="21C3BF57" w14:textId="77777777" w:rsidR="007553FE" w:rsidRPr="00FD1520" w:rsidRDefault="007553FE"/>
          <w:p w14:paraId="6D903C7A" w14:textId="77777777" w:rsidR="007553FE" w:rsidRPr="00FD1520" w:rsidRDefault="007553FE"/>
          <w:p w14:paraId="516D0649" w14:textId="77777777" w:rsidR="007553FE" w:rsidRPr="00FD1520" w:rsidRDefault="007553FE"/>
        </w:tc>
      </w:tr>
    </w:tbl>
    <w:p w14:paraId="49AA8E28" w14:textId="77777777" w:rsidR="009826E1" w:rsidRPr="00FD1520" w:rsidRDefault="009826E1"/>
    <w:tbl>
      <w:tblPr>
        <w:tblStyle w:val="Tabellrutenett"/>
        <w:tblW w:w="0" w:type="auto"/>
        <w:tblLook w:val="04A0" w:firstRow="1" w:lastRow="0" w:firstColumn="1" w:lastColumn="0" w:noHBand="0" w:noVBand="1"/>
      </w:tblPr>
      <w:tblGrid>
        <w:gridCol w:w="9962"/>
      </w:tblGrid>
      <w:tr w:rsidR="009826E1" w:rsidRPr="00FD1520" w14:paraId="533D192A" w14:textId="77777777" w:rsidTr="009826E1">
        <w:tc>
          <w:tcPr>
            <w:tcW w:w="9962" w:type="dxa"/>
          </w:tcPr>
          <w:p w14:paraId="7630639E" w14:textId="77777777" w:rsidR="009826E1" w:rsidRPr="00FD1520" w:rsidRDefault="009826E1" w:rsidP="009826E1">
            <w:pPr>
              <w:spacing w:after="40"/>
            </w:pPr>
            <w:r w:rsidRPr="00FD1520">
              <w:rPr>
                <w:b/>
                <w:sz w:val="20"/>
              </w:rPr>
              <w:t>Relevante vedlegg (liste/henvisninger)</w:t>
            </w:r>
          </w:p>
          <w:p w14:paraId="396A8C79" w14:textId="77777777" w:rsidR="009826E1" w:rsidRPr="00FD1520" w:rsidRDefault="009826E1" w:rsidP="009826E1">
            <w:r w:rsidRPr="00FD1520">
              <w:rPr>
                <w:sz w:val="20"/>
              </w:rPr>
              <w:t>Oppgi vedleggsnummer og kort beskrivelse av dokumentasjonen.</w:t>
            </w:r>
          </w:p>
          <w:p w14:paraId="46A41F38" w14:textId="77777777" w:rsidR="009826E1" w:rsidRPr="00FD1520" w:rsidRDefault="009826E1"/>
          <w:p w14:paraId="5D6546BC" w14:textId="77777777" w:rsidR="009826E1" w:rsidRPr="00FD1520" w:rsidRDefault="009826E1"/>
          <w:p w14:paraId="64318753" w14:textId="77777777" w:rsidR="009826E1" w:rsidRPr="00FD1520" w:rsidRDefault="009826E1"/>
          <w:p w14:paraId="072FE3A6" w14:textId="77777777" w:rsidR="009826E1" w:rsidRPr="00FD1520" w:rsidRDefault="009826E1"/>
        </w:tc>
      </w:tr>
    </w:tbl>
    <w:p w14:paraId="37D01E5A" w14:textId="33D9E81E" w:rsidR="007553FE" w:rsidRPr="00FD1520" w:rsidRDefault="005A3995">
      <w:r w:rsidRPr="00FD1520">
        <w:br w:type="page"/>
      </w:r>
    </w:p>
    <w:p w14:paraId="462927DB" w14:textId="77777777" w:rsidR="007553FE" w:rsidRPr="00FD1520" w:rsidRDefault="005A3995">
      <w:r w:rsidRPr="00FD1520">
        <w:rPr>
          <w:b/>
        </w:rPr>
        <w:lastRenderedPageBreak/>
        <w:t>Modul: Prosjektering</w:t>
      </w:r>
    </w:p>
    <w:p w14:paraId="33EAC923" w14:textId="10114DE4" w:rsidR="007553FE" w:rsidRPr="00FD1520" w:rsidRDefault="009826E1">
      <w:pPr>
        <w:pStyle w:val="Overskrift2"/>
      </w:pPr>
      <w:r w:rsidRPr="00FD1520">
        <w:t xml:space="preserve">3. </w:t>
      </w:r>
      <w:r w:rsidR="005A3995" w:rsidRPr="00FD1520">
        <w:t>Prosjektdokumenter</w:t>
      </w:r>
    </w:p>
    <w:tbl>
      <w:tblPr>
        <w:tblStyle w:val="Tabellrutenett"/>
        <w:tblW w:w="0" w:type="auto"/>
        <w:tblLook w:val="04A0" w:firstRow="1" w:lastRow="0" w:firstColumn="1" w:lastColumn="0" w:noHBand="0" w:noVBand="1"/>
      </w:tblPr>
      <w:tblGrid>
        <w:gridCol w:w="4981"/>
        <w:gridCol w:w="4981"/>
      </w:tblGrid>
      <w:tr w:rsidR="009826E1" w:rsidRPr="00FD1520" w14:paraId="35DC60D3" w14:textId="77777777" w:rsidTr="009826E1">
        <w:tc>
          <w:tcPr>
            <w:tcW w:w="4981" w:type="dxa"/>
          </w:tcPr>
          <w:p w14:paraId="64A1DD10" w14:textId="77777777" w:rsidR="009826E1" w:rsidRPr="00FD1520" w:rsidRDefault="009826E1" w:rsidP="009826E1">
            <w:pPr>
              <w:spacing w:after="40"/>
            </w:pPr>
            <w:r w:rsidRPr="00FD1520">
              <w:rPr>
                <w:b/>
                <w:sz w:val="20"/>
              </w:rPr>
              <w:t>Hovedtema</w:t>
            </w:r>
          </w:p>
          <w:p w14:paraId="38B687AC" w14:textId="30AAA3DA" w:rsidR="009826E1" w:rsidRPr="00FD1520" w:rsidRDefault="009826E1" w:rsidP="009826E1">
            <w:r w:rsidRPr="00FD1520">
              <w:rPr>
                <w:sz w:val="20"/>
              </w:rPr>
              <w:t>Hovedtemaet handler om Norsk Standard for beskrivelse av byggearbeider og utarbeidelse av konkurransegrunnlag.</w:t>
            </w:r>
          </w:p>
        </w:tc>
        <w:tc>
          <w:tcPr>
            <w:tcW w:w="4981" w:type="dxa"/>
          </w:tcPr>
          <w:p w14:paraId="1BF2BD08" w14:textId="77777777" w:rsidR="009826E1" w:rsidRPr="00FD1520" w:rsidRDefault="009826E1" w:rsidP="009826E1">
            <w:pPr>
              <w:spacing w:after="40"/>
            </w:pPr>
            <w:r w:rsidRPr="00FD1520">
              <w:rPr>
                <w:b/>
                <w:sz w:val="20"/>
              </w:rPr>
              <w:t>Innhold</w:t>
            </w:r>
          </w:p>
          <w:p w14:paraId="4A4A93A7" w14:textId="77777777" w:rsidR="009826E1" w:rsidRPr="00FD1520" w:rsidRDefault="009826E1" w:rsidP="009826E1">
            <w:pPr>
              <w:pStyle w:val="Punktliste"/>
            </w:pPr>
            <w:r w:rsidRPr="00FD1520">
              <w:rPr>
                <w:sz w:val="20"/>
              </w:rPr>
              <w:t>krav til tekniske beskrivelser og konkurransegrunnlag i henhold til Norsk Standard</w:t>
            </w:r>
          </w:p>
          <w:p w14:paraId="2A0F4CE7" w14:textId="77777777" w:rsidR="009826E1" w:rsidRPr="00FD1520" w:rsidRDefault="009826E1" w:rsidP="009826E1">
            <w:pPr>
              <w:pStyle w:val="Punktliste"/>
            </w:pPr>
            <w:r w:rsidRPr="00FD1520">
              <w:rPr>
                <w:sz w:val="20"/>
              </w:rPr>
              <w:t>hvordan teknisk beskrivelse av bygningsdeler og bygningsmessige objekter kan utformes for å sikre oppfyllelse av kvalitetskrav</w:t>
            </w:r>
          </w:p>
          <w:p w14:paraId="4D7FAB53" w14:textId="28060E97" w:rsidR="009826E1" w:rsidRPr="00FD1520" w:rsidRDefault="009826E1" w:rsidP="009826E1">
            <w:pPr>
              <w:pStyle w:val="Punktliste"/>
            </w:pPr>
            <w:r w:rsidRPr="00FD1520">
              <w:rPr>
                <w:sz w:val="20"/>
              </w:rPr>
              <w:t>standardisert disposisjon for utarbeidelse av konkurransegrunnlag</w:t>
            </w:r>
          </w:p>
        </w:tc>
      </w:tr>
    </w:tbl>
    <w:p w14:paraId="5E4A1D65" w14:textId="77777777" w:rsidR="009826E1" w:rsidRPr="00FD1520" w:rsidRDefault="009826E1" w:rsidP="009826E1"/>
    <w:tbl>
      <w:tblPr>
        <w:tblStyle w:val="Tabellrutenett"/>
        <w:tblW w:w="0" w:type="auto"/>
        <w:tblLook w:val="04A0" w:firstRow="1" w:lastRow="0" w:firstColumn="1" w:lastColumn="0" w:noHBand="0" w:noVBand="1"/>
      </w:tblPr>
      <w:tblGrid>
        <w:gridCol w:w="9962"/>
      </w:tblGrid>
      <w:tr w:rsidR="007553FE" w:rsidRPr="00FD1520" w14:paraId="1B493050" w14:textId="77777777" w:rsidTr="008B62FC">
        <w:trPr>
          <w:cantSplit/>
          <w:trHeight w:val="5953"/>
        </w:trPr>
        <w:tc>
          <w:tcPr>
            <w:tcW w:w="9962" w:type="dxa"/>
          </w:tcPr>
          <w:p w14:paraId="3326121F" w14:textId="77777777" w:rsidR="007553FE" w:rsidRPr="00FD1520" w:rsidRDefault="005A3995">
            <w:pPr>
              <w:spacing w:after="40"/>
            </w:pPr>
            <w:r w:rsidRPr="00FD1520">
              <w:rPr>
                <w:b/>
                <w:sz w:val="20"/>
              </w:rPr>
              <w:t>Egenvurdering (skriv her)</w:t>
            </w:r>
          </w:p>
          <w:p w14:paraId="5691EE6D"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774AA28" w14:textId="77777777" w:rsidR="007553FE" w:rsidRPr="00FD1520" w:rsidRDefault="007553FE"/>
          <w:p w14:paraId="11B0A337" w14:textId="77777777" w:rsidR="007553FE" w:rsidRPr="00FD1520" w:rsidRDefault="007553FE"/>
          <w:p w14:paraId="407230EC" w14:textId="77777777" w:rsidR="007553FE" w:rsidRPr="00FD1520" w:rsidRDefault="007553FE"/>
          <w:p w14:paraId="77CBB38F" w14:textId="77777777" w:rsidR="007553FE" w:rsidRPr="00FD1520" w:rsidRDefault="007553FE"/>
          <w:p w14:paraId="5CB46F61" w14:textId="77777777" w:rsidR="007553FE" w:rsidRPr="00FD1520" w:rsidRDefault="007553FE"/>
          <w:p w14:paraId="1121D4F3" w14:textId="77777777" w:rsidR="007553FE" w:rsidRPr="00FD1520" w:rsidRDefault="007553FE"/>
          <w:p w14:paraId="59F339A7" w14:textId="77777777" w:rsidR="007553FE" w:rsidRPr="00FD1520" w:rsidRDefault="007553FE"/>
          <w:p w14:paraId="62F7B187" w14:textId="77777777" w:rsidR="007553FE" w:rsidRPr="00FD1520" w:rsidRDefault="007553FE"/>
          <w:p w14:paraId="53627D88" w14:textId="77777777" w:rsidR="007553FE" w:rsidRPr="00FD1520" w:rsidRDefault="007553FE"/>
          <w:p w14:paraId="04769D0E" w14:textId="77777777" w:rsidR="007553FE" w:rsidRPr="00FD1520" w:rsidRDefault="007553FE"/>
          <w:p w14:paraId="5573E2F9" w14:textId="77777777" w:rsidR="007553FE" w:rsidRPr="00FD1520" w:rsidRDefault="007553FE"/>
          <w:p w14:paraId="59D74FD5" w14:textId="77777777" w:rsidR="007553FE" w:rsidRPr="00FD1520" w:rsidRDefault="007553FE"/>
          <w:p w14:paraId="341E955E" w14:textId="77777777" w:rsidR="007553FE" w:rsidRPr="00FD1520" w:rsidRDefault="007553FE"/>
          <w:p w14:paraId="1454FBB6" w14:textId="77777777" w:rsidR="007553FE" w:rsidRPr="00FD1520" w:rsidRDefault="007553FE"/>
        </w:tc>
      </w:tr>
    </w:tbl>
    <w:p w14:paraId="66BEC3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3DF2C872" w14:textId="77777777" w:rsidTr="008B62FC">
        <w:tc>
          <w:tcPr>
            <w:tcW w:w="9962" w:type="dxa"/>
          </w:tcPr>
          <w:p w14:paraId="527B558D" w14:textId="77777777" w:rsidR="008B62FC" w:rsidRPr="00FD1520" w:rsidRDefault="008B62FC" w:rsidP="008B62FC">
            <w:pPr>
              <w:spacing w:after="40"/>
            </w:pPr>
            <w:r w:rsidRPr="00FD1520">
              <w:rPr>
                <w:b/>
                <w:sz w:val="20"/>
              </w:rPr>
              <w:t>Relevante vedlegg (liste/henvisninger)</w:t>
            </w:r>
          </w:p>
          <w:p w14:paraId="608DEA39" w14:textId="77777777" w:rsidR="008B62FC" w:rsidRPr="00FD1520" w:rsidRDefault="008B62FC" w:rsidP="008B62FC">
            <w:r w:rsidRPr="00FD1520">
              <w:rPr>
                <w:sz w:val="20"/>
              </w:rPr>
              <w:t>Oppgi vedleggsnummer og kort beskrivelse av dokumentasjonen.</w:t>
            </w:r>
          </w:p>
          <w:p w14:paraId="04ABD523" w14:textId="77777777" w:rsidR="008B62FC" w:rsidRPr="00FD1520" w:rsidRDefault="008B62FC"/>
          <w:p w14:paraId="0F11B50F" w14:textId="77777777" w:rsidR="008B62FC" w:rsidRPr="00FD1520" w:rsidRDefault="008B62FC"/>
          <w:p w14:paraId="1B4E8E8C" w14:textId="77777777" w:rsidR="008B62FC" w:rsidRPr="00FD1520" w:rsidRDefault="008B62FC"/>
          <w:p w14:paraId="58AA5D88" w14:textId="77777777" w:rsidR="008B62FC" w:rsidRPr="00FD1520" w:rsidRDefault="008B62FC"/>
          <w:p w14:paraId="2F6A5320" w14:textId="77777777" w:rsidR="008B62FC" w:rsidRPr="00FD1520" w:rsidRDefault="008B62FC"/>
          <w:p w14:paraId="444FA17B" w14:textId="77777777" w:rsidR="008B62FC" w:rsidRPr="00FD1520" w:rsidRDefault="008B62FC"/>
        </w:tc>
      </w:tr>
    </w:tbl>
    <w:p w14:paraId="1B5506ED" w14:textId="0FD7D979" w:rsidR="007553FE" w:rsidRPr="00FD1520" w:rsidRDefault="005A3995">
      <w:r w:rsidRPr="00FD1520">
        <w:br w:type="page"/>
      </w:r>
    </w:p>
    <w:p w14:paraId="27F76DD1" w14:textId="77777777" w:rsidR="007553FE" w:rsidRPr="00FD1520" w:rsidRDefault="005A3995">
      <w:r w:rsidRPr="00FD1520">
        <w:rPr>
          <w:b/>
        </w:rPr>
        <w:lastRenderedPageBreak/>
        <w:t>Modul: Kontrahering</w:t>
      </w:r>
    </w:p>
    <w:p w14:paraId="5A3CBBD9" w14:textId="66775387" w:rsidR="007553FE" w:rsidRPr="00FD1520" w:rsidRDefault="008B62FC">
      <w:pPr>
        <w:pStyle w:val="Overskrift2"/>
      </w:pPr>
      <w:r w:rsidRPr="00FD1520">
        <w:t xml:space="preserve">1. </w:t>
      </w:r>
      <w:r w:rsidR="005A3995" w:rsidRPr="00FD1520">
        <w:t>Anskaffelser og kontrakter</w:t>
      </w:r>
    </w:p>
    <w:tbl>
      <w:tblPr>
        <w:tblStyle w:val="Tabellrutenett"/>
        <w:tblW w:w="0" w:type="auto"/>
        <w:tblLook w:val="04A0" w:firstRow="1" w:lastRow="0" w:firstColumn="1" w:lastColumn="0" w:noHBand="0" w:noVBand="1"/>
      </w:tblPr>
      <w:tblGrid>
        <w:gridCol w:w="4981"/>
        <w:gridCol w:w="4981"/>
      </w:tblGrid>
      <w:tr w:rsidR="008B62FC" w:rsidRPr="00FD1520" w14:paraId="1E126CCB" w14:textId="77777777" w:rsidTr="008B62FC">
        <w:tc>
          <w:tcPr>
            <w:tcW w:w="4981" w:type="dxa"/>
          </w:tcPr>
          <w:p w14:paraId="164C62BA" w14:textId="77777777" w:rsidR="008B62FC" w:rsidRPr="00FD1520" w:rsidRDefault="008B62FC" w:rsidP="008B62FC">
            <w:pPr>
              <w:spacing w:after="40"/>
            </w:pPr>
            <w:r w:rsidRPr="00FD1520">
              <w:rPr>
                <w:b/>
                <w:sz w:val="20"/>
              </w:rPr>
              <w:t>Hovedtema</w:t>
            </w:r>
          </w:p>
          <w:p w14:paraId="0B743F8F" w14:textId="77777777" w:rsidR="008B62FC" w:rsidRPr="00FD1520" w:rsidRDefault="008B62FC" w:rsidP="008B62FC">
            <w:r w:rsidRPr="00FD1520">
              <w:rPr>
                <w:sz w:val="20"/>
              </w:rPr>
              <w:t>Hovedtemaet handler om entrepriser og kontrakter.</w:t>
            </w:r>
          </w:p>
          <w:p w14:paraId="05B6F717" w14:textId="77777777" w:rsidR="008B62FC" w:rsidRPr="00FD1520" w:rsidRDefault="008B62FC" w:rsidP="008B62FC">
            <w:r w:rsidRPr="00FD1520">
              <w:rPr>
                <w:sz w:val="20"/>
              </w:rPr>
              <w:t>Avtalerett, kontraktstyper og inngåelse av avtaler i byggeprosjekter inngår i hovedtemaet.</w:t>
            </w:r>
          </w:p>
          <w:p w14:paraId="56C2A395" w14:textId="5731F24A" w:rsidR="008B62FC" w:rsidRPr="00FD1520" w:rsidRDefault="008B62FC" w:rsidP="008B62FC">
            <w:r w:rsidRPr="00FD1520">
              <w:rPr>
                <w:sz w:val="20"/>
              </w:rPr>
              <w:t>Videre handler det om regler og standarder for offentlige og private anskaffelser.</w:t>
            </w:r>
          </w:p>
        </w:tc>
        <w:tc>
          <w:tcPr>
            <w:tcW w:w="4981" w:type="dxa"/>
          </w:tcPr>
          <w:p w14:paraId="728B5316" w14:textId="77777777" w:rsidR="008B62FC" w:rsidRPr="00FD1520" w:rsidRDefault="008B62FC" w:rsidP="008B62FC">
            <w:pPr>
              <w:spacing w:after="40"/>
            </w:pPr>
            <w:r w:rsidRPr="00FD1520">
              <w:rPr>
                <w:b/>
                <w:sz w:val="20"/>
              </w:rPr>
              <w:t>Innhold</w:t>
            </w:r>
          </w:p>
          <w:p w14:paraId="65FF67BA" w14:textId="77777777" w:rsidR="008B62FC" w:rsidRPr="00FD1520" w:rsidRDefault="008B62FC" w:rsidP="008B62FC">
            <w:pPr>
              <w:pStyle w:val="Punktliste"/>
            </w:pPr>
            <w:proofErr w:type="spellStart"/>
            <w:r w:rsidRPr="00FD1520">
              <w:rPr>
                <w:sz w:val="20"/>
              </w:rPr>
              <w:t>kontraktsprinsipper</w:t>
            </w:r>
            <w:proofErr w:type="spellEnd"/>
            <w:r w:rsidRPr="00FD1520">
              <w:rPr>
                <w:sz w:val="20"/>
              </w:rPr>
              <w:t xml:space="preserve"> ved ulike entrepriseformer</w:t>
            </w:r>
          </w:p>
          <w:p w14:paraId="123B4AC7" w14:textId="77777777" w:rsidR="008B62FC" w:rsidRPr="00FD1520" w:rsidRDefault="008B62FC" w:rsidP="008B62FC">
            <w:pPr>
              <w:pStyle w:val="Punktliste"/>
            </w:pPr>
            <w:r w:rsidRPr="00FD1520">
              <w:rPr>
                <w:sz w:val="20"/>
              </w:rPr>
              <w:t>ansvarsforhold og risikomomenter ved valg av entrepriseform</w:t>
            </w:r>
          </w:p>
          <w:p w14:paraId="07B05F9B" w14:textId="77777777" w:rsidR="008B62FC" w:rsidRPr="00FD1520" w:rsidRDefault="008B62FC" w:rsidP="008B62FC">
            <w:pPr>
              <w:pStyle w:val="Punktliste"/>
            </w:pPr>
            <w:r w:rsidRPr="00FD1520">
              <w:rPr>
                <w:sz w:val="20"/>
              </w:rPr>
              <w:t>avtalelovens prinsipper</w:t>
            </w:r>
          </w:p>
          <w:p w14:paraId="14507056" w14:textId="77777777" w:rsidR="008B62FC" w:rsidRPr="00FD1520" w:rsidRDefault="008B62FC" w:rsidP="008B62FC">
            <w:pPr>
              <w:pStyle w:val="Punktliste"/>
            </w:pPr>
            <w:r w:rsidRPr="00FD1520">
              <w:rPr>
                <w:sz w:val="20"/>
              </w:rPr>
              <w:t>regelverk for offentlige anskaffelser</w:t>
            </w:r>
          </w:p>
          <w:p w14:paraId="040A66B2" w14:textId="6CF26177" w:rsidR="008B62FC" w:rsidRPr="00FD1520" w:rsidRDefault="008B62FC" w:rsidP="008B62FC">
            <w:pPr>
              <w:pStyle w:val="Punktliste"/>
            </w:pPr>
            <w:r w:rsidRPr="00FD1520">
              <w:rPr>
                <w:sz w:val="20"/>
              </w:rPr>
              <w:t>private anskaffelser etter Norsk Standard</w:t>
            </w:r>
          </w:p>
        </w:tc>
      </w:tr>
    </w:tbl>
    <w:p w14:paraId="2866EC9B"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77B668EB" w14:textId="77777777" w:rsidTr="008B62FC">
        <w:trPr>
          <w:cantSplit/>
          <w:trHeight w:val="5953"/>
        </w:trPr>
        <w:tc>
          <w:tcPr>
            <w:tcW w:w="9962" w:type="dxa"/>
          </w:tcPr>
          <w:p w14:paraId="7BAA99AA" w14:textId="77777777" w:rsidR="007553FE" w:rsidRPr="00FD1520" w:rsidRDefault="005A3995">
            <w:pPr>
              <w:spacing w:after="40"/>
            </w:pPr>
            <w:r w:rsidRPr="00FD1520">
              <w:rPr>
                <w:b/>
                <w:sz w:val="20"/>
              </w:rPr>
              <w:t>Egenvurdering (skriv her)</w:t>
            </w:r>
          </w:p>
          <w:p w14:paraId="5AD5F69B"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D628F38" w14:textId="77777777" w:rsidR="007553FE" w:rsidRPr="00FD1520" w:rsidRDefault="007553FE"/>
          <w:p w14:paraId="291D3B4D" w14:textId="77777777" w:rsidR="007553FE" w:rsidRPr="00FD1520" w:rsidRDefault="007553FE"/>
          <w:p w14:paraId="6178B849" w14:textId="77777777" w:rsidR="007553FE" w:rsidRPr="00FD1520" w:rsidRDefault="007553FE"/>
          <w:p w14:paraId="6F42B503" w14:textId="77777777" w:rsidR="007553FE" w:rsidRPr="00FD1520" w:rsidRDefault="007553FE"/>
          <w:p w14:paraId="6D2734E4" w14:textId="77777777" w:rsidR="007553FE" w:rsidRPr="00FD1520" w:rsidRDefault="007553FE"/>
          <w:p w14:paraId="1424F1F6" w14:textId="77777777" w:rsidR="007553FE" w:rsidRPr="00FD1520" w:rsidRDefault="007553FE"/>
          <w:p w14:paraId="686329D4" w14:textId="77777777" w:rsidR="007553FE" w:rsidRPr="00FD1520" w:rsidRDefault="007553FE"/>
          <w:p w14:paraId="3F48A473" w14:textId="77777777" w:rsidR="007553FE" w:rsidRPr="00FD1520" w:rsidRDefault="007553FE"/>
          <w:p w14:paraId="60D9A1F9" w14:textId="77777777" w:rsidR="007553FE" w:rsidRPr="00FD1520" w:rsidRDefault="007553FE"/>
          <w:p w14:paraId="1827B144" w14:textId="77777777" w:rsidR="007553FE" w:rsidRPr="00FD1520" w:rsidRDefault="007553FE"/>
          <w:p w14:paraId="45C82F15" w14:textId="77777777" w:rsidR="007553FE" w:rsidRPr="00FD1520" w:rsidRDefault="007553FE"/>
          <w:p w14:paraId="2BC30701" w14:textId="77777777" w:rsidR="007553FE" w:rsidRPr="00FD1520" w:rsidRDefault="007553FE"/>
          <w:p w14:paraId="73F08B0D" w14:textId="77777777" w:rsidR="007553FE" w:rsidRPr="00FD1520" w:rsidRDefault="007553FE"/>
          <w:p w14:paraId="6E135BD2" w14:textId="77777777" w:rsidR="007553FE" w:rsidRPr="00FD1520" w:rsidRDefault="007553FE"/>
        </w:tc>
      </w:tr>
    </w:tbl>
    <w:p w14:paraId="4237E23B"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B1C53E4" w14:textId="77777777" w:rsidTr="008B62FC">
        <w:tc>
          <w:tcPr>
            <w:tcW w:w="9962" w:type="dxa"/>
          </w:tcPr>
          <w:p w14:paraId="74299B2F" w14:textId="77777777" w:rsidR="008B62FC" w:rsidRPr="00FD1520" w:rsidRDefault="008B62FC" w:rsidP="008B62FC">
            <w:pPr>
              <w:spacing w:after="40"/>
            </w:pPr>
            <w:r w:rsidRPr="00FD1520">
              <w:rPr>
                <w:b/>
                <w:sz w:val="20"/>
              </w:rPr>
              <w:t>Relevante vedlegg (liste/henvisninger)</w:t>
            </w:r>
          </w:p>
          <w:p w14:paraId="7B335208" w14:textId="77777777" w:rsidR="008B62FC" w:rsidRPr="00FD1520" w:rsidRDefault="008B62FC" w:rsidP="008B62FC">
            <w:r w:rsidRPr="00FD1520">
              <w:rPr>
                <w:sz w:val="20"/>
              </w:rPr>
              <w:t>Oppgi vedleggsnummer og kort beskrivelse av dokumentasjonen.</w:t>
            </w:r>
          </w:p>
          <w:p w14:paraId="61B77E7D" w14:textId="77777777" w:rsidR="008B62FC" w:rsidRPr="00FD1520" w:rsidRDefault="008B62FC"/>
          <w:p w14:paraId="59E20B1E" w14:textId="77777777" w:rsidR="008B62FC" w:rsidRPr="00FD1520" w:rsidRDefault="008B62FC"/>
          <w:p w14:paraId="2F2807ED" w14:textId="77777777" w:rsidR="008B62FC" w:rsidRPr="00FD1520" w:rsidRDefault="008B62FC"/>
          <w:p w14:paraId="55CC566C" w14:textId="77777777" w:rsidR="008B62FC" w:rsidRPr="00FD1520" w:rsidRDefault="008B62FC"/>
        </w:tc>
      </w:tr>
    </w:tbl>
    <w:p w14:paraId="039C9F7E" w14:textId="40095CBF" w:rsidR="007553FE" w:rsidRPr="00FD1520" w:rsidRDefault="005A3995">
      <w:r w:rsidRPr="00FD1520">
        <w:br w:type="page"/>
      </w:r>
    </w:p>
    <w:p w14:paraId="2A9F45F8" w14:textId="77777777" w:rsidR="007553FE" w:rsidRPr="00FD1520" w:rsidRDefault="005A3995">
      <w:r w:rsidRPr="00FD1520">
        <w:rPr>
          <w:b/>
        </w:rPr>
        <w:lastRenderedPageBreak/>
        <w:t>Modul: Kontrahering</w:t>
      </w:r>
    </w:p>
    <w:p w14:paraId="3B4C007A" w14:textId="78F1EB7C" w:rsidR="007553FE" w:rsidRPr="00FD1520" w:rsidRDefault="008B62FC">
      <w:pPr>
        <w:pStyle w:val="Overskrift2"/>
      </w:pPr>
      <w:r w:rsidRPr="00FD1520">
        <w:t xml:space="preserve">2. </w:t>
      </w:r>
      <w:r w:rsidR="005A3995" w:rsidRPr="00FD1520">
        <w:t>Bygg- og entrepriserett</w:t>
      </w:r>
    </w:p>
    <w:tbl>
      <w:tblPr>
        <w:tblStyle w:val="Tabellrutenett"/>
        <w:tblW w:w="0" w:type="auto"/>
        <w:tblLook w:val="04A0" w:firstRow="1" w:lastRow="0" w:firstColumn="1" w:lastColumn="0" w:noHBand="0" w:noVBand="1"/>
      </w:tblPr>
      <w:tblGrid>
        <w:gridCol w:w="4981"/>
        <w:gridCol w:w="4981"/>
      </w:tblGrid>
      <w:tr w:rsidR="008B62FC" w:rsidRPr="00FD1520" w14:paraId="289E9DA0" w14:textId="77777777" w:rsidTr="008B62FC">
        <w:tc>
          <w:tcPr>
            <w:tcW w:w="4981" w:type="dxa"/>
          </w:tcPr>
          <w:p w14:paraId="58408711" w14:textId="77777777" w:rsidR="008B62FC" w:rsidRPr="00FD1520" w:rsidRDefault="008B62FC" w:rsidP="008B62FC">
            <w:pPr>
              <w:spacing w:after="40"/>
            </w:pPr>
            <w:r w:rsidRPr="00FD1520">
              <w:rPr>
                <w:b/>
                <w:sz w:val="20"/>
              </w:rPr>
              <w:t>Hovedtema</w:t>
            </w:r>
          </w:p>
          <w:p w14:paraId="3E8A8D30" w14:textId="77777777" w:rsidR="008B62FC" w:rsidRPr="00FD1520" w:rsidRDefault="008B62FC" w:rsidP="008B62FC">
            <w:r w:rsidRPr="00FD1520">
              <w:rPr>
                <w:sz w:val="20"/>
              </w:rPr>
              <w:t>Hovedtemaet handler om rettsforhold mellom håndverksmester og byggherre/oppdragsgiver ved utførelse av byggeoppdrag.</w:t>
            </w:r>
          </w:p>
          <w:p w14:paraId="1E651B8E" w14:textId="6457477F" w:rsidR="008B62FC" w:rsidRPr="00FD1520" w:rsidRDefault="008B62FC" w:rsidP="008B62FC">
            <w:r w:rsidRPr="00FD1520">
              <w:rPr>
                <w:sz w:val="20"/>
              </w:rPr>
              <w:t>Det omfatter privatrettslige forhold knyttet til håndverkstjenester i forbrukermarkedet og større entreprisekontrakter i bedriftsmarkedet.</w:t>
            </w:r>
          </w:p>
        </w:tc>
        <w:tc>
          <w:tcPr>
            <w:tcW w:w="4981" w:type="dxa"/>
          </w:tcPr>
          <w:p w14:paraId="7670C45A" w14:textId="77777777" w:rsidR="008B62FC" w:rsidRPr="00FD1520" w:rsidRDefault="008B62FC" w:rsidP="008B62FC">
            <w:pPr>
              <w:spacing w:after="40"/>
            </w:pPr>
            <w:r w:rsidRPr="00FD1520">
              <w:rPr>
                <w:b/>
                <w:sz w:val="20"/>
              </w:rPr>
              <w:t>Innhold</w:t>
            </w:r>
          </w:p>
          <w:p w14:paraId="5F299D44" w14:textId="77777777" w:rsidR="008B62FC" w:rsidRPr="00FD1520" w:rsidRDefault="008B62FC" w:rsidP="008B62FC">
            <w:pPr>
              <w:pStyle w:val="Punktliste"/>
            </w:pPr>
            <w:r w:rsidRPr="00FD1520">
              <w:rPr>
                <w:sz w:val="20"/>
              </w:rPr>
              <w:t>Norsk Standard for avtaler mellom entreprenør og oppdragsgivere i bedriftsmarkedet</w:t>
            </w:r>
          </w:p>
          <w:p w14:paraId="5A831B2F" w14:textId="77777777" w:rsidR="008B62FC" w:rsidRPr="00FD1520" w:rsidRDefault="008B62FC" w:rsidP="008B62FC">
            <w:pPr>
              <w:pStyle w:val="Punktliste"/>
            </w:pPr>
            <w:r w:rsidRPr="00FD1520">
              <w:rPr>
                <w:sz w:val="20"/>
              </w:rPr>
              <w:t xml:space="preserve">standardiserte </w:t>
            </w:r>
            <w:proofErr w:type="spellStart"/>
            <w:r w:rsidRPr="00FD1520">
              <w:rPr>
                <w:sz w:val="20"/>
              </w:rPr>
              <w:t>kontraktsformularer</w:t>
            </w:r>
            <w:proofErr w:type="spellEnd"/>
            <w:r w:rsidRPr="00FD1520">
              <w:rPr>
                <w:sz w:val="20"/>
              </w:rPr>
              <w:t xml:space="preserve"> for bedriftsmarkedet</w:t>
            </w:r>
          </w:p>
          <w:p w14:paraId="72B6BFF9" w14:textId="77777777" w:rsidR="008B62FC" w:rsidRPr="00FD1520" w:rsidRDefault="008B62FC" w:rsidP="008B62FC">
            <w:pPr>
              <w:pStyle w:val="Punktliste"/>
            </w:pPr>
            <w:proofErr w:type="spellStart"/>
            <w:r w:rsidRPr="00FD1520">
              <w:rPr>
                <w:sz w:val="20"/>
              </w:rPr>
              <w:t>byggeforsikringer</w:t>
            </w:r>
            <w:proofErr w:type="spellEnd"/>
            <w:r w:rsidRPr="00FD1520">
              <w:rPr>
                <w:sz w:val="20"/>
              </w:rPr>
              <w:t xml:space="preserve"> knyttet til ulike typer kontrakter</w:t>
            </w:r>
          </w:p>
          <w:p w14:paraId="67EFB4DB" w14:textId="77777777" w:rsidR="008B62FC" w:rsidRPr="00FD1520" w:rsidRDefault="008B62FC" w:rsidP="008B62FC">
            <w:pPr>
              <w:pStyle w:val="Punktliste"/>
            </w:pPr>
            <w:r w:rsidRPr="00FD1520">
              <w:rPr>
                <w:sz w:val="20"/>
              </w:rPr>
              <w:t>rettigheter og plikter knyttet til forbrukervern</w:t>
            </w:r>
          </w:p>
          <w:p w14:paraId="71FA2A12" w14:textId="77777777" w:rsidR="008B62FC" w:rsidRPr="00FD1520" w:rsidRDefault="008B62FC" w:rsidP="008B62FC">
            <w:pPr>
              <w:pStyle w:val="Punktliste"/>
            </w:pPr>
            <w:r w:rsidRPr="00FD1520">
              <w:rPr>
                <w:sz w:val="20"/>
              </w:rPr>
              <w:t>regelverk for avtaler mellom håndverksmester og forbruker</w:t>
            </w:r>
          </w:p>
          <w:p w14:paraId="27DEC7AA" w14:textId="252CDFB0" w:rsidR="008B62FC" w:rsidRPr="00FD1520" w:rsidRDefault="008B62FC" w:rsidP="008B62FC">
            <w:pPr>
              <w:pStyle w:val="Punktliste"/>
            </w:pPr>
            <w:r w:rsidRPr="00FD1520">
              <w:rPr>
                <w:sz w:val="20"/>
              </w:rPr>
              <w:t xml:space="preserve">standardiserte </w:t>
            </w:r>
            <w:proofErr w:type="spellStart"/>
            <w:r w:rsidRPr="00FD1520">
              <w:rPr>
                <w:sz w:val="20"/>
              </w:rPr>
              <w:t>kontraktsformularer</w:t>
            </w:r>
            <w:proofErr w:type="spellEnd"/>
            <w:r w:rsidRPr="00FD1520">
              <w:rPr>
                <w:sz w:val="20"/>
              </w:rPr>
              <w:t xml:space="preserve"> for bruk i forbrukermarkedet</w:t>
            </w:r>
          </w:p>
        </w:tc>
      </w:tr>
    </w:tbl>
    <w:p w14:paraId="087A8B51"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0082C22D" w14:textId="77777777" w:rsidTr="008B62FC">
        <w:trPr>
          <w:cantSplit/>
          <w:trHeight w:val="5953"/>
        </w:trPr>
        <w:tc>
          <w:tcPr>
            <w:tcW w:w="9962" w:type="dxa"/>
          </w:tcPr>
          <w:p w14:paraId="23B724A4" w14:textId="77777777" w:rsidR="007553FE" w:rsidRPr="00FD1520" w:rsidRDefault="005A3995">
            <w:pPr>
              <w:spacing w:after="40"/>
            </w:pPr>
            <w:r w:rsidRPr="00FD1520">
              <w:rPr>
                <w:b/>
                <w:sz w:val="20"/>
              </w:rPr>
              <w:t>Egenvurdering (skriv her)</w:t>
            </w:r>
          </w:p>
          <w:p w14:paraId="440565FE"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E26A6E1" w14:textId="77777777" w:rsidR="007553FE" w:rsidRPr="00FD1520" w:rsidRDefault="007553FE"/>
          <w:p w14:paraId="4BDCC4E7" w14:textId="77777777" w:rsidR="007553FE" w:rsidRPr="00FD1520" w:rsidRDefault="007553FE"/>
          <w:p w14:paraId="6F7AB07A" w14:textId="77777777" w:rsidR="007553FE" w:rsidRPr="00FD1520" w:rsidRDefault="007553FE"/>
          <w:p w14:paraId="50D11B00" w14:textId="77777777" w:rsidR="007553FE" w:rsidRPr="00FD1520" w:rsidRDefault="007553FE"/>
          <w:p w14:paraId="0105B163" w14:textId="77777777" w:rsidR="007553FE" w:rsidRPr="00FD1520" w:rsidRDefault="007553FE"/>
          <w:p w14:paraId="5272C309" w14:textId="77777777" w:rsidR="007553FE" w:rsidRPr="00FD1520" w:rsidRDefault="007553FE"/>
          <w:p w14:paraId="17B10039" w14:textId="77777777" w:rsidR="007553FE" w:rsidRPr="00FD1520" w:rsidRDefault="007553FE"/>
          <w:p w14:paraId="7C624260" w14:textId="77777777" w:rsidR="007553FE" w:rsidRPr="00FD1520" w:rsidRDefault="007553FE"/>
          <w:p w14:paraId="60995B81" w14:textId="77777777" w:rsidR="007553FE" w:rsidRPr="00FD1520" w:rsidRDefault="007553FE"/>
          <w:p w14:paraId="76583CCD" w14:textId="77777777" w:rsidR="007553FE" w:rsidRPr="00FD1520" w:rsidRDefault="007553FE"/>
          <w:p w14:paraId="3221759E" w14:textId="77777777" w:rsidR="007553FE" w:rsidRPr="00FD1520" w:rsidRDefault="007553FE"/>
          <w:p w14:paraId="48A9ECAA" w14:textId="77777777" w:rsidR="007553FE" w:rsidRPr="00FD1520" w:rsidRDefault="007553FE"/>
          <w:p w14:paraId="39E90D6D" w14:textId="77777777" w:rsidR="007553FE" w:rsidRPr="00FD1520" w:rsidRDefault="007553FE"/>
          <w:p w14:paraId="3CB4D601" w14:textId="77777777" w:rsidR="007553FE" w:rsidRPr="00FD1520" w:rsidRDefault="007553FE"/>
        </w:tc>
      </w:tr>
    </w:tbl>
    <w:p w14:paraId="6BF39724"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08DD573D" w14:textId="77777777" w:rsidTr="008B62FC">
        <w:tc>
          <w:tcPr>
            <w:tcW w:w="9962" w:type="dxa"/>
          </w:tcPr>
          <w:p w14:paraId="16FAB26B" w14:textId="77777777" w:rsidR="008B62FC" w:rsidRPr="00FD1520" w:rsidRDefault="008B62FC" w:rsidP="008B62FC">
            <w:pPr>
              <w:spacing w:after="40"/>
            </w:pPr>
            <w:r w:rsidRPr="00FD1520">
              <w:rPr>
                <w:b/>
                <w:sz w:val="20"/>
              </w:rPr>
              <w:t>Relevante vedlegg (liste/henvisninger)</w:t>
            </w:r>
          </w:p>
          <w:p w14:paraId="2A9B7B2E" w14:textId="77777777" w:rsidR="008B62FC" w:rsidRPr="00FD1520" w:rsidRDefault="008B62FC" w:rsidP="008B62FC">
            <w:r w:rsidRPr="00FD1520">
              <w:rPr>
                <w:sz w:val="20"/>
              </w:rPr>
              <w:t>Oppgi vedleggsnummer og kort beskrivelse av dokumentasjonen.</w:t>
            </w:r>
          </w:p>
          <w:p w14:paraId="36EDB964" w14:textId="77777777" w:rsidR="008B62FC" w:rsidRPr="00FD1520" w:rsidRDefault="008B62FC"/>
          <w:p w14:paraId="3DCAD254" w14:textId="77777777" w:rsidR="008B62FC" w:rsidRPr="00FD1520" w:rsidRDefault="008B62FC"/>
          <w:p w14:paraId="2B07324C" w14:textId="77777777" w:rsidR="008B62FC" w:rsidRPr="00FD1520" w:rsidRDefault="008B62FC"/>
          <w:p w14:paraId="72A17769" w14:textId="77777777" w:rsidR="008B62FC" w:rsidRPr="00FD1520" w:rsidRDefault="008B62FC"/>
          <w:p w14:paraId="3918D62D" w14:textId="77777777" w:rsidR="008B62FC" w:rsidRPr="00FD1520" w:rsidRDefault="008B62FC"/>
        </w:tc>
      </w:tr>
    </w:tbl>
    <w:p w14:paraId="065535AE" w14:textId="400A733C" w:rsidR="007553FE" w:rsidRPr="00FD1520" w:rsidRDefault="005A3995">
      <w:r w:rsidRPr="00FD1520">
        <w:br w:type="page"/>
      </w:r>
    </w:p>
    <w:p w14:paraId="0DF917BA" w14:textId="77777777" w:rsidR="007553FE" w:rsidRPr="00FD1520" w:rsidRDefault="005A3995">
      <w:r w:rsidRPr="00FD1520">
        <w:rPr>
          <w:b/>
        </w:rPr>
        <w:lastRenderedPageBreak/>
        <w:t>Modul: Kontrahering</w:t>
      </w:r>
    </w:p>
    <w:p w14:paraId="280FE0EF" w14:textId="69B95A1C" w:rsidR="007553FE" w:rsidRPr="00FD1520" w:rsidRDefault="008B62FC">
      <w:pPr>
        <w:pStyle w:val="Overskrift2"/>
      </w:pPr>
      <w:r w:rsidRPr="00FD1520">
        <w:t xml:space="preserve">3. </w:t>
      </w:r>
      <w:r w:rsidR="005A3995" w:rsidRPr="00FD1520">
        <w:t>Prosjektøkonomi</w:t>
      </w:r>
    </w:p>
    <w:tbl>
      <w:tblPr>
        <w:tblStyle w:val="Tabellrutenett"/>
        <w:tblW w:w="0" w:type="auto"/>
        <w:tblLook w:val="04A0" w:firstRow="1" w:lastRow="0" w:firstColumn="1" w:lastColumn="0" w:noHBand="0" w:noVBand="1"/>
      </w:tblPr>
      <w:tblGrid>
        <w:gridCol w:w="4981"/>
        <w:gridCol w:w="4981"/>
      </w:tblGrid>
      <w:tr w:rsidR="008B62FC" w:rsidRPr="00FD1520" w14:paraId="4C9EDAFF" w14:textId="77777777" w:rsidTr="008B62FC">
        <w:tc>
          <w:tcPr>
            <w:tcW w:w="4981" w:type="dxa"/>
          </w:tcPr>
          <w:p w14:paraId="4CE993C6" w14:textId="77777777" w:rsidR="008B62FC" w:rsidRPr="00FD1520" w:rsidRDefault="008B62FC" w:rsidP="008B62FC">
            <w:pPr>
              <w:spacing w:after="40"/>
            </w:pPr>
            <w:r w:rsidRPr="00FD1520">
              <w:rPr>
                <w:b/>
                <w:sz w:val="20"/>
              </w:rPr>
              <w:t>Hovedtema</w:t>
            </w:r>
          </w:p>
          <w:p w14:paraId="37D6E26E" w14:textId="77777777" w:rsidR="008B62FC" w:rsidRPr="00FD1520" w:rsidRDefault="008B62FC" w:rsidP="008B62FC">
            <w:r w:rsidRPr="00FD1520">
              <w:rPr>
                <w:sz w:val="20"/>
              </w:rPr>
              <w:t>Hovedtemaet handler om krav til prosjektregnskap og metoder for å kalkulere prosjekter.</w:t>
            </w:r>
          </w:p>
          <w:p w14:paraId="40496C1F" w14:textId="49B96516" w:rsidR="008B62FC" w:rsidRPr="00FD1520" w:rsidRDefault="008B62FC" w:rsidP="008B62FC">
            <w:r w:rsidRPr="00FD1520">
              <w:rPr>
                <w:sz w:val="20"/>
              </w:rPr>
              <w:t>Det handler også om kostnadsutvikling i prosjekter.</w:t>
            </w:r>
          </w:p>
        </w:tc>
        <w:tc>
          <w:tcPr>
            <w:tcW w:w="4981" w:type="dxa"/>
          </w:tcPr>
          <w:p w14:paraId="35A8E103" w14:textId="77777777" w:rsidR="008B62FC" w:rsidRPr="00FD1520" w:rsidRDefault="008B62FC" w:rsidP="008B62FC">
            <w:pPr>
              <w:spacing w:after="40"/>
            </w:pPr>
            <w:r w:rsidRPr="00FD1520">
              <w:rPr>
                <w:b/>
                <w:sz w:val="20"/>
              </w:rPr>
              <w:t>Innhold</w:t>
            </w:r>
          </w:p>
          <w:p w14:paraId="2ACCF4BA" w14:textId="77777777" w:rsidR="008B62FC" w:rsidRPr="00FD1520" w:rsidRDefault="008B62FC" w:rsidP="008B62FC">
            <w:pPr>
              <w:pStyle w:val="Punktliste"/>
            </w:pPr>
            <w:r w:rsidRPr="00FD1520">
              <w:rPr>
                <w:sz w:val="20"/>
              </w:rPr>
              <w:t>krav til prosjektregnskap i bygge- og anleggsvirksomhet</w:t>
            </w:r>
          </w:p>
          <w:p w14:paraId="13D545BC" w14:textId="77777777" w:rsidR="008B62FC" w:rsidRPr="00FD1520" w:rsidRDefault="008B62FC" w:rsidP="008B62FC">
            <w:pPr>
              <w:pStyle w:val="Punktliste"/>
            </w:pPr>
            <w:r w:rsidRPr="00FD1520">
              <w:rPr>
                <w:sz w:val="20"/>
              </w:rPr>
              <w:t>sammenheng mellom prosjekt- og bedriftsregnskap</w:t>
            </w:r>
          </w:p>
          <w:p w14:paraId="77E0FFAE" w14:textId="77777777" w:rsidR="008B62FC" w:rsidRPr="00FD1520" w:rsidRDefault="008B62FC" w:rsidP="008B62FC">
            <w:pPr>
              <w:pStyle w:val="Punktliste"/>
            </w:pPr>
            <w:r w:rsidRPr="00FD1520">
              <w:rPr>
                <w:sz w:val="20"/>
              </w:rPr>
              <w:t>hvordan nøkkeltall fra bedriftsregnskapet benyttes i anbudskalkyler</w:t>
            </w:r>
          </w:p>
          <w:p w14:paraId="0DBDB3DE" w14:textId="77777777" w:rsidR="008B62FC" w:rsidRPr="00FD1520" w:rsidRDefault="008B62FC" w:rsidP="008B62FC">
            <w:pPr>
              <w:pStyle w:val="Punktliste"/>
            </w:pPr>
            <w:r w:rsidRPr="00FD1520">
              <w:rPr>
                <w:sz w:val="20"/>
              </w:rPr>
              <w:t>kalkulasjonsmetoder for byggeprosjekter</w:t>
            </w:r>
          </w:p>
          <w:p w14:paraId="41AA16A7" w14:textId="77777777" w:rsidR="008B62FC" w:rsidRPr="00FD1520" w:rsidRDefault="008B62FC" w:rsidP="008B62FC">
            <w:pPr>
              <w:pStyle w:val="Punktliste"/>
            </w:pPr>
            <w:r w:rsidRPr="00FD1520">
              <w:rPr>
                <w:sz w:val="20"/>
              </w:rPr>
              <w:t>fremdrifts-, produksjons- og betalingsplaner i prosjekter</w:t>
            </w:r>
          </w:p>
          <w:p w14:paraId="5BC5C18B" w14:textId="3533D7B1" w:rsidR="008B62FC" w:rsidRPr="00FD1520" w:rsidRDefault="008B62FC" w:rsidP="008B62FC">
            <w:pPr>
              <w:pStyle w:val="Punktliste"/>
            </w:pPr>
            <w:r w:rsidRPr="00FD1520">
              <w:rPr>
                <w:sz w:val="20"/>
              </w:rPr>
              <w:t>beregning av kostnadsutvikling i et prosjekt</w:t>
            </w:r>
          </w:p>
        </w:tc>
      </w:tr>
    </w:tbl>
    <w:p w14:paraId="4E7DFE8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3163F90" w14:textId="77777777" w:rsidTr="008B62FC">
        <w:trPr>
          <w:cantSplit/>
          <w:trHeight w:val="5953"/>
        </w:trPr>
        <w:tc>
          <w:tcPr>
            <w:tcW w:w="9962" w:type="dxa"/>
          </w:tcPr>
          <w:p w14:paraId="22A956D6" w14:textId="77777777" w:rsidR="007553FE" w:rsidRPr="00FD1520" w:rsidRDefault="005A3995">
            <w:pPr>
              <w:spacing w:after="40"/>
            </w:pPr>
            <w:r w:rsidRPr="00FD1520">
              <w:rPr>
                <w:b/>
                <w:sz w:val="20"/>
              </w:rPr>
              <w:t>Egenvurdering (skriv her)</w:t>
            </w:r>
          </w:p>
          <w:p w14:paraId="557512E1"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76211FE" w14:textId="77777777" w:rsidR="007553FE" w:rsidRPr="00FD1520" w:rsidRDefault="007553FE"/>
          <w:p w14:paraId="5858DEFD" w14:textId="77777777" w:rsidR="007553FE" w:rsidRPr="00FD1520" w:rsidRDefault="007553FE"/>
          <w:p w14:paraId="646F8612" w14:textId="77777777" w:rsidR="007553FE" w:rsidRPr="00FD1520" w:rsidRDefault="007553FE"/>
          <w:p w14:paraId="25774B8A" w14:textId="77777777" w:rsidR="007553FE" w:rsidRPr="00FD1520" w:rsidRDefault="007553FE"/>
          <w:p w14:paraId="6C99AF4B" w14:textId="77777777" w:rsidR="007553FE" w:rsidRPr="00FD1520" w:rsidRDefault="007553FE"/>
          <w:p w14:paraId="5EE6B8FF" w14:textId="77777777" w:rsidR="007553FE" w:rsidRPr="00FD1520" w:rsidRDefault="007553FE"/>
          <w:p w14:paraId="5453E614" w14:textId="77777777" w:rsidR="007553FE" w:rsidRPr="00FD1520" w:rsidRDefault="007553FE"/>
          <w:p w14:paraId="31AE6622" w14:textId="77777777" w:rsidR="007553FE" w:rsidRPr="00FD1520" w:rsidRDefault="007553FE"/>
          <w:p w14:paraId="0A90EA2A" w14:textId="77777777" w:rsidR="007553FE" w:rsidRPr="00FD1520" w:rsidRDefault="007553FE"/>
          <w:p w14:paraId="74740F7E" w14:textId="77777777" w:rsidR="007553FE" w:rsidRPr="00FD1520" w:rsidRDefault="007553FE"/>
          <w:p w14:paraId="2383447E" w14:textId="77777777" w:rsidR="007553FE" w:rsidRPr="00FD1520" w:rsidRDefault="007553FE"/>
          <w:p w14:paraId="7DE76904" w14:textId="77777777" w:rsidR="007553FE" w:rsidRPr="00FD1520" w:rsidRDefault="007553FE"/>
          <w:p w14:paraId="31B4B717" w14:textId="77777777" w:rsidR="007553FE" w:rsidRPr="00FD1520" w:rsidRDefault="007553FE"/>
          <w:p w14:paraId="7CE0B1E9" w14:textId="77777777" w:rsidR="007553FE" w:rsidRPr="00FD1520" w:rsidRDefault="007553FE"/>
        </w:tc>
      </w:tr>
    </w:tbl>
    <w:p w14:paraId="46879D18"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22E4476F" w14:textId="77777777" w:rsidTr="008B62FC">
        <w:tc>
          <w:tcPr>
            <w:tcW w:w="9962" w:type="dxa"/>
          </w:tcPr>
          <w:p w14:paraId="066C9BA8" w14:textId="77777777" w:rsidR="008B62FC" w:rsidRPr="00FD1520" w:rsidRDefault="008B62FC" w:rsidP="008B62FC">
            <w:pPr>
              <w:spacing w:after="40"/>
            </w:pPr>
            <w:r w:rsidRPr="00FD1520">
              <w:rPr>
                <w:b/>
                <w:sz w:val="20"/>
              </w:rPr>
              <w:t>Relevante vedlegg (liste/henvisninger)</w:t>
            </w:r>
          </w:p>
          <w:p w14:paraId="0F9C26F8" w14:textId="77777777" w:rsidR="008B62FC" w:rsidRPr="00FD1520" w:rsidRDefault="008B62FC" w:rsidP="008B62FC">
            <w:r w:rsidRPr="00FD1520">
              <w:rPr>
                <w:sz w:val="20"/>
              </w:rPr>
              <w:t>Oppgi vedleggsnummer og kort beskrivelse av dokumentasjonen.</w:t>
            </w:r>
          </w:p>
          <w:p w14:paraId="00F00711" w14:textId="77777777" w:rsidR="008B62FC" w:rsidRPr="00FD1520" w:rsidRDefault="008B62FC"/>
          <w:p w14:paraId="5D9BDAFC" w14:textId="77777777" w:rsidR="008B62FC" w:rsidRPr="00FD1520" w:rsidRDefault="008B62FC"/>
          <w:p w14:paraId="39DB53F6" w14:textId="77777777" w:rsidR="008B62FC" w:rsidRPr="00FD1520" w:rsidRDefault="008B62FC"/>
          <w:p w14:paraId="7DE059DC" w14:textId="77777777" w:rsidR="008B62FC" w:rsidRPr="00FD1520" w:rsidRDefault="008B62FC"/>
        </w:tc>
      </w:tr>
    </w:tbl>
    <w:p w14:paraId="5CFB966D" w14:textId="4FA9F778" w:rsidR="007553FE" w:rsidRPr="00FD1520" w:rsidRDefault="005A3995">
      <w:r w:rsidRPr="00FD1520">
        <w:br w:type="page"/>
      </w:r>
    </w:p>
    <w:p w14:paraId="3AC6B169" w14:textId="77777777" w:rsidR="007553FE" w:rsidRPr="00FD1520" w:rsidRDefault="005A3995">
      <w:r w:rsidRPr="00FD1520">
        <w:rPr>
          <w:b/>
        </w:rPr>
        <w:lastRenderedPageBreak/>
        <w:t>Modul: Byggeplass</w:t>
      </w:r>
    </w:p>
    <w:p w14:paraId="7390CC81" w14:textId="682C8479" w:rsidR="007553FE" w:rsidRPr="00FD1520" w:rsidRDefault="008B62FC">
      <w:pPr>
        <w:pStyle w:val="Overskrift2"/>
      </w:pPr>
      <w:r w:rsidRPr="00FD1520">
        <w:t xml:space="preserve">1. </w:t>
      </w:r>
      <w:r w:rsidR="005A3995" w:rsidRPr="00FD1520">
        <w:t>Gjennomføringsfasen i et byggeprosjekt</w:t>
      </w:r>
    </w:p>
    <w:tbl>
      <w:tblPr>
        <w:tblStyle w:val="Tabellrutenett"/>
        <w:tblW w:w="0" w:type="auto"/>
        <w:tblLook w:val="04A0" w:firstRow="1" w:lastRow="0" w:firstColumn="1" w:lastColumn="0" w:noHBand="0" w:noVBand="1"/>
      </w:tblPr>
      <w:tblGrid>
        <w:gridCol w:w="4981"/>
        <w:gridCol w:w="4981"/>
      </w:tblGrid>
      <w:tr w:rsidR="008B62FC" w:rsidRPr="00FD1520" w14:paraId="4915F97D" w14:textId="77777777" w:rsidTr="008B62FC">
        <w:tc>
          <w:tcPr>
            <w:tcW w:w="4981" w:type="dxa"/>
          </w:tcPr>
          <w:p w14:paraId="6E71A789" w14:textId="77777777" w:rsidR="008B62FC" w:rsidRPr="00FD1520" w:rsidRDefault="008B62FC" w:rsidP="008B62FC">
            <w:pPr>
              <w:spacing w:after="40"/>
            </w:pPr>
            <w:r w:rsidRPr="00FD1520">
              <w:rPr>
                <w:b/>
                <w:sz w:val="20"/>
              </w:rPr>
              <w:t>Hovedtema</w:t>
            </w:r>
          </w:p>
          <w:p w14:paraId="19352B68" w14:textId="77777777" w:rsidR="008B62FC" w:rsidRPr="00FD1520" w:rsidRDefault="008B62FC" w:rsidP="008B62FC">
            <w:r w:rsidRPr="00FD1520">
              <w:rPr>
                <w:sz w:val="20"/>
              </w:rPr>
              <w:t>Hovedtemaet handler om oppgaver, roller og ansvar i byggeprosjekter. Det omfatter både ekstern og intern organisering av prosjekter.</w:t>
            </w:r>
          </w:p>
          <w:p w14:paraId="0DF0C7D5" w14:textId="27CEF958" w:rsidR="008B62FC" w:rsidRPr="00FD1520" w:rsidRDefault="008B62FC" w:rsidP="008B62FC">
            <w:r w:rsidRPr="00FD1520">
              <w:rPr>
                <w:sz w:val="20"/>
              </w:rPr>
              <w:t>Overføring av kunnskap og erfaring mellom bedriften og byggeprosjektene inngår i hovedtemaet.</w:t>
            </w:r>
          </w:p>
        </w:tc>
        <w:tc>
          <w:tcPr>
            <w:tcW w:w="4981" w:type="dxa"/>
          </w:tcPr>
          <w:p w14:paraId="20C73D4A" w14:textId="77777777" w:rsidR="008B62FC" w:rsidRPr="00FD1520" w:rsidRDefault="008B62FC" w:rsidP="008B62FC">
            <w:pPr>
              <w:spacing w:after="40"/>
            </w:pPr>
            <w:r w:rsidRPr="00FD1520">
              <w:rPr>
                <w:b/>
                <w:sz w:val="20"/>
              </w:rPr>
              <w:t>Innhold</w:t>
            </w:r>
          </w:p>
          <w:p w14:paraId="16870784" w14:textId="77777777" w:rsidR="008B62FC" w:rsidRPr="00FD1520" w:rsidRDefault="008B62FC" w:rsidP="008B62FC">
            <w:pPr>
              <w:pStyle w:val="Punktliste"/>
            </w:pPr>
            <w:r w:rsidRPr="00FD1520">
              <w:rPr>
                <w:sz w:val="20"/>
              </w:rPr>
              <w:t>ansvar og oppgaver for byggherre, tiltakshaver, byggherreombud, prosjektleder og byggeleder</w:t>
            </w:r>
          </w:p>
          <w:p w14:paraId="55381F4E" w14:textId="77777777" w:rsidR="008B62FC" w:rsidRPr="00FD1520" w:rsidRDefault="008B62FC" w:rsidP="008B62FC">
            <w:pPr>
              <w:pStyle w:val="Punktliste"/>
            </w:pPr>
            <w:r w:rsidRPr="00FD1520">
              <w:rPr>
                <w:sz w:val="20"/>
              </w:rPr>
              <w:t>byggherrens interne organisering av prosjekter</w:t>
            </w:r>
          </w:p>
          <w:p w14:paraId="6515D0B2" w14:textId="77777777" w:rsidR="008B62FC" w:rsidRPr="00FD1520" w:rsidRDefault="008B62FC" w:rsidP="008B62FC">
            <w:pPr>
              <w:pStyle w:val="Punktliste"/>
            </w:pPr>
            <w:r w:rsidRPr="00FD1520">
              <w:rPr>
                <w:sz w:val="20"/>
              </w:rPr>
              <w:t>organisering av byggeprosjekter med bakgrunn i entrepriseformer og kontraktstyper</w:t>
            </w:r>
          </w:p>
          <w:p w14:paraId="10F422F2" w14:textId="77777777" w:rsidR="008B62FC" w:rsidRPr="00FD1520" w:rsidRDefault="008B62FC" w:rsidP="008B62FC">
            <w:pPr>
              <w:pStyle w:val="Punktliste"/>
            </w:pPr>
            <w:r w:rsidRPr="00FD1520">
              <w:rPr>
                <w:sz w:val="20"/>
              </w:rPr>
              <w:t>intern organisering, kompetanse og bemanning i byggeprosjekter</w:t>
            </w:r>
          </w:p>
          <w:p w14:paraId="692EF265" w14:textId="00ED4F12" w:rsidR="008B62FC" w:rsidRPr="00FD1520" w:rsidRDefault="008B62FC" w:rsidP="008B62FC">
            <w:pPr>
              <w:pStyle w:val="Punktliste"/>
            </w:pPr>
            <w:r w:rsidRPr="00FD1520">
              <w:rPr>
                <w:sz w:val="20"/>
              </w:rPr>
              <w:t>systemer og rutiner for overføring av kunnskap og erfaring mellom bedrift og byggeprosjekter</w:t>
            </w:r>
          </w:p>
        </w:tc>
      </w:tr>
    </w:tbl>
    <w:p w14:paraId="14F9CCE5"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582EA6EF" w14:textId="77777777" w:rsidTr="008B62FC">
        <w:trPr>
          <w:cantSplit/>
          <w:trHeight w:val="5953"/>
        </w:trPr>
        <w:tc>
          <w:tcPr>
            <w:tcW w:w="9962" w:type="dxa"/>
          </w:tcPr>
          <w:p w14:paraId="03A44D70" w14:textId="77777777" w:rsidR="007553FE" w:rsidRPr="00FD1520" w:rsidRDefault="005A3995">
            <w:pPr>
              <w:spacing w:after="40"/>
            </w:pPr>
            <w:r w:rsidRPr="00FD1520">
              <w:rPr>
                <w:b/>
                <w:sz w:val="20"/>
              </w:rPr>
              <w:t>Egenvurdering (skriv her)</w:t>
            </w:r>
          </w:p>
          <w:p w14:paraId="513B7490"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0F39EF6" w14:textId="77777777" w:rsidR="007553FE" w:rsidRPr="00FD1520" w:rsidRDefault="007553FE"/>
          <w:p w14:paraId="4D263DBA" w14:textId="77777777" w:rsidR="007553FE" w:rsidRPr="00FD1520" w:rsidRDefault="007553FE"/>
          <w:p w14:paraId="4F1AD3DF" w14:textId="77777777" w:rsidR="007553FE" w:rsidRPr="00FD1520" w:rsidRDefault="007553FE"/>
          <w:p w14:paraId="533F00E8" w14:textId="77777777" w:rsidR="007553FE" w:rsidRPr="00FD1520" w:rsidRDefault="007553FE"/>
          <w:p w14:paraId="33129787" w14:textId="77777777" w:rsidR="007553FE" w:rsidRPr="00FD1520" w:rsidRDefault="007553FE"/>
          <w:p w14:paraId="6B4BE850" w14:textId="77777777" w:rsidR="007553FE" w:rsidRPr="00FD1520" w:rsidRDefault="007553FE"/>
          <w:p w14:paraId="5A1C2FD6" w14:textId="77777777" w:rsidR="007553FE" w:rsidRPr="00FD1520" w:rsidRDefault="007553FE"/>
          <w:p w14:paraId="0663F871" w14:textId="77777777" w:rsidR="007553FE" w:rsidRPr="00FD1520" w:rsidRDefault="007553FE"/>
          <w:p w14:paraId="443EB668" w14:textId="77777777" w:rsidR="007553FE" w:rsidRPr="00FD1520" w:rsidRDefault="007553FE"/>
          <w:p w14:paraId="34E885D4" w14:textId="77777777" w:rsidR="007553FE" w:rsidRPr="00FD1520" w:rsidRDefault="007553FE"/>
          <w:p w14:paraId="5762EBE2" w14:textId="77777777" w:rsidR="007553FE" w:rsidRPr="00FD1520" w:rsidRDefault="007553FE"/>
          <w:p w14:paraId="09001D17" w14:textId="77777777" w:rsidR="007553FE" w:rsidRPr="00FD1520" w:rsidRDefault="007553FE"/>
          <w:p w14:paraId="6468A29E" w14:textId="77777777" w:rsidR="007553FE" w:rsidRPr="00FD1520" w:rsidRDefault="007553FE"/>
          <w:p w14:paraId="1D336822" w14:textId="77777777" w:rsidR="007553FE" w:rsidRPr="00FD1520" w:rsidRDefault="007553FE"/>
        </w:tc>
      </w:tr>
    </w:tbl>
    <w:p w14:paraId="663288CA"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142E9FD7" w14:textId="77777777" w:rsidTr="008B62FC">
        <w:tc>
          <w:tcPr>
            <w:tcW w:w="9962" w:type="dxa"/>
          </w:tcPr>
          <w:p w14:paraId="4BC9EB9B" w14:textId="77777777" w:rsidR="008B62FC" w:rsidRPr="00FD1520" w:rsidRDefault="008B62FC" w:rsidP="008B62FC">
            <w:pPr>
              <w:spacing w:after="40"/>
            </w:pPr>
            <w:r w:rsidRPr="00FD1520">
              <w:rPr>
                <w:b/>
                <w:sz w:val="20"/>
              </w:rPr>
              <w:t>Relevante vedlegg (liste/henvisninger)</w:t>
            </w:r>
          </w:p>
          <w:p w14:paraId="1C606450" w14:textId="77777777" w:rsidR="008B62FC" w:rsidRPr="00FD1520" w:rsidRDefault="008B62FC" w:rsidP="008B62FC">
            <w:r w:rsidRPr="00FD1520">
              <w:rPr>
                <w:sz w:val="20"/>
              </w:rPr>
              <w:t>Oppgi vedleggsnummer og kort beskrivelse av dokumentasjonen.</w:t>
            </w:r>
          </w:p>
          <w:p w14:paraId="61F2B7B5" w14:textId="77777777" w:rsidR="008B62FC" w:rsidRPr="00FD1520" w:rsidRDefault="008B62FC"/>
          <w:p w14:paraId="0C42A637" w14:textId="77777777" w:rsidR="008B62FC" w:rsidRPr="00FD1520" w:rsidRDefault="008B62FC"/>
          <w:p w14:paraId="3ECC415F" w14:textId="77777777" w:rsidR="008B62FC" w:rsidRPr="00FD1520" w:rsidRDefault="008B62FC"/>
          <w:p w14:paraId="744B9F63" w14:textId="77777777" w:rsidR="008B62FC" w:rsidRPr="00FD1520" w:rsidRDefault="008B62FC"/>
        </w:tc>
      </w:tr>
    </w:tbl>
    <w:p w14:paraId="6B84EB6B" w14:textId="5671C8D5" w:rsidR="007553FE" w:rsidRPr="00FD1520" w:rsidRDefault="005A3995">
      <w:r w:rsidRPr="00FD1520">
        <w:br w:type="page"/>
      </w:r>
    </w:p>
    <w:p w14:paraId="654849A7" w14:textId="77777777" w:rsidR="007553FE" w:rsidRPr="00FD1520" w:rsidRDefault="005A3995">
      <w:r w:rsidRPr="00FD1520">
        <w:rPr>
          <w:b/>
        </w:rPr>
        <w:lastRenderedPageBreak/>
        <w:t>Modul: Byggeplass</w:t>
      </w:r>
    </w:p>
    <w:p w14:paraId="213E6728" w14:textId="1F0C7F81" w:rsidR="007553FE" w:rsidRPr="00FD1520" w:rsidRDefault="008B62FC">
      <w:pPr>
        <w:pStyle w:val="Overskrift2"/>
      </w:pPr>
      <w:r w:rsidRPr="00FD1520">
        <w:t xml:space="preserve">2. </w:t>
      </w:r>
      <w:r w:rsidR="005A3995" w:rsidRPr="00FD1520">
        <w:t>Kontrakt- og regelstyring</w:t>
      </w:r>
    </w:p>
    <w:tbl>
      <w:tblPr>
        <w:tblStyle w:val="Tabellrutenett"/>
        <w:tblW w:w="0" w:type="auto"/>
        <w:tblLook w:val="04A0" w:firstRow="1" w:lastRow="0" w:firstColumn="1" w:lastColumn="0" w:noHBand="0" w:noVBand="1"/>
      </w:tblPr>
      <w:tblGrid>
        <w:gridCol w:w="4981"/>
        <w:gridCol w:w="4981"/>
      </w:tblGrid>
      <w:tr w:rsidR="008B62FC" w:rsidRPr="00FD1520" w14:paraId="05113940" w14:textId="77777777" w:rsidTr="008B62FC">
        <w:tc>
          <w:tcPr>
            <w:tcW w:w="4981" w:type="dxa"/>
          </w:tcPr>
          <w:p w14:paraId="79BF4E13" w14:textId="77777777" w:rsidR="008B62FC" w:rsidRPr="00FD1520" w:rsidRDefault="008B62FC" w:rsidP="008B62FC">
            <w:pPr>
              <w:spacing w:after="40"/>
            </w:pPr>
            <w:r w:rsidRPr="00FD1520">
              <w:rPr>
                <w:b/>
                <w:sz w:val="20"/>
              </w:rPr>
              <w:t>Hovedtema</w:t>
            </w:r>
          </w:p>
          <w:p w14:paraId="3B23303B" w14:textId="77777777" w:rsidR="008B62FC" w:rsidRPr="00FD1520" w:rsidRDefault="008B62FC" w:rsidP="008B62FC">
            <w:r w:rsidRPr="00FD1520">
              <w:rPr>
                <w:sz w:val="20"/>
              </w:rPr>
              <w:t>Hovedtemaet handler om kontraktstyring for tid, kostnad og teknisk kvalitet.</w:t>
            </w:r>
          </w:p>
          <w:p w14:paraId="65BB4A7D" w14:textId="4FFE0EB1" w:rsidR="008B62FC" w:rsidRPr="00FD1520" w:rsidRDefault="008B62FC" w:rsidP="008B62FC">
            <w:r w:rsidRPr="00FD1520">
              <w:rPr>
                <w:sz w:val="20"/>
              </w:rPr>
              <w:t>Videre handler det om byggetillatelser, lover, forskrifter og retningslinjer regulerer arbeidet på en byggeplass.</w:t>
            </w:r>
          </w:p>
        </w:tc>
        <w:tc>
          <w:tcPr>
            <w:tcW w:w="4981" w:type="dxa"/>
          </w:tcPr>
          <w:p w14:paraId="0F47805C" w14:textId="77777777" w:rsidR="008B62FC" w:rsidRPr="00FD1520" w:rsidRDefault="008B62FC" w:rsidP="008B62FC">
            <w:pPr>
              <w:spacing w:after="40"/>
            </w:pPr>
            <w:r w:rsidRPr="00FD1520">
              <w:rPr>
                <w:b/>
                <w:sz w:val="20"/>
              </w:rPr>
              <w:t>Innhold</w:t>
            </w:r>
          </w:p>
          <w:p w14:paraId="4513F9AD" w14:textId="77777777" w:rsidR="008B62FC" w:rsidRPr="00FD1520" w:rsidRDefault="008B62FC" w:rsidP="008B62FC">
            <w:pPr>
              <w:pStyle w:val="Punktliste"/>
            </w:pPr>
            <w:r w:rsidRPr="00FD1520">
              <w:rPr>
                <w:sz w:val="20"/>
              </w:rPr>
              <w:t>metoder for oppfølging av tidsbruk, kostnader og teknisk kvalitet</w:t>
            </w:r>
          </w:p>
          <w:p w14:paraId="2A5E3ACA" w14:textId="77777777" w:rsidR="008B62FC" w:rsidRPr="00FD1520" w:rsidRDefault="008B62FC" w:rsidP="008B62FC">
            <w:pPr>
              <w:pStyle w:val="Punktliste"/>
            </w:pPr>
            <w:r w:rsidRPr="00FD1520">
              <w:rPr>
                <w:sz w:val="20"/>
              </w:rPr>
              <w:t>hvordan byggetillatelser og plan- og bygningsloven med forskrifter (SAK og TEK) regulerer arbeid på byggeplassen</w:t>
            </w:r>
          </w:p>
          <w:p w14:paraId="7C022228" w14:textId="77777777" w:rsidR="008B62FC" w:rsidRPr="00FD1520" w:rsidRDefault="008B62FC" w:rsidP="008B62FC">
            <w:pPr>
              <w:pStyle w:val="Punktliste"/>
            </w:pPr>
            <w:r w:rsidRPr="00FD1520">
              <w:rPr>
                <w:sz w:val="20"/>
              </w:rPr>
              <w:t>produktdokumentasjon og monteringsveiledninger</w:t>
            </w:r>
          </w:p>
          <w:p w14:paraId="78E5635F" w14:textId="77777777" w:rsidR="008B62FC" w:rsidRPr="00FD1520" w:rsidRDefault="008B62FC" w:rsidP="008B62FC">
            <w:pPr>
              <w:pStyle w:val="Punktliste"/>
            </w:pPr>
            <w:r w:rsidRPr="00FD1520">
              <w:rPr>
                <w:sz w:val="20"/>
              </w:rPr>
              <w:t>hvordan arbeidsmiljøforskriftene regulerer SHA på byggeplassen</w:t>
            </w:r>
          </w:p>
          <w:p w14:paraId="5D258FF9" w14:textId="132223AF" w:rsidR="008B62FC" w:rsidRPr="00FD1520" w:rsidRDefault="008B62FC" w:rsidP="008B62FC">
            <w:pPr>
              <w:pStyle w:val="Punktliste"/>
            </w:pPr>
            <w:r w:rsidRPr="00FD1520">
              <w:rPr>
                <w:sz w:val="20"/>
              </w:rPr>
              <w:t>framgangsmåter ved regelbrudd</w:t>
            </w:r>
          </w:p>
        </w:tc>
      </w:tr>
    </w:tbl>
    <w:p w14:paraId="16E64796"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388EFA81" w14:textId="77777777" w:rsidTr="008B62FC">
        <w:trPr>
          <w:cantSplit/>
          <w:trHeight w:val="5953"/>
        </w:trPr>
        <w:tc>
          <w:tcPr>
            <w:tcW w:w="9962" w:type="dxa"/>
          </w:tcPr>
          <w:p w14:paraId="7C7B67EA" w14:textId="77777777" w:rsidR="007553FE" w:rsidRPr="00FD1520" w:rsidRDefault="005A3995">
            <w:pPr>
              <w:spacing w:after="40"/>
            </w:pPr>
            <w:r w:rsidRPr="00FD1520">
              <w:rPr>
                <w:b/>
                <w:sz w:val="20"/>
              </w:rPr>
              <w:t>Egenvurdering (skriv her)</w:t>
            </w:r>
          </w:p>
          <w:p w14:paraId="254E7757"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E451DD8" w14:textId="77777777" w:rsidR="007553FE" w:rsidRPr="00FD1520" w:rsidRDefault="007553FE"/>
          <w:p w14:paraId="4C96CE1F" w14:textId="77777777" w:rsidR="007553FE" w:rsidRPr="00FD1520" w:rsidRDefault="007553FE"/>
          <w:p w14:paraId="506E4F41" w14:textId="77777777" w:rsidR="007553FE" w:rsidRPr="00FD1520" w:rsidRDefault="007553FE"/>
          <w:p w14:paraId="32E36235" w14:textId="77777777" w:rsidR="007553FE" w:rsidRPr="00FD1520" w:rsidRDefault="007553FE"/>
          <w:p w14:paraId="583B4CD1" w14:textId="77777777" w:rsidR="007553FE" w:rsidRPr="00FD1520" w:rsidRDefault="007553FE"/>
          <w:p w14:paraId="75FEC54A" w14:textId="77777777" w:rsidR="007553FE" w:rsidRPr="00FD1520" w:rsidRDefault="007553FE"/>
          <w:p w14:paraId="49E3A024" w14:textId="77777777" w:rsidR="007553FE" w:rsidRPr="00FD1520" w:rsidRDefault="007553FE"/>
          <w:p w14:paraId="3C837373" w14:textId="77777777" w:rsidR="007553FE" w:rsidRPr="00FD1520" w:rsidRDefault="007553FE"/>
          <w:p w14:paraId="19F0CB9C" w14:textId="77777777" w:rsidR="007553FE" w:rsidRPr="00FD1520" w:rsidRDefault="007553FE"/>
          <w:p w14:paraId="45BFE86D" w14:textId="77777777" w:rsidR="007553FE" w:rsidRPr="00FD1520" w:rsidRDefault="007553FE"/>
          <w:p w14:paraId="6E4485BF" w14:textId="77777777" w:rsidR="007553FE" w:rsidRPr="00FD1520" w:rsidRDefault="007553FE"/>
          <w:p w14:paraId="55CBDCA8" w14:textId="77777777" w:rsidR="007553FE" w:rsidRPr="00FD1520" w:rsidRDefault="007553FE"/>
          <w:p w14:paraId="08DD0502" w14:textId="77777777" w:rsidR="007553FE" w:rsidRPr="00FD1520" w:rsidRDefault="007553FE"/>
          <w:p w14:paraId="2215C764" w14:textId="77777777" w:rsidR="007553FE" w:rsidRPr="00FD1520" w:rsidRDefault="007553FE"/>
        </w:tc>
      </w:tr>
    </w:tbl>
    <w:p w14:paraId="429E0460" w14:textId="77777777" w:rsidR="008B62FC" w:rsidRPr="00FD1520" w:rsidRDefault="008B62FC"/>
    <w:tbl>
      <w:tblPr>
        <w:tblStyle w:val="Tabellrutenett"/>
        <w:tblW w:w="0" w:type="auto"/>
        <w:tblLook w:val="04A0" w:firstRow="1" w:lastRow="0" w:firstColumn="1" w:lastColumn="0" w:noHBand="0" w:noVBand="1"/>
      </w:tblPr>
      <w:tblGrid>
        <w:gridCol w:w="9962"/>
      </w:tblGrid>
      <w:tr w:rsidR="008B62FC" w:rsidRPr="00FD1520" w14:paraId="6DA93C0F" w14:textId="77777777" w:rsidTr="008B62FC">
        <w:tc>
          <w:tcPr>
            <w:tcW w:w="9962" w:type="dxa"/>
          </w:tcPr>
          <w:p w14:paraId="76223C5E" w14:textId="77777777" w:rsidR="008B62FC" w:rsidRPr="00FD1520" w:rsidRDefault="008B62FC" w:rsidP="008B62FC">
            <w:pPr>
              <w:spacing w:after="40"/>
            </w:pPr>
            <w:r w:rsidRPr="00FD1520">
              <w:rPr>
                <w:b/>
                <w:sz w:val="20"/>
              </w:rPr>
              <w:t>Relevante vedlegg (liste/henvisninger)</w:t>
            </w:r>
          </w:p>
          <w:p w14:paraId="1A72D1F2" w14:textId="77777777" w:rsidR="008B62FC" w:rsidRPr="00FD1520" w:rsidRDefault="008B62FC" w:rsidP="008B62FC">
            <w:r w:rsidRPr="00FD1520">
              <w:rPr>
                <w:sz w:val="20"/>
              </w:rPr>
              <w:t>Oppgi vedleggsnummer og kort beskrivelse av dokumentasjonen.</w:t>
            </w:r>
          </w:p>
          <w:p w14:paraId="7BA25DD0" w14:textId="77777777" w:rsidR="008B62FC" w:rsidRPr="00FD1520" w:rsidRDefault="008B62FC"/>
          <w:p w14:paraId="59CD96C7" w14:textId="77777777" w:rsidR="008B62FC" w:rsidRPr="00FD1520" w:rsidRDefault="008B62FC"/>
          <w:p w14:paraId="057F324B" w14:textId="77777777" w:rsidR="008B62FC" w:rsidRPr="00FD1520" w:rsidRDefault="008B62FC"/>
          <w:p w14:paraId="09C535AF" w14:textId="77777777" w:rsidR="008B62FC" w:rsidRPr="00FD1520" w:rsidRDefault="008B62FC"/>
        </w:tc>
      </w:tr>
    </w:tbl>
    <w:p w14:paraId="1F429237" w14:textId="121ECCA8" w:rsidR="007553FE" w:rsidRPr="00FD1520" w:rsidRDefault="005A3995">
      <w:r w:rsidRPr="00FD1520">
        <w:br w:type="page"/>
      </w:r>
    </w:p>
    <w:p w14:paraId="57EFF802" w14:textId="77777777" w:rsidR="007553FE" w:rsidRPr="00FD1520" w:rsidRDefault="005A3995">
      <w:r w:rsidRPr="00FD1520">
        <w:rPr>
          <w:b/>
        </w:rPr>
        <w:lastRenderedPageBreak/>
        <w:t>Modul: Ferdigstillelse og sluttdokumentasjon</w:t>
      </w:r>
    </w:p>
    <w:p w14:paraId="2C0A4F20" w14:textId="4561492C" w:rsidR="007553FE" w:rsidRPr="00FD1520" w:rsidRDefault="008B62FC">
      <w:pPr>
        <w:pStyle w:val="Overskrift2"/>
      </w:pPr>
      <w:r w:rsidRPr="00FD1520">
        <w:t xml:space="preserve">1. </w:t>
      </w:r>
      <w:r w:rsidR="005A3995" w:rsidRPr="00FD1520">
        <w:t>Ferdigstillelse og overlevering</w:t>
      </w:r>
    </w:p>
    <w:tbl>
      <w:tblPr>
        <w:tblStyle w:val="Tabellrutenett"/>
        <w:tblW w:w="0" w:type="auto"/>
        <w:tblLook w:val="04A0" w:firstRow="1" w:lastRow="0" w:firstColumn="1" w:lastColumn="0" w:noHBand="0" w:noVBand="1"/>
      </w:tblPr>
      <w:tblGrid>
        <w:gridCol w:w="4981"/>
        <w:gridCol w:w="4981"/>
      </w:tblGrid>
      <w:tr w:rsidR="008B62FC" w:rsidRPr="00FD1520" w14:paraId="13F13074" w14:textId="77777777" w:rsidTr="008B62FC">
        <w:tc>
          <w:tcPr>
            <w:tcW w:w="4981" w:type="dxa"/>
          </w:tcPr>
          <w:p w14:paraId="6AE92026" w14:textId="77777777" w:rsidR="008B62FC" w:rsidRPr="00FD1520" w:rsidRDefault="008B62FC" w:rsidP="008B62FC">
            <w:pPr>
              <w:spacing w:after="40"/>
            </w:pPr>
            <w:r w:rsidRPr="00FD1520">
              <w:rPr>
                <w:b/>
                <w:sz w:val="20"/>
              </w:rPr>
              <w:t>Hovedtema</w:t>
            </w:r>
          </w:p>
          <w:p w14:paraId="0C83305E" w14:textId="77777777" w:rsidR="008B62FC" w:rsidRPr="00FD1520" w:rsidRDefault="008B62FC" w:rsidP="008B62FC">
            <w:r w:rsidRPr="00FD1520">
              <w:rPr>
                <w:sz w:val="20"/>
              </w:rPr>
              <w:t>Hovedtemaet handler om regelverk og prinsipper for ferdigstilling og overlevering av utførte arbeider i forbrukerforhold og næringsforhold.</w:t>
            </w:r>
          </w:p>
          <w:p w14:paraId="08A55037" w14:textId="1FE3429E" w:rsidR="008B62FC" w:rsidRPr="00FD1520" w:rsidRDefault="008B62FC" w:rsidP="008B62FC">
            <w:r w:rsidRPr="00FD1520">
              <w:rPr>
                <w:sz w:val="20"/>
              </w:rPr>
              <w:t>Ansvarsforskyvning ved overtakelse inngår også i hovedområdet.</w:t>
            </w:r>
          </w:p>
        </w:tc>
        <w:tc>
          <w:tcPr>
            <w:tcW w:w="4981" w:type="dxa"/>
          </w:tcPr>
          <w:p w14:paraId="6EF2719D" w14:textId="77777777" w:rsidR="008B62FC" w:rsidRPr="00FD1520" w:rsidRDefault="008B62FC" w:rsidP="008B62FC">
            <w:pPr>
              <w:spacing w:after="40"/>
            </w:pPr>
            <w:r w:rsidRPr="00FD1520">
              <w:rPr>
                <w:b/>
                <w:sz w:val="20"/>
              </w:rPr>
              <w:t>Innhold</w:t>
            </w:r>
          </w:p>
          <w:p w14:paraId="65FD8EEA" w14:textId="77777777" w:rsidR="008B62FC" w:rsidRPr="00FD1520" w:rsidRDefault="008B62FC" w:rsidP="008B62FC">
            <w:pPr>
              <w:pStyle w:val="Punktliste"/>
            </w:pPr>
            <w:r w:rsidRPr="00FD1520">
              <w:rPr>
                <w:sz w:val="20"/>
              </w:rPr>
              <w:t>lover, forskrifter og standarder som regulerer ferdigstillelse av tiltak</w:t>
            </w:r>
          </w:p>
          <w:p w14:paraId="4B60A304" w14:textId="77777777" w:rsidR="008B62FC" w:rsidRPr="00FD1520" w:rsidRDefault="008B62FC" w:rsidP="008B62FC">
            <w:pPr>
              <w:pStyle w:val="Punktliste"/>
            </w:pPr>
            <w:r w:rsidRPr="00FD1520">
              <w:rPr>
                <w:sz w:val="20"/>
              </w:rPr>
              <w:t>krav til dokumentasjon for utstedelse av ferdigattest</w:t>
            </w:r>
          </w:p>
          <w:p w14:paraId="555A9B88" w14:textId="77777777" w:rsidR="008B62FC" w:rsidRPr="00FD1520" w:rsidRDefault="008B62FC" w:rsidP="008B62FC">
            <w:pPr>
              <w:pStyle w:val="Punktliste"/>
            </w:pPr>
            <w:r w:rsidRPr="00FD1520">
              <w:rPr>
                <w:sz w:val="20"/>
              </w:rPr>
              <w:t xml:space="preserve">bruk av standard </w:t>
            </w:r>
            <w:proofErr w:type="spellStart"/>
            <w:r w:rsidRPr="00FD1520">
              <w:rPr>
                <w:sz w:val="20"/>
              </w:rPr>
              <w:t>byggblanketter</w:t>
            </w:r>
            <w:proofErr w:type="spellEnd"/>
          </w:p>
          <w:p w14:paraId="100D8A66" w14:textId="77777777" w:rsidR="008B62FC" w:rsidRPr="00FD1520" w:rsidRDefault="008B62FC" w:rsidP="008B62FC">
            <w:pPr>
              <w:pStyle w:val="Punktliste"/>
            </w:pPr>
            <w:r w:rsidRPr="00FD1520">
              <w:rPr>
                <w:sz w:val="20"/>
              </w:rPr>
              <w:t>prosedyrer og ansvar for ferdigstillelse og overlevering i forbrukerforhold og næringsforhold</w:t>
            </w:r>
          </w:p>
          <w:p w14:paraId="7283244C" w14:textId="77777777" w:rsidR="008B62FC" w:rsidRPr="00FD1520" w:rsidRDefault="008B62FC" w:rsidP="008B62FC">
            <w:pPr>
              <w:pStyle w:val="Punktliste"/>
            </w:pPr>
            <w:r w:rsidRPr="00FD1520">
              <w:rPr>
                <w:sz w:val="20"/>
              </w:rPr>
              <w:t>gjennomføring av en overtagelsesforretning</w:t>
            </w:r>
          </w:p>
          <w:p w14:paraId="4903055A" w14:textId="2A819580" w:rsidR="008B62FC" w:rsidRPr="00FD1520" w:rsidRDefault="008B62FC" w:rsidP="008B62FC">
            <w:pPr>
              <w:pStyle w:val="Punktliste"/>
            </w:pPr>
            <w:r w:rsidRPr="00FD1520">
              <w:rPr>
                <w:sz w:val="20"/>
              </w:rPr>
              <w:t>ansvarsforskyvning ved overtakelse: utbedring av eventuelle mangler,</w:t>
            </w:r>
            <w:r w:rsidR="00FD1520" w:rsidRPr="00FD1520">
              <w:rPr>
                <w:sz w:val="20"/>
              </w:rPr>
              <w:t xml:space="preserve"> </w:t>
            </w:r>
            <w:r w:rsidRPr="00FD1520">
              <w:rPr>
                <w:sz w:val="20"/>
              </w:rPr>
              <w:t xml:space="preserve">reklamasjonstid, frigivelse av forsikringer samt regler for </w:t>
            </w:r>
            <w:proofErr w:type="spellStart"/>
            <w:r w:rsidRPr="00FD1520">
              <w:rPr>
                <w:sz w:val="20"/>
              </w:rPr>
              <w:t>sluttnota</w:t>
            </w:r>
            <w:proofErr w:type="spellEnd"/>
            <w:r w:rsidRPr="00FD1520">
              <w:rPr>
                <w:sz w:val="20"/>
              </w:rPr>
              <w:t xml:space="preserve"> og innestående beløp</w:t>
            </w:r>
          </w:p>
        </w:tc>
      </w:tr>
    </w:tbl>
    <w:p w14:paraId="264383B8" w14:textId="77777777" w:rsidR="008B62FC" w:rsidRPr="00FD1520" w:rsidRDefault="008B62FC" w:rsidP="008B62FC"/>
    <w:tbl>
      <w:tblPr>
        <w:tblStyle w:val="Tabellrutenett"/>
        <w:tblW w:w="0" w:type="auto"/>
        <w:tblLook w:val="04A0" w:firstRow="1" w:lastRow="0" w:firstColumn="1" w:lastColumn="0" w:noHBand="0" w:noVBand="1"/>
      </w:tblPr>
      <w:tblGrid>
        <w:gridCol w:w="9962"/>
      </w:tblGrid>
      <w:tr w:rsidR="007553FE" w:rsidRPr="00FD1520" w14:paraId="2722925C" w14:textId="77777777" w:rsidTr="00FD1520">
        <w:trPr>
          <w:cantSplit/>
          <w:trHeight w:val="5953"/>
        </w:trPr>
        <w:tc>
          <w:tcPr>
            <w:tcW w:w="9962" w:type="dxa"/>
          </w:tcPr>
          <w:p w14:paraId="084C590F" w14:textId="77777777" w:rsidR="007553FE" w:rsidRPr="00FD1520" w:rsidRDefault="005A3995">
            <w:pPr>
              <w:spacing w:after="40"/>
            </w:pPr>
            <w:r w:rsidRPr="00FD1520">
              <w:rPr>
                <w:b/>
                <w:sz w:val="20"/>
              </w:rPr>
              <w:t>Egenvurdering (skriv her)</w:t>
            </w:r>
          </w:p>
          <w:p w14:paraId="74015C3A"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733C1DB8" w14:textId="77777777" w:rsidR="007553FE" w:rsidRPr="00FD1520" w:rsidRDefault="007553FE"/>
          <w:p w14:paraId="644D1766" w14:textId="77777777" w:rsidR="007553FE" w:rsidRPr="00FD1520" w:rsidRDefault="007553FE"/>
          <w:p w14:paraId="7C87921F" w14:textId="77777777" w:rsidR="007553FE" w:rsidRPr="00FD1520" w:rsidRDefault="007553FE"/>
          <w:p w14:paraId="77FDA8F1" w14:textId="77777777" w:rsidR="007553FE" w:rsidRPr="00FD1520" w:rsidRDefault="007553FE"/>
          <w:p w14:paraId="59472527" w14:textId="77777777" w:rsidR="007553FE" w:rsidRPr="00FD1520" w:rsidRDefault="007553FE"/>
          <w:p w14:paraId="19692FE6" w14:textId="77777777" w:rsidR="007553FE" w:rsidRPr="00FD1520" w:rsidRDefault="007553FE"/>
          <w:p w14:paraId="735F3F27" w14:textId="77777777" w:rsidR="007553FE" w:rsidRPr="00FD1520" w:rsidRDefault="007553FE"/>
          <w:p w14:paraId="2806A8A4" w14:textId="77777777" w:rsidR="007553FE" w:rsidRPr="00FD1520" w:rsidRDefault="007553FE"/>
          <w:p w14:paraId="22805D98" w14:textId="77777777" w:rsidR="007553FE" w:rsidRPr="00FD1520" w:rsidRDefault="007553FE"/>
          <w:p w14:paraId="319344AB" w14:textId="77777777" w:rsidR="007553FE" w:rsidRPr="00FD1520" w:rsidRDefault="007553FE"/>
          <w:p w14:paraId="79BE33A7" w14:textId="77777777" w:rsidR="007553FE" w:rsidRPr="00FD1520" w:rsidRDefault="007553FE"/>
          <w:p w14:paraId="10D07E37" w14:textId="77777777" w:rsidR="007553FE" w:rsidRPr="00FD1520" w:rsidRDefault="007553FE"/>
          <w:p w14:paraId="2986B0DD" w14:textId="77777777" w:rsidR="007553FE" w:rsidRPr="00FD1520" w:rsidRDefault="007553FE"/>
          <w:p w14:paraId="2F3BE08F" w14:textId="77777777" w:rsidR="007553FE" w:rsidRPr="00FD1520" w:rsidRDefault="007553FE"/>
        </w:tc>
      </w:tr>
    </w:tbl>
    <w:p w14:paraId="4BA68B9E" w14:textId="77777777" w:rsidR="00FD1520" w:rsidRPr="00FD1520" w:rsidRDefault="00FD1520"/>
    <w:tbl>
      <w:tblPr>
        <w:tblStyle w:val="Tabellrutenett"/>
        <w:tblW w:w="0" w:type="auto"/>
        <w:tblLook w:val="04A0" w:firstRow="1" w:lastRow="0" w:firstColumn="1" w:lastColumn="0" w:noHBand="0" w:noVBand="1"/>
      </w:tblPr>
      <w:tblGrid>
        <w:gridCol w:w="9962"/>
      </w:tblGrid>
      <w:tr w:rsidR="00FD1520" w:rsidRPr="00FD1520" w14:paraId="315FE736" w14:textId="77777777" w:rsidTr="00FD1520">
        <w:tc>
          <w:tcPr>
            <w:tcW w:w="9962" w:type="dxa"/>
          </w:tcPr>
          <w:p w14:paraId="6FD41BAA" w14:textId="77777777" w:rsidR="00FD1520" w:rsidRPr="00FD1520" w:rsidRDefault="00FD1520" w:rsidP="00FD1520">
            <w:pPr>
              <w:spacing w:after="40"/>
            </w:pPr>
            <w:r w:rsidRPr="00FD1520">
              <w:rPr>
                <w:b/>
                <w:sz w:val="20"/>
              </w:rPr>
              <w:t>Relevante vedlegg (liste/henvisninger)</w:t>
            </w:r>
          </w:p>
          <w:p w14:paraId="37362A2A" w14:textId="77777777" w:rsidR="00FD1520" w:rsidRPr="00FD1520" w:rsidRDefault="00FD1520" w:rsidP="00FD1520">
            <w:r w:rsidRPr="00FD1520">
              <w:rPr>
                <w:sz w:val="20"/>
              </w:rPr>
              <w:t>Oppgi vedleggsnummer og kort beskrivelse av dokumentasjonen.</w:t>
            </w:r>
          </w:p>
          <w:p w14:paraId="293B9E12" w14:textId="77777777" w:rsidR="00FD1520" w:rsidRPr="00FD1520" w:rsidRDefault="00FD1520"/>
          <w:p w14:paraId="0409C466" w14:textId="77777777" w:rsidR="00FD1520" w:rsidRPr="00FD1520" w:rsidRDefault="00FD1520"/>
          <w:p w14:paraId="368EC00C" w14:textId="77777777" w:rsidR="00FD1520" w:rsidRPr="00FD1520" w:rsidRDefault="00FD1520"/>
          <w:p w14:paraId="5CFB57B0" w14:textId="77777777" w:rsidR="00FD1520" w:rsidRPr="00FD1520" w:rsidRDefault="00FD1520"/>
        </w:tc>
      </w:tr>
    </w:tbl>
    <w:p w14:paraId="5EAE3F6D" w14:textId="09CE552E" w:rsidR="007553FE" w:rsidRPr="00FD1520" w:rsidRDefault="005A3995">
      <w:r w:rsidRPr="00FD1520">
        <w:br w:type="page"/>
      </w:r>
    </w:p>
    <w:p w14:paraId="5DC418E1" w14:textId="77777777" w:rsidR="007553FE" w:rsidRPr="00FD1520" w:rsidRDefault="005A3995">
      <w:r w:rsidRPr="00FD1520">
        <w:rPr>
          <w:b/>
        </w:rPr>
        <w:lastRenderedPageBreak/>
        <w:t>Modul: Ferdigstillelse og sluttdokumentasjon</w:t>
      </w:r>
    </w:p>
    <w:p w14:paraId="46FB593D" w14:textId="6E063312" w:rsidR="007553FE" w:rsidRPr="00FD1520" w:rsidRDefault="00FD1520">
      <w:pPr>
        <w:pStyle w:val="Overskrift2"/>
      </w:pPr>
      <w:r w:rsidRPr="00FD1520">
        <w:t xml:space="preserve">2. </w:t>
      </w:r>
      <w:r w:rsidR="005A3995" w:rsidRPr="00FD1520">
        <w:t>Sluttdokumentasjon, drift og vedlikehold</w:t>
      </w:r>
    </w:p>
    <w:tbl>
      <w:tblPr>
        <w:tblStyle w:val="Tabellrutenett"/>
        <w:tblW w:w="0" w:type="auto"/>
        <w:tblLook w:val="04A0" w:firstRow="1" w:lastRow="0" w:firstColumn="1" w:lastColumn="0" w:noHBand="0" w:noVBand="1"/>
      </w:tblPr>
      <w:tblGrid>
        <w:gridCol w:w="4981"/>
        <w:gridCol w:w="4981"/>
      </w:tblGrid>
      <w:tr w:rsidR="00FD1520" w:rsidRPr="00FD1520" w14:paraId="4E7D7D7D" w14:textId="77777777" w:rsidTr="00FD1520">
        <w:tc>
          <w:tcPr>
            <w:tcW w:w="4981" w:type="dxa"/>
          </w:tcPr>
          <w:p w14:paraId="4AE954EC" w14:textId="77777777" w:rsidR="00FD1520" w:rsidRPr="00FD1520" w:rsidRDefault="00FD1520" w:rsidP="00FD1520">
            <w:pPr>
              <w:spacing w:after="40"/>
            </w:pPr>
            <w:r w:rsidRPr="00FD1520">
              <w:rPr>
                <w:b/>
                <w:sz w:val="20"/>
              </w:rPr>
              <w:t>Hovedtema</w:t>
            </w:r>
          </w:p>
          <w:p w14:paraId="746BCF34" w14:textId="77777777" w:rsidR="00FD1520" w:rsidRPr="00FD1520" w:rsidRDefault="00FD1520" w:rsidP="00FD1520">
            <w:r w:rsidRPr="00FD1520">
              <w:rPr>
                <w:sz w:val="20"/>
              </w:rPr>
              <w:t>Hovedtemaet handler om dokumentasjon fra prosjektering, produkter og utført arbeid.</w:t>
            </w:r>
          </w:p>
          <w:p w14:paraId="3D37E4B4" w14:textId="66F8E630" w:rsidR="00FD1520" w:rsidRPr="00FD1520" w:rsidRDefault="00FD1520" w:rsidP="00FD1520">
            <w:r w:rsidRPr="00FD1520">
              <w:rPr>
                <w:sz w:val="20"/>
              </w:rPr>
              <w:t>Det omfatter også dokumentasjon for FDV.</w:t>
            </w:r>
          </w:p>
        </w:tc>
        <w:tc>
          <w:tcPr>
            <w:tcW w:w="4981" w:type="dxa"/>
          </w:tcPr>
          <w:p w14:paraId="68DE5B0C" w14:textId="77777777" w:rsidR="00FD1520" w:rsidRPr="00FD1520" w:rsidRDefault="00FD1520" w:rsidP="00FD1520">
            <w:pPr>
              <w:spacing w:after="40"/>
            </w:pPr>
            <w:r w:rsidRPr="00FD1520">
              <w:rPr>
                <w:b/>
                <w:sz w:val="20"/>
              </w:rPr>
              <w:t>Innhold</w:t>
            </w:r>
          </w:p>
          <w:p w14:paraId="3557BB91" w14:textId="77777777" w:rsidR="00FD1520" w:rsidRPr="00FD1520" w:rsidRDefault="00FD1520" w:rsidP="00FD1520">
            <w:pPr>
              <w:pStyle w:val="Punktliste"/>
            </w:pPr>
            <w:r w:rsidRPr="00FD1520">
              <w:rPr>
                <w:sz w:val="20"/>
              </w:rPr>
              <w:t>standarder og anvisninger for sluttdokumentasjon av funksjon og ytelseskrav, produkter og utført arbeid</w:t>
            </w:r>
          </w:p>
          <w:p w14:paraId="244D8F41" w14:textId="01C38C36" w:rsidR="00FD1520" w:rsidRPr="00FD1520" w:rsidRDefault="00FD1520" w:rsidP="00FD1520">
            <w:pPr>
              <w:pStyle w:val="Punktliste"/>
            </w:pPr>
            <w:r w:rsidRPr="00FD1520">
              <w:rPr>
                <w:sz w:val="20"/>
              </w:rPr>
              <w:t>dokumentasjon for FDV av byggverk</w:t>
            </w:r>
          </w:p>
        </w:tc>
      </w:tr>
    </w:tbl>
    <w:p w14:paraId="47862314" w14:textId="77777777" w:rsidR="00FD1520" w:rsidRPr="00FD1520" w:rsidRDefault="00FD1520" w:rsidP="00FD1520"/>
    <w:tbl>
      <w:tblPr>
        <w:tblStyle w:val="Tabellrutenett"/>
        <w:tblW w:w="0" w:type="auto"/>
        <w:tblLook w:val="04A0" w:firstRow="1" w:lastRow="0" w:firstColumn="1" w:lastColumn="0" w:noHBand="0" w:noVBand="1"/>
      </w:tblPr>
      <w:tblGrid>
        <w:gridCol w:w="9962"/>
      </w:tblGrid>
      <w:tr w:rsidR="007553FE" w:rsidRPr="00FD1520" w14:paraId="025D7218" w14:textId="77777777" w:rsidTr="00FD1520">
        <w:trPr>
          <w:cantSplit/>
          <w:trHeight w:val="5953"/>
        </w:trPr>
        <w:tc>
          <w:tcPr>
            <w:tcW w:w="9962" w:type="dxa"/>
          </w:tcPr>
          <w:p w14:paraId="6ABAF049" w14:textId="77777777" w:rsidR="007553FE" w:rsidRPr="00FD1520" w:rsidRDefault="005A3995">
            <w:pPr>
              <w:spacing w:after="40"/>
            </w:pPr>
            <w:r w:rsidRPr="00FD1520">
              <w:rPr>
                <w:b/>
                <w:sz w:val="20"/>
              </w:rPr>
              <w:t>Egenvurdering (skriv her)</w:t>
            </w:r>
          </w:p>
          <w:p w14:paraId="20A12153" w14:textId="77777777" w:rsidR="007553FE" w:rsidRPr="00FD1520" w:rsidRDefault="005A3995">
            <w:r w:rsidRPr="00FD1520">
              <w:rPr>
                <w:sz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08829D8" w14:textId="77777777" w:rsidR="007553FE" w:rsidRPr="00FD1520" w:rsidRDefault="007553FE"/>
          <w:p w14:paraId="62BA2240" w14:textId="77777777" w:rsidR="007553FE" w:rsidRPr="00FD1520" w:rsidRDefault="007553FE"/>
          <w:p w14:paraId="19C0E8D7" w14:textId="77777777" w:rsidR="007553FE" w:rsidRPr="00FD1520" w:rsidRDefault="007553FE"/>
          <w:p w14:paraId="18B12FB0" w14:textId="77777777" w:rsidR="007553FE" w:rsidRPr="00FD1520" w:rsidRDefault="007553FE"/>
          <w:p w14:paraId="607F3386" w14:textId="77777777" w:rsidR="007553FE" w:rsidRPr="00FD1520" w:rsidRDefault="007553FE"/>
          <w:p w14:paraId="0AE88B8D" w14:textId="77777777" w:rsidR="007553FE" w:rsidRPr="00FD1520" w:rsidRDefault="007553FE"/>
          <w:p w14:paraId="163E5AF8" w14:textId="77777777" w:rsidR="007553FE" w:rsidRPr="00FD1520" w:rsidRDefault="007553FE"/>
          <w:p w14:paraId="71349F27" w14:textId="77777777" w:rsidR="007553FE" w:rsidRPr="00FD1520" w:rsidRDefault="007553FE"/>
          <w:p w14:paraId="0ACA8AD1" w14:textId="77777777" w:rsidR="007553FE" w:rsidRPr="00FD1520" w:rsidRDefault="007553FE"/>
          <w:p w14:paraId="173C19EB" w14:textId="77777777" w:rsidR="007553FE" w:rsidRPr="00FD1520" w:rsidRDefault="007553FE"/>
          <w:p w14:paraId="77BB035E" w14:textId="77777777" w:rsidR="007553FE" w:rsidRPr="00FD1520" w:rsidRDefault="007553FE"/>
          <w:p w14:paraId="5C7D136D" w14:textId="77777777" w:rsidR="007553FE" w:rsidRPr="00FD1520" w:rsidRDefault="007553FE"/>
          <w:p w14:paraId="455F1430" w14:textId="77777777" w:rsidR="007553FE" w:rsidRPr="00FD1520" w:rsidRDefault="007553FE"/>
          <w:p w14:paraId="6B965C3D" w14:textId="77777777" w:rsidR="007553FE" w:rsidRPr="00FD1520" w:rsidRDefault="007553FE"/>
        </w:tc>
      </w:tr>
    </w:tbl>
    <w:p w14:paraId="7680108F" w14:textId="77777777" w:rsidR="005A3995" w:rsidRPr="00FD1520" w:rsidRDefault="005A3995"/>
    <w:tbl>
      <w:tblPr>
        <w:tblStyle w:val="Tabellrutenett"/>
        <w:tblW w:w="0" w:type="auto"/>
        <w:tblLook w:val="04A0" w:firstRow="1" w:lastRow="0" w:firstColumn="1" w:lastColumn="0" w:noHBand="0" w:noVBand="1"/>
      </w:tblPr>
      <w:tblGrid>
        <w:gridCol w:w="9962"/>
      </w:tblGrid>
      <w:tr w:rsidR="00FD1520" w:rsidRPr="00FD1520" w14:paraId="3E4D6BA8" w14:textId="77777777" w:rsidTr="00FD1520">
        <w:tc>
          <w:tcPr>
            <w:tcW w:w="9962" w:type="dxa"/>
          </w:tcPr>
          <w:p w14:paraId="63A0F0B8" w14:textId="77777777" w:rsidR="00FD1520" w:rsidRPr="00FD1520" w:rsidRDefault="00FD1520" w:rsidP="00FD1520">
            <w:pPr>
              <w:spacing w:after="40"/>
            </w:pPr>
            <w:r w:rsidRPr="00FD1520">
              <w:rPr>
                <w:b/>
                <w:sz w:val="20"/>
              </w:rPr>
              <w:t>Relevante vedlegg (liste/henvisninger)</w:t>
            </w:r>
          </w:p>
          <w:p w14:paraId="303FC0B9" w14:textId="77777777" w:rsidR="00FD1520" w:rsidRPr="00FD1520" w:rsidRDefault="00FD1520" w:rsidP="00FD1520">
            <w:r w:rsidRPr="00FD1520">
              <w:rPr>
                <w:sz w:val="20"/>
              </w:rPr>
              <w:t>Oppgi vedleggsnummer og kort beskrivelse av dokumentasjonen.</w:t>
            </w:r>
          </w:p>
          <w:p w14:paraId="35663D04" w14:textId="77777777" w:rsidR="00FD1520" w:rsidRPr="00FD1520" w:rsidRDefault="00FD1520"/>
          <w:p w14:paraId="5775F0C6" w14:textId="77777777" w:rsidR="00FD1520" w:rsidRPr="00FD1520" w:rsidRDefault="00FD1520"/>
          <w:p w14:paraId="17F5EECD" w14:textId="77777777" w:rsidR="00FD1520" w:rsidRPr="00FD1520" w:rsidRDefault="00FD1520"/>
          <w:p w14:paraId="7F677055" w14:textId="77777777" w:rsidR="00FD1520" w:rsidRPr="00FD1520" w:rsidRDefault="00FD1520"/>
        </w:tc>
      </w:tr>
    </w:tbl>
    <w:p w14:paraId="67041B9C" w14:textId="77777777" w:rsidR="00FD1520" w:rsidRPr="005F2FF6" w:rsidRDefault="00FD1520"/>
    <w:sectPr w:rsidR="00FD1520" w:rsidRPr="005F2FF6"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5030353"/>
    <w:multiLevelType w:val="hybridMultilevel"/>
    <w:tmpl w:val="CF082488"/>
    <w:lvl w:ilvl="0" w:tplc="C5886B40">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6670D79"/>
    <w:multiLevelType w:val="multilevel"/>
    <w:tmpl w:val="8F32E56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4461709">
    <w:abstractNumId w:val="8"/>
  </w:num>
  <w:num w:numId="2" w16cid:durableId="1049315">
    <w:abstractNumId w:val="6"/>
  </w:num>
  <w:num w:numId="3" w16cid:durableId="842352189">
    <w:abstractNumId w:val="5"/>
  </w:num>
  <w:num w:numId="4" w16cid:durableId="476190644">
    <w:abstractNumId w:val="4"/>
  </w:num>
  <w:num w:numId="5" w16cid:durableId="1791625383">
    <w:abstractNumId w:val="7"/>
  </w:num>
  <w:num w:numId="6" w16cid:durableId="697465411">
    <w:abstractNumId w:val="3"/>
  </w:num>
  <w:num w:numId="7" w16cid:durableId="1281952815">
    <w:abstractNumId w:val="2"/>
  </w:num>
  <w:num w:numId="8" w16cid:durableId="658391341">
    <w:abstractNumId w:val="1"/>
  </w:num>
  <w:num w:numId="9" w16cid:durableId="1936863494">
    <w:abstractNumId w:val="0"/>
  </w:num>
  <w:num w:numId="10" w16cid:durableId="1605577180">
    <w:abstractNumId w:val="10"/>
  </w:num>
  <w:num w:numId="11" w16cid:durableId="62680864">
    <w:abstractNumId w:val="11"/>
  </w:num>
  <w:num w:numId="12" w16cid:durableId="69474312">
    <w:abstractNumId w:val="12"/>
  </w:num>
  <w:num w:numId="13" w16cid:durableId="158173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05B"/>
    <w:rsid w:val="000C4976"/>
    <w:rsid w:val="00107716"/>
    <w:rsid w:val="001249D4"/>
    <w:rsid w:val="00124C34"/>
    <w:rsid w:val="0015074B"/>
    <w:rsid w:val="00265097"/>
    <w:rsid w:val="00274496"/>
    <w:rsid w:val="0029639D"/>
    <w:rsid w:val="002A6727"/>
    <w:rsid w:val="00326F90"/>
    <w:rsid w:val="0039597B"/>
    <w:rsid w:val="00397A11"/>
    <w:rsid w:val="003A0627"/>
    <w:rsid w:val="00415E11"/>
    <w:rsid w:val="00470149"/>
    <w:rsid w:val="004B1219"/>
    <w:rsid w:val="0051706C"/>
    <w:rsid w:val="005521D8"/>
    <w:rsid w:val="005A3995"/>
    <w:rsid w:val="005C11BE"/>
    <w:rsid w:val="005F2FF6"/>
    <w:rsid w:val="006248A0"/>
    <w:rsid w:val="007553FE"/>
    <w:rsid w:val="00805F65"/>
    <w:rsid w:val="008A28AF"/>
    <w:rsid w:val="008B62FC"/>
    <w:rsid w:val="00907615"/>
    <w:rsid w:val="00956C15"/>
    <w:rsid w:val="00962B67"/>
    <w:rsid w:val="009826E1"/>
    <w:rsid w:val="0098468D"/>
    <w:rsid w:val="009E6969"/>
    <w:rsid w:val="00A71426"/>
    <w:rsid w:val="00AA1D8D"/>
    <w:rsid w:val="00B47730"/>
    <w:rsid w:val="00BD2DAE"/>
    <w:rsid w:val="00C24A76"/>
    <w:rsid w:val="00CB0664"/>
    <w:rsid w:val="00CE596C"/>
    <w:rsid w:val="00CF63F9"/>
    <w:rsid w:val="00D72DD3"/>
    <w:rsid w:val="00D85803"/>
    <w:rsid w:val="00DE2847"/>
    <w:rsid w:val="00EC67F3"/>
    <w:rsid w:val="00FA167E"/>
    <w:rsid w:val="00FB481D"/>
    <w:rsid w:val="00FC693F"/>
    <w:rsid w:val="00FD1520"/>
    <w:rsid w:val="00FF60F2"/>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AC91016-384D-4F40-892C-3B0A851D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 w:type="character" w:styleId="Fulgthyperkobling">
    <w:name w:val="FollowedHyperlink"/>
    <w:basedOn w:val="Standardskriftforavsnitt"/>
    <w:uiPriority w:val="99"/>
    <w:semiHidden/>
    <w:unhideWhenUsed/>
    <w:rsid w:val="000720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mesterbrev.no/wp-content/uploads/2021/12/Faglig-ledelse-byggfa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2.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19</Pages>
  <Words>2907</Words>
  <Characters>15409</Characters>
  <Application>Microsoft Office Word</Application>
  <DocSecurity>0</DocSecurity>
  <Lines>128</Lines>
  <Paragraphs>36</Paragraphs>
  <ScaleCrop>false</ScaleCrop>
  <Manager/>
  <Company/>
  <LinksUpToDate>false</LinksUpToDate>
  <CharactersWithSpaces>18280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25</cp:revision>
  <dcterms:created xsi:type="dcterms:W3CDTF">2026-04-20T11:59:00Z</dcterms:created>
  <dcterms:modified xsi:type="dcterms:W3CDTF">2026-05-20T08:48:00Z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