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0DAE" w14:textId="1A9A344E" w:rsidR="007553FE" w:rsidRPr="00DA6422" w:rsidRDefault="235CEDC5">
      <w:pPr>
        <w:pStyle w:val="Tittel"/>
        <w:rPr>
          <w:lang w:val="nb-NO"/>
        </w:rPr>
      </w:pPr>
      <w:r w:rsidRPr="00DA6422">
        <w:rPr>
          <w:lang w:val="nb-NO"/>
        </w:rPr>
        <w:t>Egenvurdering – Faglig ledelse</w:t>
      </w:r>
      <w:r w:rsidR="00492ACF">
        <w:rPr>
          <w:lang w:val="nb-NO"/>
        </w:rPr>
        <w:t xml:space="preserve">/faglig fordypning </w:t>
      </w:r>
      <w:r w:rsidRPr="00DA6422">
        <w:rPr>
          <w:lang w:val="nb-NO"/>
        </w:rPr>
        <w:t>(bilfag)</w:t>
      </w:r>
    </w:p>
    <w:p w14:paraId="4F89C332" w14:textId="30BF7251" w:rsidR="007553FE" w:rsidRPr="00DA6422" w:rsidRDefault="005A3995">
      <w:pPr>
        <w:rPr>
          <w:lang w:val="nb-NO"/>
        </w:rPr>
      </w:pPr>
      <w:r w:rsidRPr="00DA6422">
        <w:rPr>
          <w:sz w:val="20"/>
          <w:lang w:val="nb-NO"/>
        </w:rPr>
        <w:t>Navn: __________</w:t>
      </w:r>
      <w:r w:rsidR="006E2F79" w:rsidRPr="00DA6422">
        <w:rPr>
          <w:sz w:val="20"/>
          <w:lang w:val="nb-NO"/>
        </w:rPr>
        <w:t>_____________</w:t>
      </w:r>
      <w:r w:rsidRPr="00DA6422">
        <w:rPr>
          <w:sz w:val="20"/>
          <w:lang w:val="nb-NO"/>
        </w:rPr>
        <w:t>__________    Fag: ____________</w:t>
      </w:r>
      <w:r w:rsidR="006E2F79" w:rsidRPr="00DA6422">
        <w:rPr>
          <w:sz w:val="20"/>
          <w:lang w:val="nb-NO"/>
        </w:rPr>
        <w:t>_________________</w:t>
      </w:r>
      <w:r w:rsidRPr="00DA6422">
        <w:rPr>
          <w:sz w:val="20"/>
          <w:lang w:val="nb-NO"/>
        </w:rPr>
        <w:t xml:space="preserve">________    </w:t>
      </w:r>
    </w:p>
    <w:p w14:paraId="73124015" w14:textId="77777777" w:rsidR="007553FE" w:rsidRPr="00DA6422" w:rsidRDefault="007553FE">
      <w:pPr>
        <w:rPr>
          <w:lang w:val="nb-NO"/>
        </w:rPr>
      </w:pPr>
    </w:p>
    <w:p w14:paraId="1E316D8D" w14:textId="77777777" w:rsidR="007553FE" w:rsidRPr="00DA6422" w:rsidRDefault="005A3995">
      <w:pPr>
        <w:pStyle w:val="Overskrift3"/>
        <w:rPr>
          <w:sz w:val="26"/>
          <w:szCs w:val="26"/>
          <w:lang w:val="nb-NO"/>
        </w:rPr>
      </w:pPr>
      <w:r w:rsidRPr="00DA6422">
        <w:rPr>
          <w:sz w:val="26"/>
          <w:szCs w:val="26"/>
          <w:lang w:val="nb-NO"/>
        </w:rPr>
        <w:t>Informasjon om utfylling av egenvurdering</w:t>
      </w:r>
    </w:p>
    <w:p w14:paraId="7A85F865" w14:textId="56440935" w:rsidR="007C79AB" w:rsidRPr="00DA6422" w:rsidRDefault="002A0082" w:rsidP="002A0082">
      <w:pPr>
        <w:rPr>
          <w:rFonts w:ascii="Arial" w:hAnsi="Arial" w:cs="Arial"/>
          <w:lang w:val="nb-NO"/>
        </w:rPr>
      </w:pPr>
      <w:r w:rsidRPr="00DA6422">
        <w:rPr>
          <w:rFonts w:ascii="Arial" w:hAnsi="Arial" w:cs="Arial"/>
          <w:lang w:val="nb-NO"/>
        </w:rPr>
        <w:t>Faglig ledelse</w:t>
      </w:r>
      <w:r w:rsidR="0005530E">
        <w:rPr>
          <w:rFonts w:ascii="Arial" w:hAnsi="Arial" w:cs="Arial"/>
          <w:lang w:val="nb-NO"/>
        </w:rPr>
        <w:t>/faglig fordypning</w:t>
      </w:r>
      <w:r w:rsidRPr="00DA6422">
        <w:rPr>
          <w:rFonts w:ascii="Arial" w:hAnsi="Arial" w:cs="Arial"/>
          <w:lang w:val="nb-NO"/>
        </w:rPr>
        <w:t xml:space="preserve"> i bilfag handler om å lede og utvikle verkstedets faglige arbeid i tråd med krav til kvalitet, sikkerhet og regelverk. Det omfatter planlegging, drift, kundebehandling, logistikk og kontinuerlig forbedring av verkstedets tjenester.</w:t>
      </w:r>
      <w:r w:rsidR="007C79AB" w:rsidRPr="00DA6422">
        <w:rPr>
          <w:rFonts w:ascii="Arial" w:hAnsi="Arial" w:cs="Arial"/>
          <w:lang w:val="nb-NO"/>
        </w:rPr>
        <w:t xml:space="preserve"> </w:t>
      </w:r>
      <w:r w:rsidR="000A5225">
        <w:rPr>
          <w:rFonts w:ascii="Arial" w:hAnsi="Arial" w:cs="Arial"/>
          <w:lang w:val="nb-NO"/>
        </w:rPr>
        <w:t>Fagområdene</w:t>
      </w:r>
      <w:r w:rsidRPr="00DA6422">
        <w:rPr>
          <w:rFonts w:ascii="Arial" w:hAnsi="Arial" w:cs="Arial"/>
          <w:lang w:val="nb-NO"/>
        </w:rPr>
        <w:t xml:space="preserve"> innebærer også å ta ansvar for faglige beslutninger, kompetanseutvikling og utvikling av verkstedet i møte med endringer i bilbransjen</w:t>
      </w:r>
      <w:r w:rsidR="00694DA9" w:rsidRPr="00DA6422">
        <w:rPr>
          <w:rFonts w:ascii="Arial" w:hAnsi="Arial" w:cs="Arial"/>
          <w:lang w:val="nb-NO"/>
        </w:rPr>
        <w:t xml:space="preserve">. </w:t>
      </w:r>
    </w:p>
    <w:p w14:paraId="694480E1" w14:textId="34170B1B" w:rsidR="007553FE" w:rsidRPr="00DA6422" w:rsidRDefault="005A3995" w:rsidP="002A0082">
      <w:pPr>
        <w:rPr>
          <w:rFonts w:ascii="Arial" w:hAnsi="Arial" w:cs="Arial"/>
          <w:lang w:val="nb-NO"/>
        </w:rPr>
      </w:pPr>
      <w:r w:rsidRPr="00DA6422">
        <w:rPr>
          <w:rFonts w:ascii="Arial" w:hAnsi="Arial" w:cs="Arial"/>
          <w:lang w:val="nb-NO"/>
        </w:rPr>
        <w:t>I egenvurderingen skal du selv beskrive kompetansen du har opparbeidet deg i faglig ledelse</w:t>
      </w:r>
      <w:r w:rsidR="000A5225">
        <w:rPr>
          <w:rFonts w:ascii="Arial" w:hAnsi="Arial" w:cs="Arial"/>
          <w:lang w:val="nb-NO"/>
        </w:rPr>
        <w:t>/faglig fordypning</w:t>
      </w:r>
      <w:r w:rsidRPr="00DA6422">
        <w:rPr>
          <w:rFonts w:ascii="Arial" w:hAnsi="Arial" w:cs="Arial"/>
          <w:lang w:val="nb-NO"/>
        </w:rPr>
        <w:t xml:space="preserve">. Dette innebærer at du skal forklare og beskrive hvilke erfaringer du har gjort deg relatert til læringsutbyttene som fremkommer i </w:t>
      </w:r>
      <w:hyperlink r:id="rId11" w:history="1">
        <w:r w:rsidRPr="00DA6422">
          <w:rPr>
            <w:rStyle w:val="Hyperkobling"/>
            <w:rFonts w:ascii="Arial" w:hAnsi="Arial" w:cs="Arial"/>
            <w:lang w:val="nb-NO"/>
          </w:rPr>
          <w:t>studieplanen</w:t>
        </w:r>
      </w:hyperlink>
      <w:r w:rsidR="00D00B9A" w:rsidRPr="00D00B9A">
        <w:rPr>
          <w:rStyle w:val="Hyperkobling"/>
          <w:rFonts w:ascii="Arial" w:hAnsi="Arial" w:cs="Arial"/>
          <w:lang w:val="nb-NO"/>
        </w:rPr>
        <w:t>e</w:t>
      </w:r>
      <w:r w:rsidR="004B1219" w:rsidRPr="00DA6422">
        <w:rPr>
          <w:lang w:val="nb-NO"/>
        </w:rPr>
        <w:t xml:space="preserve"> (trykk på lenken)</w:t>
      </w:r>
      <w:r w:rsidRPr="00DA6422">
        <w:rPr>
          <w:rFonts w:ascii="Arial" w:hAnsi="Arial" w:cs="Arial"/>
          <w:lang w:val="nb-NO"/>
        </w:rPr>
        <w:t>. Vi anbefaler at du gjør deg kjent med studieplanen</w:t>
      </w:r>
      <w:r w:rsidR="004B363D">
        <w:rPr>
          <w:rFonts w:ascii="Arial" w:hAnsi="Arial" w:cs="Arial"/>
          <w:lang w:val="nb-NO"/>
        </w:rPr>
        <w:t>e</w:t>
      </w:r>
      <w:r w:rsidRPr="00DA6422">
        <w:rPr>
          <w:rFonts w:ascii="Arial" w:hAnsi="Arial" w:cs="Arial"/>
          <w:lang w:val="nb-NO"/>
        </w:rPr>
        <w:t xml:space="preserve"> før du begynner å utarbeide egenvurderingen.</w:t>
      </w:r>
    </w:p>
    <w:p w14:paraId="05A85F85" w14:textId="77777777" w:rsidR="005F2FF6" w:rsidRPr="00DA6422" w:rsidRDefault="005F2FF6" w:rsidP="005F2FF6">
      <w:pPr>
        <w:pStyle w:val="Overskrift2"/>
        <w:rPr>
          <w:lang w:val="nb-NO"/>
        </w:rPr>
      </w:pPr>
      <w:r w:rsidRPr="00DA6422">
        <w:rPr>
          <w:lang w:val="nb-NO"/>
        </w:rPr>
        <w:t>Når du skriver egenvurderingen, anbefales følgende fremgangsmåte:</w:t>
      </w:r>
    </w:p>
    <w:p w14:paraId="27651403" w14:textId="6CA53634" w:rsidR="005F2FF6" w:rsidRPr="00DA6422" w:rsidRDefault="005F2FF6" w:rsidP="005F2FF6">
      <w:pPr>
        <w:numPr>
          <w:ilvl w:val="0"/>
          <w:numId w:val="3"/>
        </w:numPr>
        <w:spacing w:after="0" w:line="240" w:lineRule="auto"/>
        <w:rPr>
          <w:rFonts w:ascii="Arial" w:hAnsi="Arial" w:cs="Arial"/>
          <w:lang w:val="nb-NO"/>
        </w:rPr>
      </w:pPr>
      <w:r w:rsidRPr="00DA6422">
        <w:rPr>
          <w:rFonts w:ascii="Arial" w:hAnsi="Arial" w:cs="Arial"/>
          <w:lang w:val="nb-NO"/>
        </w:rPr>
        <w:t>Ta utgangspunkt i hvert hovedtema og tilhørende innhold</w:t>
      </w:r>
      <w:r w:rsidR="00274496" w:rsidRPr="00DA6422">
        <w:rPr>
          <w:rFonts w:ascii="Arial" w:hAnsi="Arial" w:cs="Arial"/>
          <w:lang w:val="nb-NO"/>
        </w:rPr>
        <w:t xml:space="preserve">. Hovedtemaene utgjør en helhet som samlet uttrykker den fagspesifikke kompetansen til en mester. </w:t>
      </w:r>
    </w:p>
    <w:p w14:paraId="6BBD6E62" w14:textId="77777777" w:rsidR="005F2FF6" w:rsidRPr="00DA6422" w:rsidRDefault="005F2FF6" w:rsidP="005F2FF6">
      <w:pPr>
        <w:numPr>
          <w:ilvl w:val="0"/>
          <w:numId w:val="3"/>
        </w:numPr>
        <w:spacing w:after="0" w:line="240" w:lineRule="auto"/>
        <w:rPr>
          <w:rFonts w:ascii="Arial" w:hAnsi="Arial" w:cs="Arial"/>
          <w:lang w:val="nb-NO"/>
        </w:rPr>
      </w:pPr>
      <w:r w:rsidRPr="00DA6422">
        <w:rPr>
          <w:rFonts w:ascii="Arial" w:hAnsi="Arial" w:cs="Arial"/>
          <w:lang w:val="nb-NO"/>
        </w:rPr>
        <w:t>Beskriv egen yrkeserfaring med eksempler fra arbeidshverdagen</w:t>
      </w:r>
    </w:p>
    <w:p w14:paraId="5D40A7C0" w14:textId="77777777" w:rsidR="005F2FF6" w:rsidRPr="00DA6422" w:rsidRDefault="005F2FF6" w:rsidP="005F2FF6">
      <w:pPr>
        <w:numPr>
          <w:ilvl w:val="0"/>
          <w:numId w:val="3"/>
        </w:numPr>
        <w:spacing w:after="0" w:line="240" w:lineRule="auto"/>
        <w:rPr>
          <w:rFonts w:ascii="Arial" w:hAnsi="Arial" w:cs="Arial"/>
          <w:lang w:val="nb-NO"/>
        </w:rPr>
      </w:pPr>
      <w:r w:rsidRPr="00DA6422">
        <w:rPr>
          <w:rFonts w:ascii="Arial" w:hAnsi="Arial" w:cs="Arial"/>
          <w:lang w:val="nb-NO"/>
        </w:rPr>
        <w:t xml:space="preserve">Forklar: </w:t>
      </w:r>
    </w:p>
    <w:p w14:paraId="14705E39" w14:textId="77777777" w:rsidR="005F2FF6" w:rsidRPr="00DA6422" w:rsidRDefault="005F2FF6" w:rsidP="005F2FF6">
      <w:pPr>
        <w:numPr>
          <w:ilvl w:val="1"/>
          <w:numId w:val="3"/>
        </w:numPr>
        <w:spacing w:after="0" w:line="240" w:lineRule="auto"/>
        <w:rPr>
          <w:rFonts w:ascii="Arial" w:hAnsi="Arial" w:cs="Arial"/>
          <w:lang w:val="nb-NO"/>
        </w:rPr>
      </w:pPr>
      <w:r w:rsidRPr="00DA6422">
        <w:rPr>
          <w:rFonts w:ascii="Arial" w:hAnsi="Arial" w:cs="Arial"/>
          <w:lang w:val="nb-NO"/>
        </w:rPr>
        <w:t>hva du gjør</w:t>
      </w:r>
    </w:p>
    <w:p w14:paraId="35DB72A5" w14:textId="77777777" w:rsidR="005F2FF6" w:rsidRPr="00DA6422" w:rsidRDefault="005F2FF6" w:rsidP="005F2FF6">
      <w:pPr>
        <w:numPr>
          <w:ilvl w:val="1"/>
          <w:numId w:val="3"/>
        </w:numPr>
        <w:spacing w:after="0" w:line="240" w:lineRule="auto"/>
        <w:rPr>
          <w:rFonts w:ascii="Arial" w:hAnsi="Arial" w:cs="Arial"/>
          <w:lang w:val="nb-NO"/>
        </w:rPr>
      </w:pPr>
      <w:r w:rsidRPr="00DA6422">
        <w:rPr>
          <w:rFonts w:ascii="Arial" w:hAnsi="Arial" w:cs="Arial"/>
          <w:lang w:val="nb-NO"/>
        </w:rPr>
        <w:t>hvordan du gjør det</w:t>
      </w:r>
    </w:p>
    <w:p w14:paraId="3EC9F7C9" w14:textId="77777777" w:rsidR="005F2FF6" w:rsidRPr="00DA6422" w:rsidRDefault="005F2FF6" w:rsidP="005F2FF6">
      <w:pPr>
        <w:numPr>
          <w:ilvl w:val="1"/>
          <w:numId w:val="3"/>
        </w:numPr>
        <w:spacing w:after="0" w:line="240" w:lineRule="auto"/>
        <w:rPr>
          <w:rFonts w:ascii="Arial" w:hAnsi="Arial" w:cs="Arial"/>
          <w:lang w:val="nb-NO"/>
        </w:rPr>
      </w:pPr>
      <w:r w:rsidRPr="00DA6422">
        <w:rPr>
          <w:rFonts w:ascii="Arial" w:hAnsi="Arial" w:cs="Arial"/>
          <w:lang w:val="nb-NO"/>
        </w:rPr>
        <w:t>hvorfor du gjør det på denne måten</w:t>
      </w:r>
    </w:p>
    <w:p w14:paraId="6533BDAC" w14:textId="77777777" w:rsidR="005F2FF6" w:rsidRDefault="005F2FF6" w:rsidP="005F2FF6">
      <w:pPr>
        <w:rPr>
          <w:rFonts w:ascii="Arial" w:hAnsi="Arial" w:cs="Arial"/>
          <w:lang w:val="nb-NO"/>
        </w:rPr>
      </w:pPr>
    </w:p>
    <w:p w14:paraId="7E4F484E" w14:textId="2183C016" w:rsidR="00015E83" w:rsidRPr="00DA6422" w:rsidRDefault="000C6415" w:rsidP="005F2FF6">
      <w:pPr>
        <w:rPr>
          <w:rFonts w:ascii="Arial" w:hAnsi="Arial" w:cs="Arial"/>
          <w:lang w:val="nb-NO"/>
        </w:rPr>
      </w:pPr>
      <w:r>
        <w:rPr>
          <w:rFonts w:ascii="Arial" w:hAnsi="Arial" w:cs="Arial"/>
          <w:lang w:val="nb-NO"/>
        </w:rPr>
        <w:t>I</w:t>
      </w:r>
      <w:r w:rsidR="00CF696F">
        <w:rPr>
          <w:rFonts w:ascii="Arial" w:hAnsi="Arial" w:cs="Arial"/>
          <w:lang w:val="nb-NO"/>
        </w:rPr>
        <w:t xml:space="preserve"> modulen</w:t>
      </w:r>
      <w:r w:rsidR="000C184F" w:rsidRPr="000C184F">
        <w:rPr>
          <w:rFonts w:ascii="Arial" w:hAnsi="Arial" w:cs="Arial"/>
          <w:lang w:val="nb-NO"/>
        </w:rPr>
        <w:t xml:space="preserve"> </w:t>
      </w:r>
      <w:r w:rsidR="000C184F" w:rsidRPr="000C184F">
        <w:rPr>
          <w:rFonts w:ascii="Arial" w:hAnsi="Arial" w:cs="Arial"/>
          <w:b/>
          <w:bCs/>
          <w:lang w:val="nb-NO"/>
        </w:rPr>
        <w:t>Prosjekter og prosjektledelse i bilverksteder</w:t>
      </w:r>
      <w:r w:rsidR="000C184F" w:rsidRPr="000C184F">
        <w:rPr>
          <w:rFonts w:ascii="Arial" w:hAnsi="Arial" w:cs="Arial"/>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w:t>
      </w:r>
      <w:r w:rsidR="000C184F">
        <w:rPr>
          <w:rFonts w:ascii="Arial" w:hAnsi="Arial" w:cs="Arial"/>
          <w:lang w:val="nb-NO"/>
        </w:rPr>
        <w:t xml:space="preserve"> </w:t>
      </w:r>
      <w:r w:rsidR="0054000E">
        <w:rPr>
          <w:rFonts w:ascii="Arial" w:hAnsi="Arial" w:cs="Arial"/>
          <w:lang w:val="nb-NO"/>
        </w:rPr>
        <w:t xml:space="preserve">Dette vil dekke mesterutdanningens fagområde faglig fordypning – mesteroppgaven. </w:t>
      </w:r>
    </w:p>
    <w:p w14:paraId="0D005FA8" w14:textId="77777777" w:rsidR="005F2FF6" w:rsidRPr="00DA6422" w:rsidRDefault="005F2FF6" w:rsidP="005F2FF6">
      <w:pPr>
        <w:rPr>
          <w:rFonts w:ascii="Arial" w:hAnsi="Arial" w:cs="Arial"/>
          <w:lang w:val="nb-NO"/>
        </w:rPr>
      </w:pPr>
      <w:r w:rsidRPr="00DA6422">
        <w:rPr>
          <w:rFonts w:ascii="Arial" w:hAnsi="Arial" w:cs="Arial"/>
          <w:lang w:val="nb-NO"/>
        </w:rPr>
        <w:t>Det er viktig at beskrivelsene dine viser forståelse, refleksjon og sammenheng, ikke bare opplisting av oppgaver.</w:t>
      </w:r>
    </w:p>
    <w:p w14:paraId="43653623" w14:textId="77777777" w:rsidR="007553FE" w:rsidRPr="00DA6422" w:rsidRDefault="005A3995">
      <w:pPr>
        <w:pStyle w:val="Overskrift3"/>
        <w:rPr>
          <w:lang w:val="nb-NO"/>
        </w:rPr>
      </w:pPr>
      <w:r w:rsidRPr="00DA6422">
        <w:rPr>
          <w:sz w:val="26"/>
          <w:szCs w:val="26"/>
          <w:lang w:val="nb-NO"/>
        </w:rPr>
        <w:t>Ved vurdering av egenvurderingen legges det særlig vekt på om du:</w:t>
      </w:r>
    </w:p>
    <w:p w14:paraId="1CDAC072" w14:textId="77777777" w:rsidR="007553FE" w:rsidRPr="00DA6422" w:rsidRDefault="005A3995" w:rsidP="00FA167E">
      <w:pPr>
        <w:pStyle w:val="Listeavsnitt"/>
        <w:numPr>
          <w:ilvl w:val="0"/>
          <w:numId w:val="8"/>
        </w:numPr>
        <w:rPr>
          <w:rFonts w:ascii="Arial" w:hAnsi="Arial" w:cs="Arial"/>
          <w:lang w:val="nb-NO"/>
        </w:rPr>
      </w:pPr>
      <w:r w:rsidRPr="00DA6422">
        <w:rPr>
          <w:rFonts w:ascii="Arial" w:hAnsi="Arial" w:cs="Arial"/>
          <w:lang w:val="nb-NO"/>
        </w:rPr>
        <w:t>dokumenterer relevant og tilstrekkelig praksis</w:t>
      </w:r>
    </w:p>
    <w:p w14:paraId="0F15A631" w14:textId="77777777" w:rsidR="007553FE" w:rsidRPr="00DA6422" w:rsidRDefault="005A3995" w:rsidP="00FA167E">
      <w:pPr>
        <w:pStyle w:val="Listeavsnitt"/>
        <w:numPr>
          <w:ilvl w:val="0"/>
          <w:numId w:val="8"/>
        </w:numPr>
        <w:rPr>
          <w:rFonts w:ascii="Arial" w:hAnsi="Arial" w:cs="Arial"/>
          <w:lang w:val="nb-NO"/>
        </w:rPr>
      </w:pPr>
      <w:r w:rsidRPr="00DA6422">
        <w:rPr>
          <w:rFonts w:ascii="Arial" w:hAnsi="Arial" w:cs="Arial"/>
          <w:lang w:val="nb-NO"/>
        </w:rPr>
        <w:t>viser helhetlig forståelse for rollen som faglig leder</w:t>
      </w:r>
    </w:p>
    <w:p w14:paraId="4C9551EF" w14:textId="77777777" w:rsidR="007553FE" w:rsidRPr="00DA6422" w:rsidRDefault="005A3995" w:rsidP="00FA167E">
      <w:pPr>
        <w:pStyle w:val="Listeavsnitt"/>
        <w:numPr>
          <w:ilvl w:val="0"/>
          <w:numId w:val="8"/>
        </w:numPr>
        <w:rPr>
          <w:rFonts w:ascii="Arial" w:hAnsi="Arial" w:cs="Arial"/>
          <w:lang w:val="nb-NO"/>
        </w:rPr>
      </w:pPr>
      <w:r w:rsidRPr="00DA6422">
        <w:rPr>
          <w:rFonts w:ascii="Arial" w:hAnsi="Arial" w:cs="Arial"/>
          <w:lang w:val="nb-NO"/>
        </w:rPr>
        <w:t>kan begrunne valg og handlinger i egen praksis</w:t>
      </w:r>
    </w:p>
    <w:p w14:paraId="17751724" w14:textId="77777777" w:rsidR="007553FE" w:rsidRPr="00DA6422" w:rsidRDefault="005A3995" w:rsidP="00FA167E">
      <w:pPr>
        <w:pStyle w:val="Listeavsnitt"/>
        <w:numPr>
          <w:ilvl w:val="0"/>
          <w:numId w:val="8"/>
        </w:numPr>
        <w:rPr>
          <w:rFonts w:ascii="Arial" w:hAnsi="Arial" w:cs="Arial"/>
          <w:lang w:val="nb-NO"/>
        </w:rPr>
      </w:pPr>
      <w:r w:rsidRPr="00DA6422">
        <w:rPr>
          <w:rFonts w:ascii="Arial" w:hAnsi="Arial" w:cs="Arial"/>
          <w:lang w:val="nb-NO"/>
        </w:rPr>
        <w:t>viser at kompetansen er tilsvarende det som kreves i mesterutdanningen</w:t>
      </w:r>
    </w:p>
    <w:p w14:paraId="02058757" w14:textId="77777777" w:rsidR="007553FE" w:rsidRPr="00DA6422" w:rsidRDefault="005A3995">
      <w:pPr>
        <w:rPr>
          <w:rFonts w:ascii="Arial" w:hAnsi="Arial" w:cs="Arial"/>
          <w:lang w:val="nb-NO"/>
        </w:rPr>
      </w:pPr>
      <w:r w:rsidRPr="00DA6422">
        <w:rPr>
          <w:rFonts w:ascii="Arial" w:hAnsi="Arial" w:cs="Arial"/>
          <w:lang w:val="nb-NO"/>
        </w:rPr>
        <w:t>Det er kvaliteten på beskrivelsene som vurderes, ikke omfang eller bruk av fagterminologi.</w:t>
      </w:r>
    </w:p>
    <w:p w14:paraId="4517BF34" w14:textId="77777777" w:rsidR="000C4976" w:rsidRPr="00DA6422" w:rsidRDefault="000C4976" w:rsidP="000C4976">
      <w:pPr>
        <w:pStyle w:val="Overskrift2"/>
        <w:rPr>
          <w:rFonts w:cs="Arial"/>
          <w:b w:val="0"/>
          <w:lang w:val="nb-NO"/>
        </w:rPr>
      </w:pPr>
      <w:r w:rsidRPr="00DA6422">
        <w:rPr>
          <w:lang w:val="nb-NO"/>
        </w:rPr>
        <w:lastRenderedPageBreak/>
        <w:t>Dokumentasjon og vedlegg</w:t>
      </w:r>
    </w:p>
    <w:p w14:paraId="3B0F0AA7" w14:textId="77777777" w:rsidR="000C4976" w:rsidRPr="00DA6422" w:rsidRDefault="000C4976" w:rsidP="000C4976">
      <w:pPr>
        <w:rPr>
          <w:rFonts w:ascii="Arial" w:hAnsi="Arial" w:cs="Arial"/>
          <w:lang w:val="nb-NO"/>
        </w:rPr>
      </w:pPr>
      <w:r w:rsidRPr="00DA6422">
        <w:rPr>
          <w:rFonts w:ascii="Arial" w:hAnsi="Arial" w:cs="Arial"/>
          <w:lang w:val="nb-NO"/>
        </w:rPr>
        <w:t>Når det gjelder dokumentasjon til egenvurderingene skal denne bygge opp under den kompetansen du beskriver, og det må være sammenheng mellom dine opplysninger og det som dokumenteres.  </w:t>
      </w:r>
      <w:r w:rsidRPr="00DA6422">
        <w:rPr>
          <w:rFonts w:ascii="Arial" w:hAnsi="Arial" w:cs="Arial"/>
          <w:b/>
          <w:bCs/>
          <w:lang w:val="nb-NO"/>
        </w:rPr>
        <w:t>I beskrivelsen må du henvise til vedlegg som dokumenterer dine beskrivelser. Det er viktig at all dokumentasjon er tydelig nummerert. </w:t>
      </w:r>
      <w:r w:rsidRPr="00DA6422">
        <w:rPr>
          <w:rFonts w:ascii="Arial" w:hAnsi="Arial" w:cs="Arial"/>
          <w:lang w:val="nb-NO"/>
        </w:rPr>
        <w:t> </w:t>
      </w:r>
    </w:p>
    <w:p w14:paraId="799F8E6D" w14:textId="77777777" w:rsidR="00124C34" w:rsidRPr="00DA6422" w:rsidRDefault="00124C34" w:rsidP="00124C34">
      <w:pPr>
        <w:pStyle w:val="Overskrift2"/>
        <w:rPr>
          <w:rFonts w:cs="Arial"/>
          <w:b w:val="0"/>
          <w:lang w:val="nb-NO"/>
        </w:rPr>
      </w:pPr>
      <w:r w:rsidRPr="00DA6422">
        <w:rPr>
          <w:lang w:val="nb-NO"/>
        </w:rPr>
        <w:t>Viktig å være oppmerksom på</w:t>
      </w:r>
    </w:p>
    <w:p w14:paraId="7927D937" w14:textId="77777777" w:rsidR="00124C34" w:rsidRPr="00DA6422" w:rsidRDefault="00124C34" w:rsidP="00124C34">
      <w:pPr>
        <w:numPr>
          <w:ilvl w:val="0"/>
          <w:numId w:val="10"/>
        </w:numPr>
        <w:spacing w:after="0" w:line="240" w:lineRule="auto"/>
        <w:rPr>
          <w:rFonts w:ascii="Arial" w:hAnsi="Arial" w:cs="Arial"/>
          <w:lang w:val="nb-NO"/>
        </w:rPr>
      </w:pPr>
      <w:r w:rsidRPr="00DA6422">
        <w:rPr>
          <w:rFonts w:ascii="Arial" w:hAnsi="Arial" w:cs="Arial"/>
          <w:lang w:val="nb-NO"/>
        </w:rPr>
        <w:t>Egenvurderingen må være basert på egen erfaring og egen formulering</w:t>
      </w:r>
    </w:p>
    <w:p w14:paraId="08C5094C" w14:textId="77777777" w:rsidR="00124C34" w:rsidRPr="00DA6422" w:rsidRDefault="00124C34" w:rsidP="00124C34">
      <w:pPr>
        <w:numPr>
          <w:ilvl w:val="0"/>
          <w:numId w:val="10"/>
        </w:numPr>
        <w:spacing w:after="0" w:line="240" w:lineRule="auto"/>
        <w:rPr>
          <w:rFonts w:ascii="Arial" w:hAnsi="Arial" w:cs="Arial"/>
          <w:lang w:val="nb-NO"/>
        </w:rPr>
      </w:pPr>
      <w:r w:rsidRPr="00DA6422">
        <w:rPr>
          <w:rFonts w:ascii="Arial" w:hAnsi="Arial" w:cs="Arial"/>
          <w:lang w:val="nb-NO"/>
        </w:rPr>
        <w:t>Det er ikke tillatt å få bistand fra konsulenter eller andre til å skrive søknaden</w:t>
      </w:r>
    </w:p>
    <w:p w14:paraId="6FA4E7D0" w14:textId="59CF1B20" w:rsidR="007553FE" w:rsidRPr="00DA6422" w:rsidRDefault="00124C34" w:rsidP="005A3995">
      <w:pPr>
        <w:numPr>
          <w:ilvl w:val="0"/>
          <w:numId w:val="10"/>
        </w:numPr>
        <w:spacing w:after="0" w:line="240" w:lineRule="auto"/>
        <w:rPr>
          <w:lang w:val="nb-NO"/>
        </w:rPr>
      </w:pPr>
      <w:r w:rsidRPr="00DA6422">
        <w:rPr>
          <w:rFonts w:ascii="Arial" w:hAnsi="Arial" w:cs="Arial"/>
          <w:lang w:val="nb-NO"/>
        </w:rPr>
        <w:t>Realkompetanse er et snevert unntak fra utdanningsløpet og stiller høye krav til dokumentasjon og refleksjon</w:t>
      </w:r>
      <w:r w:rsidR="005A3995" w:rsidRPr="00DA6422">
        <w:rPr>
          <w:lang w:val="nb-NO"/>
        </w:rPr>
        <w:br w:type="page"/>
      </w:r>
    </w:p>
    <w:p w14:paraId="245E180A" w14:textId="77777777" w:rsidR="007553FE" w:rsidRPr="00DA6422" w:rsidRDefault="005A3995">
      <w:pPr>
        <w:rPr>
          <w:lang w:val="nb-NO"/>
        </w:rPr>
      </w:pPr>
      <w:r w:rsidRPr="00DA6422">
        <w:rPr>
          <w:b/>
          <w:lang w:val="nb-NO"/>
        </w:rPr>
        <w:lastRenderedPageBreak/>
        <w:t>Modul: Faglig ledelse, drift og utvikling av bilverksteder</w:t>
      </w:r>
    </w:p>
    <w:p w14:paraId="57812310" w14:textId="77777777" w:rsidR="00FA04D8" w:rsidRPr="00DA6422" w:rsidRDefault="00FA04D8" w:rsidP="00FA04D8">
      <w:pPr>
        <w:pStyle w:val="Overskrift2"/>
        <w:rPr>
          <w:kern w:val="2"/>
          <w:lang w:val="nb-NO" w:eastAsia="nb-NO"/>
          <w14:ligatures w14:val="standardContextual"/>
        </w:rPr>
      </w:pPr>
      <w:r w:rsidRPr="00DA6422">
        <w:rPr>
          <w:lang w:val="nb-NO"/>
        </w:rPr>
        <w:t>1. Bilbransjens utvikling og rammebetingelser</w:t>
      </w:r>
    </w:p>
    <w:p w14:paraId="269594D0" w14:textId="48A3DB14" w:rsidR="00132605" w:rsidRDefault="00132605">
      <w:pPr>
        <w:rPr>
          <w:kern w:val="2"/>
          <w:lang w:val="nb-NO" w:eastAsia="nb-NO"/>
          <w14:ligatures w14:val="standardContextual"/>
        </w:rPr>
      </w:pPr>
    </w:p>
    <w:tbl>
      <w:tblPr>
        <w:tblStyle w:val="Tabellrutenett"/>
        <w:tblW w:w="0" w:type="auto"/>
        <w:tblLook w:val="04A0" w:firstRow="1" w:lastRow="0" w:firstColumn="1" w:lastColumn="0" w:noHBand="0" w:noVBand="1"/>
      </w:tblPr>
      <w:tblGrid>
        <w:gridCol w:w="4433"/>
        <w:gridCol w:w="4629"/>
      </w:tblGrid>
      <w:tr w:rsidR="009C47F6" w:rsidRPr="00F54D36" w14:paraId="574E64CF" w14:textId="77777777">
        <w:tc>
          <w:tcPr>
            <w:tcW w:w="4981" w:type="dxa"/>
          </w:tcPr>
          <w:p w14:paraId="280A04DC" w14:textId="77777777" w:rsidR="009C47F6" w:rsidRPr="00DA6422" w:rsidRDefault="009C47F6" w:rsidP="009C47F6">
            <w:pPr>
              <w:spacing w:after="40"/>
              <w:rPr>
                <w:kern w:val="2"/>
                <w:lang w:val="nb-NO" w:eastAsia="nb-NO"/>
                <w14:ligatures w14:val="standardContextual"/>
              </w:rPr>
            </w:pPr>
            <w:r w:rsidRPr="00DA6422">
              <w:rPr>
                <w:b/>
                <w:bCs/>
                <w:sz w:val="20"/>
                <w:szCs w:val="20"/>
                <w:lang w:val="nb-NO"/>
              </w:rPr>
              <w:t>Hovedtema</w:t>
            </w:r>
          </w:p>
          <w:p w14:paraId="236933DB" w14:textId="77777777" w:rsidR="009C47F6" w:rsidRPr="00DA6422" w:rsidRDefault="009C47F6" w:rsidP="009C47F6">
            <w:pPr>
              <w:rPr>
                <w:lang w:val="nb-NO"/>
              </w:rPr>
            </w:pPr>
            <w:r w:rsidRPr="00DA6422">
              <w:rPr>
                <w:sz w:val="20"/>
                <w:szCs w:val="20"/>
                <w:lang w:val="nb-NO"/>
              </w:rPr>
              <w:t>Hovedtemaet handler om bilbransjens utvikling over tid og om hvilke rammebetingelser og spesielle forhold bransjen jobber under i dag.</w:t>
            </w:r>
          </w:p>
          <w:p w14:paraId="15F71A6C" w14:textId="77777777" w:rsidR="009C47F6" w:rsidRPr="00DA6422" w:rsidRDefault="009C47F6" w:rsidP="009C47F6">
            <w:pPr>
              <w:rPr>
                <w:sz w:val="20"/>
                <w:szCs w:val="20"/>
                <w:lang w:val="nb-NO"/>
              </w:rPr>
            </w:pPr>
          </w:p>
          <w:p w14:paraId="1D76D33A" w14:textId="43BD6E1C" w:rsidR="009C47F6" w:rsidRPr="009C47F6" w:rsidRDefault="009C47F6" w:rsidP="009C47F6">
            <w:pPr>
              <w:rPr>
                <w:sz w:val="20"/>
                <w:szCs w:val="20"/>
                <w:lang w:val="nb-NO"/>
              </w:rPr>
            </w:pPr>
            <w:r w:rsidRPr="00DA6422">
              <w:rPr>
                <w:sz w:val="20"/>
                <w:szCs w:val="20"/>
                <w:lang w:val="nb-NO"/>
              </w:rPr>
              <w:t>Verktøy som støtte for endringsprosesser og utvikling inngår i hovedtemaet. Det gjør også betydningen av en endringsorientert bedriftskultur.</w:t>
            </w:r>
          </w:p>
        </w:tc>
        <w:tc>
          <w:tcPr>
            <w:tcW w:w="4981" w:type="dxa"/>
          </w:tcPr>
          <w:p w14:paraId="130BDFF8" w14:textId="77777777" w:rsidR="007E7A46" w:rsidRPr="006509BF" w:rsidRDefault="007E7A46" w:rsidP="007E7A46">
            <w:pPr>
              <w:spacing w:after="40"/>
              <w:rPr>
                <w:b/>
                <w:sz w:val="20"/>
                <w:lang w:val="nb-NO"/>
              </w:rPr>
            </w:pPr>
            <w:r w:rsidRPr="006509BF">
              <w:rPr>
                <w:b/>
                <w:sz w:val="20"/>
                <w:lang w:val="nb-NO"/>
              </w:rPr>
              <w:t>Innhold</w:t>
            </w:r>
          </w:p>
          <w:p w14:paraId="0921619D" w14:textId="77777777" w:rsidR="009C47F6" w:rsidRPr="006509BF" w:rsidRDefault="009C47F6" w:rsidP="006509BF">
            <w:pPr>
              <w:spacing w:after="40"/>
              <w:rPr>
                <w:b/>
                <w:sz w:val="20"/>
                <w:lang w:val="nb-NO"/>
              </w:rPr>
            </w:pPr>
          </w:p>
          <w:p w14:paraId="5C6ABDFA"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utviklingen i bilbransjen</w:t>
            </w:r>
          </w:p>
          <w:p w14:paraId="06071A55"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rammebetingelser</w:t>
            </w:r>
          </w:p>
          <w:p w14:paraId="5989E1AE"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krav til godkjent bilverksted</w:t>
            </w:r>
          </w:p>
          <w:p w14:paraId="19A3AFE6"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krav til periodisk kjøretøykontroll</w:t>
            </w:r>
          </w:p>
          <w:p w14:paraId="379FBC4F"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importørkrav</w:t>
            </w:r>
          </w:p>
          <w:p w14:paraId="0607ED8E"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lov om håndverkertjenester</w:t>
            </w:r>
          </w:p>
          <w:p w14:paraId="793125AB"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produktansvar</w:t>
            </w:r>
          </w:p>
          <w:p w14:paraId="6D7EFD17"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kjøps-, salgs- og kjedesamarbeidsformer i bilbransjen</w:t>
            </w:r>
          </w:p>
          <w:p w14:paraId="3BC051D1"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kjededannelser og merkeverksteder</w:t>
            </w:r>
          </w:p>
          <w:p w14:paraId="5C0F9F82"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aktører og organisasjoner</w:t>
            </w:r>
          </w:p>
          <w:p w14:paraId="5E671D3C" w14:textId="77777777" w:rsidR="007A47F8" w:rsidRPr="006509BF" w:rsidRDefault="007A47F8" w:rsidP="006509BF">
            <w:pPr>
              <w:pStyle w:val="Listeavsnitt"/>
              <w:numPr>
                <w:ilvl w:val="0"/>
                <w:numId w:val="45"/>
              </w:numPr>
              <w:spacing w:after="40"/>
              <w:rPr>
                <w:bCs/>
                <w:sz w:val="20"/>
                <w:lang w:val="nb-NO"/>
              </w:rPr>
            </w:pPr>
            <w:r w:rsidRPr="006509BF">
              <w:rPr>
                <w:bCs/>
                <w:sz w:val="20"/>
                <w:lang w:val="nb-NO"/>
              </w:rPr>
              <w:t>verktøy og metoder for utvikling av bilverksteder</w:t>
            </w:r>
          </w:p>
          <w:p w14:paraId="37CB8ED9" w14:textId="77777777" w:rsidR="000C7921" w:rsidRPr="006509BF" w:rsidRDefault="007A47F8" w:rsidP="006509BF">
            <w:pPr>
              <w:pStyle w:val="Listeavsnitt"/>
              <w:numPr>
                <w:ilvl w:val="0"/>
                <w:numId w:val="45"/>
              </w:numPr>
              <w:spacing w:after="40"/>
              <w:rPr>
                <w:bCs/>
                <w:sz w:val="20"/>
                <w:lang w:val="nb-NO"/>
              </w:rPr>
            </w:pPr>
            <w:r w:rsidRPr="006509BF">
              <w:rPr>
                <w:bCs/>
                <w:sz w:val="20"/>
                <w:lang w:val="nb-NO"/>
              </w:rPr>
              <w:t>endring som kontinuerlig prosess, forutsetning for innovasjon og konkurransekraft</w:t>
            </w:r>
            <w:r w:rsidR="00F54D36" w:rsidRPr="006509BF">
              <w:rPr>
                <w:bCs/>
                <w:sz w:val="20"/>
                <w:lang w:val="nb-NO"/>
              </w:rPr>
              <w:t xml:space="preserve"> </w:t>
            </w:r>
          </w:p>
          <w:p w14:paraId="7CA81584" w14:textId="4AEE6CAA" w:rsidR="007E7A46" w:rsidRPr="006509BF" w:rsidRDefault="007A47F8" w:rsidP="006509BF">
            <w:pPr>
              <w:pStyle w:val="Listeavsnitt"/>
              <w:numPr>
                <w:ilvl w:val="0"/>
                <w:numId w:val="45"/>
              </w:numPr>
              <w:spacing w:after="40"/>
              <w:rPr>
                <w:lang w:val="nb-NO"/>
              </w:rPr>
            </w:pPr>
            <w:r w:rsidRPr="006509BF">
              <w:rPr>
                <w:bCs/>
                <w:sz w:val="20"/>
                <w:lang w:val="nb-NO"/>
              </w:rPr>
              <w:t>endringsarbeid og -kultur</w:t>
            </w:r>
          </w:p>
        </w:tc>
      </w:tr>
    </w:tbl>
    <w:p w14:paraId="516DAB93" w14:textId="77777777" w:rsidR="009C47F6" w:rsidRDefault="009C47F6">
      <w:pPr>
        <w:rPr>
          <w:kern w:val="2"/>
          <w:lang w:val="nb-NO" w:eastAsia="nb-NO"/>
          <w14:ligatures w14:val="standardContextual"/>
        </w:rPr>
      </w:pPr>
    </w:p>
    <w:p w14:paraId="3BBCD26F" w14:textId="77777777" w:rsidR="009C47F6" w:rsidRPr="00DA6422" w:rsidRDefault="009C47F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DA6422" w14:paraId="59228E9F"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4C6234"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56605282"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84A3B77" w14:textId="77777777" w:rsidR="00151A69" w:rsidRPr="00DA6422" w:rsidRDefault="00151A69">
            <w:pPr>
              <w:spacing w:after="0" w:line="240" w:lineRule="auto"/>
              <w:rPr>
                <w:lang w:val="nb-NO"/>
              </w:rPr>
            </w:pPr>
            <w:r w:rsidRPr="00DA6422">
              <w:rPr>
                <w:lang w:val="nb-NO"/>
              </w:rPr>
              <w:t> </w:t>
            </w:r>
          </w:p>
          <w:p w14:paraId="62D80FD5" w14:textId="77777777" w:rsidR="00151A69" w:rsidRPr="00DA6422" w:rsidRDefault="00151A69">
            <w:pPr>
              <w:spacing w:after="0" w:line="240" w:lineRule="auto"/>
              <w:rPr>
                <w:lang w:val="nb-NO"/>
              </w:rPr>
            </w:pPr>
            <w:r w:rsidRPr="00DA6422">
              <w:rPr>
                <w:lang w:val="nb-NO"/>
              </w:rPr>
              <w:t> </w:t>
            </w:r>
          </w:p>
          <w:p w14:paraId="15E442C9" w14:textId="77777777" w:rsidR="00151A69" w:rsidRPr="00DA6422" w:rsidRDefault="00151A69">
            <w:pPr>
              <w:spacing w:after="0" w:line="240" w:lineRule="auto"/>
              <w:rPr>
                <w:lang w:val="nb-NO"/>
              </w:rPr>
            </w:pPr>
            <w:r w:rsidRPr="00DA6422">
              <w:rPr>
                <w:lang w:val="nb-NO"/>
              </w:rPr>
              <w:t> </w:t>
            </w:r>
          </w:p>
          <w:p w14:paraId="70E2DBC7" w14:textId="77777777" w:rsidR="00151A69" w:rsidRPr="00DA6422" w:rsidRDefault="00151A69">
            <w:pPr>
              <w:spacing w:after="0" w:line="240" w:lineRule="auto"/>
              <w:rPr>
                <w:lang w:val="nb-NO"/>
              </w:rPr>
            </w:pPr>
            <w:r w:rsidRPr="00DA6422">
              <w:rPr>
                <w:lang w:val="nb-NO"/>
              </w:rPr>
              <w:t> </w:t>
            </w:r>
          </w:p>
          <w:p w14:paraId="4A165B6D" w14:textId="77777777" w:rsidR="00151A69" w:rsidRPr="00DA6422" w:rsidRDefault="00151A69">
            <w:pPr>
              <w:spacing w:after="0" w:line="240" w:lineRule="auto"/>
              <w:rPr>
                <w:lang w:val="nb-NO"/>
              </w:rPr>
            </w:pPr>
            <w:r w:rsidRPr="00DA6422">
              <w:rPr>
                <w:lang w:val="nb-NO"/>
              </w:rPr>
              <w:t> </w:t>
            </w:r>
          </w:p>
          <w:p w14:paraId="56BE416F" w14:textId="77777777" w:rsidR="00151A69" w:rsidRPr="00DA6422" w:rsidRDefault="00151A69">
            <w:pPr>
              <w:spacing w:after="0" w:line="240" w:lineRule="auto"/>
              <w:rPr>
                <w:lang w:val="nb-NO"/>
              </w:rPr>
            </w:pPr>
            <w:r w:rsidRPr="00DA6422">
              <w:rPr>
                <w:lang w:val="nb-NO"/>
              </w:rPr>
              <w:t> </w:t>
            </w:r>
          </w:p>
          <w:p w14:paraId="5BE11B2F" w14:textId="77777777" w:rsidR="00151A69" w:rsidRPr="00DA6422" w:rsidRDefault="00151A69">
            <w:pPr>
              <w:spacing w:after="0" w:line="240" w:lineRule="auto"/>
              <w:rPr>
                <w:lang w:val="nb-NO"/>
              </w:rPr>
            </w:pPr>
            <w:r w:rsidRPr="00DA6422">
              <w:rPr>
                <w:lang w:val="nb-NO"/>
              </w:rPr>
              <w:t> </w:t>
            </w:r>
          </w:p>
          <w:p w14:paraId="65DCCE70" w14:textId="77777777" w:rsidR="00151A69" w:rsidRPr="00DA6422" w:rsidRDefault="00151A69">
            <w:pPr>
              <w:spacing w:after="0" w:line="240" w:lineRule="auto"/>
              <w:rPr>
                <w:lang w:val="nb-NO"/>
              </w:rPr>
            </w:pPr>
            <w:r w:rsidRPr="00DA6422">
              <w:rPr>
                <w:lang w:val="nb-NO"/>
              </w:rPr>
              <w:t> </w:t>
            </w:r>
          </w:p>
          <w:p w14:paraId="62E87BE6" w14:textId="77777777" w:rsidR="00151A69" w:rsidRPr="00DA6422" w:rsidRDefault="00151A69">
            <w:pPr>
              <w:spacing w:after="0" w:line="240" w:lineRule="auto"/>
              <w:rPr>
                <w:lang w:val="nb-NO"/>
              </w:rPr>
            </w:pPr>
            <w:r w:rsidRPr="00DA6422">
              <w:rPr>
                <w:lang w:val="nb-NO"/>
              </w:rPr>
              <w:t> </w:t>
            </w:r>
          </w:p>
          <w:p w14:paraId="0BE5FEE6" w14:textId="77777777" w:rsidR="00151A69" w:rsidRPr="00DA6422" w:rsidRDefault="00151A69">
            <w:pPr>
              <w:spacing w:after="0" w:line="240" w:lineRule="auto"/>
              <w:rPr>
                <w:lang w:val="nb-NO"/>
              </w:rPr>
            </w:pPr>
            <w:r w:rsidRPr="00DA6422">
              <w:rPr>
                <w:lang w:val="nb-NO"/>
              </w:rPr>
              <w:t> </w:t>
            </w:r>
          </w:p>
          <w:p w14:paraId="117076F4" w14:textId="77777777" w:rsidR="00151A69" w:rsidRPr="00DA6422" w:rsidRDefault="00151A69">
            <w:pPr>
              <w:spacing w:after="0" w:line="240" w:lineRule="auto"/>
              <w:rPr>
                <w:lang w:val="nb-NO"/>
              </w:rPr>
            </w:pPr>
            <w:r w:rsidRPr="00DA6422">
              <w:rPr>
                <w:lang w:val="nb-NO"/>
              </w:rPr>
              <w:t> </w:t>
            </w:r>
          </w:p>
          <w:p w14:paraId="2290275D" w14:textId="77777777" w:rsidR="00151A69" w:rsidRPr="00DA6422" w:rsidRDefault="00151A69">
            <w:pPr>
              <w:spacing w:after="0" w:line="240" w:lineRule="auto"/>
              <w:rPr>
                <w:lang w:val="nb-NO"/>
              </w:rPr>
            </w:pPr>
            <w:r w:rsidRPr="00DA6422">
              <w:rPr>
                <w:lang w:val="nb-NO"/>
              </w:rPr>
              <w:t> </w:t>
            </w:r>
          </w:p>
          <w:p w14:paraId="0F42E185" w14:textId="77777777" w:rsidR="00151A69" w:rsidRPr="00DA6422" w:rsidRDefault="00151A69">
            <w:pPr>
              <w:spacing w:after="0" w:line="240" w:lineRule="auto"/>
              <w:rPr>
                <w:lang w:val="nb-NO"/>
              </w:rPr>
            </w:pPr>
            <w:r w:rsidRPr="00DA6422">
              <w:rPr>
                <w:lang w:val="nb-NO"/>
              </w:rPr>
              <w:t> </w:t>
            </w:r>
          </w:p>
          <w:p w14:paraId="1BA9B8C8" w14:textId="13D270C7" w:rsidR="00132605" w:rsidRPr="00DA6422" w:rsidRDefault="00151A69" w:rsidP="00151A69">
            <w:pPr>
              <w:spacing w:after="0" w:line="240" w:lineRule="auto"/>
              <w:rPr>
                <w:lang w:val="nb-NO"/>
              </w:rPr>
            </w:pPr>
            <w:r w:rsidRPr="00DA6422">
              <w:rPr>
                <w:lang w:val="nb-NO"/>
              </w:rPr>
              <w:t> </w:t>
            </w:r>
          </w:p>
        </w:tc>
      </w:tr>
    </w:tbl>
    <w:p w14:paraId="01B39428" w14:textId="77777777" w:rsidR="00132605" w:rsidRPr="00DA6422" w:rsidRDefault="00132605">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623530" w14:paraId="715C511E" w14:textId="77777777" w:rsidTr="004E14ED">
        <w:trPr>
          <w:trHeight w:val="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EC406" w14:textId="77777777" w:rsidR="00132605" w:rsidRPr="00DA6422" w:rsidRDefault="00132605">
            <w:pPr>
              <w:spacing w:after="40" w:line="240" w:lineRule="auto"/>
              <w:rPr>
                <w:kern w:val="2"/>
                <w:lang w:val="nb-NO" w:eastAsia="nb-NO"/>
                <w14:ligatures w14:val="standardContextual"/>
              </w:rPr>
            </w:pPr>
            <w:r w:rsidRPr="00DA6422">
              <w:rPr>
                <w:b/>
                <w:bCs/>
                <w:sz w:val="20"/>
                <w:szCs w:val="20"/>
                <w:lang w:val="nb-NO"/>
              </w:rPr>
              <w:lastRenderedPageBreak/>
              <w:t>Relevante vedlegg (liste/henvisninger)</w:t>
            </w:r>
          </w:p>
          <w:p w14:paraId="3D52E51C" w14:textId="77777777" w:rsidR="00132605" w:rsidRPr="00DA6422" w:rsidRDefault="00132605">
            <w:pPr>
              <w:spacing w:after="0" w:line="240" w:lineRule="auto"/>
              <w:rPr>
                <w:lang w:val="nb-NO"/>
              </w:rPr>
            </w:pPr>
            <w:r w:rsidRPr="00DA6422">
              <w:rPr>
                <w:sz w:val="20"/>
                <w:szCs w:val="20"/>
                <w:lang w:val="nb-NO"/>
              </w:rPr>
              <w:t>Oppgi vedleggsnummer og kort beskrivelse av dokumentasjonen.</w:t>
            </w:r>
          </w:p>
          <w:p w14:paraId="302C2F3A" w14:textId="77777777" w:rsidR="00132605" w:rsidRPr="00DA6422" w:rsidRDefault="00132605">
            <w:pPr>
              <w:spacing w:after="0" w:line="240" w:lineRule="auto"/>
              <w:rPr>
                <w:lang w:val="nb-NO"/>
              </w:rPr>
            </w:pPr>
            <w:r w:rsidRPr="00DA6422">
              <w:rPr>
                <w:lang w:val="nb-NO"/>
              </w:rPr>
              <w:t> </w:t>
            </w:r>
          </w:p>
          <w:p w14:paraId="24A88E00" w14:textId="1693E5CC" w:rsidR="00132605" w:rsidRPr="00DA6422" w:rsidRDefault="00132605">
            <w:pPr>
              <w:spacing w:after="0" w:line="240" w:lineRule="auto"/>
              <w:rPr>
                <w:lang w:val="nb-NO"/>
              </w:rPr>
            </w:pPr>
            <w:r w:rsidRPr="00DA6422">
              <w:rPr>
                <w:lang w:val="nb-NO"/>
              </w:rPr>
              <w:t> </w:t>
            </w:r>
          </w:p>
        </w:tc>
      </w:tr>
    </w:tbl>
    <w:p w14:paraId="23C81DDA" w14:textId="77777777" w:rsidR="00FA04D8" w:rsidRPr="00DA6422" w:rsidRDefault="00FA04D8" w:rsidP="00FA04D8">
      <w:pPr>
        <w:pStyle w:val="Overskrift2"/>
        <w:rPr>
          <w:kern w:val="2"/>
          <w:lang w:val="nb-NO" w:eastAsia="nb-NO"/>
          <w14:ligatures w14:val="standardContextual"/>
        </w:rPr>
      </w:pPr>
      <w:r w:rsidRPr="00DA6422">
        <w:rPr>
          <w:lang w:val="nb-NO"/>
        </w:rPr>
        <w:t>2. Faglig kalkulasjon</w:t>
      </w:r>
    </w:p>
    <w:p w14:paraId="55124269" w14:textId="77777777" w:rsidR="00A842F9" w:rsidRPr="00DA6422" w:rsidRDefault="00D01F2C">
      <w:pPr>
        <w:rPr>
          <w:kern w:val="2"/>
          <w:lang w:val="nb-NO" w:eastAsia="nb-NO"/>
          <w14:ligatures w14:val="standardContextual"/>
        </w:rPr>
      </w:pPr>
      <w:r w:rsidRPr="00DA6422">
        <w:rPr>
          <w:lang w:val="nb-NO"/>
        </w:rPr>
        <w:t> </w:t>
      </w:r>
    </w:p>
    <w:tbl>
      <w:tblPr>
        <w:tblStyle w:val="Tabellrutenett"/>
        <w:tblW w:w="0" w:type="auto"/>
        <w:tblLook w:val="04A0" w:firstRow="1" w:lastRow="0" w:firstColumn="1" w:lastColumn="0" w:noHBand="0" w:noVBand="1"/>
      </w:tblPr>
      <w:tblGrid>
        <w:gridCol w:w="4398"/>
        <w:gridCol w:w="4664"/>
      </w:tblGrid>
      <w:tr w:rsidR="00A842F9" w:rsidRPr="00F54D36" w14:paraId="1056ECB4" w14:textId="77777777">
        <w:tc>
          <w:tcPr>
            <w:tcW w:w="4981" w:type="dxa"/>
          </w:tcPr>
          <w:p w14:paraId="388AAC3B" w14:textId="77777777" w:rsidR="00A842F9" w:rsidRPr="00DA6422" w:rsidRDefault="00A842F9">
            <w:pPr>
              <w:spacing w:after="40"/>
              <w:rPr>
                <w:kern w:val="2"/>
                <w:lang w:val="nb-NO" w:eastAsia="nb-NO"/>
                <w14:ligatures w14:val="standardContextual"/>
              </w:rPr>
            </w:pPr>
            <w:r w:rsidRPr="00DA6422">
              <w:rPr>
                <w:b/>
                <w:bCs/>
                <w:sz w:val="20"/>
                <w:szCs w:val="20"/>
                <w:lang w:val="nb-NO"/>
              </w:rPr>
              <w:t>Hovedtema</w:t>
            </w:r>
          </w:p>
          <w:p w14:paraId="0AEF2EEA" w14:textId="77777777" w:rsidR="00A842F9" w:rsidRPr="00DA6422" w:rsidRDefault="00A842F9" w:rsidP="00A842F9">
            <w:pPr>
              <w:rPr>
                <w:sz w:val="20"/>
                <w:szCs w:val="20"/>
                <w:lang w:val="nb-NO"/>
              </w:rPr>
            </w:pPr>
            <w:r w:rsidRPr="00DA6422">
              <w:rPr>
                <w:sz w:val="20"/>
                <w:szCs w:val="20"/>
                <w:lang w:val="nb-NO"/>
              </w:rPr>
              <w:t>Hovedtemaet handler om budsjettering, kalkyler og prissetting av varer og tjenester i bilbransjen.</w:t>
            </w:r>
          </w:p>
          <w:p w14:paraId="14E772EB" w14:textId="77777777" w:rsidR="00A842F9" w:rsidRPr="00DA6422" w:rsidRDefault="00A842F9" w:rsidP="00A842F9">
            <w:pPr>
              <w:rPr>
                <w:lang w:val="nb-NO"/>
              </w:rPr>
            </w:pPr>
          </w:p>
          <w:p w14:paraId="097507F8" w14:textId="0E3065C9" w:rsidR="00A842F9" w:rsidRPr="009C47F6" w:rsidRDefault="00A842F9" w:rsidP="00A842F9">
            <w:pPr>
              <w:rPr>
                <w:sz w:val="20"/>
                <w:szCs w:val="20"/>
                <w:lang w:val="nb-NO"/>
              </w:rPr>
            </w:pPr>
            <w:r w:rsidRPr="00DA6422">
              <w:rPr>
                <w:sz w:val="20"/>
                <w:szCs w:val="20"/>
                <w:lang w:val="nb-NO"/>
              </w:rPr>
              <w:t>Det omfatter også kalkulasjonsmetoder, vurdering av lønnsomhet og økonomisk rapportering.</w:t>
            </w:r>
          </w:p>
        </w:tc>
        <w:tc>
          <w:tcPr>
            <w:tcW w:w="4981" w:type="dxa"/>
          </w:tcPr>
          <w:p w14:paraId="69BF698B" w14:textId="77777777" w:rsidR="00A842F9" w:rsidRPr="001D0F32" w:rsidRDefault="00A842F9">
            <w:pPr>
              <w:spacing w:after="40"/>
              <w:rPr>
                <w:b/>
                <w:sz w:val="20"/>
                <w:lang w:val="nb-NO"/>
              </w:rPr>
            </w:pPr>
            <w:r w:rsidRPr="001D0F32">
              <w:rPr>
                <w:b/>
                <w:sz w:val="20"/>
                <w:lang w:val="nb-NO"/>
              </w:rPr>
              <w:t>Innhold</w:t>
            </w:r>
          </w:p>
          <w:p w14:paraId="47FB33B5"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utarbeide drifts- og lønnsbudsjett</w:t>
            </w:r>
          </w:p>
          <w:p w14:paraId="0AFB75E2"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akkord-, bonus- og tariffsystemer</w:t>
            </w:r>
          </w:p>
          <w:p w14:paraId="6BE60B62"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utregne timepris</w:t>
            </w:r>
          </w:p>
          <w:p w14:paraId="734F95DA"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beregning av reparasjonstid</w:t>
            </w:r>
          </w:p>
          <w:p w14:paraId="4F34B1B9"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beregning av material-/delepriser som inneholder alle kostnader, inklusive toll og avgifter</w:t>
            </w:r>
          </w:p>
          <w:p w14:paraId="3392E4D8"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beregning av verkstedmateriell</w:t>
            </w:r>
          </w:p>
          <w:p w14:paraId="2561F5C2"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bruk av nøkkeltall til forbedring av kalkyler</w:t>
            </w:r>
          </w:p>
          <w:p w14:paraId="3A1DCB4D"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kalkulasjonsmetoder</w:t>
            </w:r>
          </w:p>
          <w:p w14:paraId="319B3F62" w14:textId="77777777"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lønnsomhetsberegninger</w:t>
            </w:r>
          </w:p>
          <w:p w14:paraId="6F40D907" w14:textId="2B3F2C82" w:rsidR="00A842F9" w:rsidRPr="001D0F32" w:rsidRDefault="00A842F9" w:rsidP="00A842F9">
            <w:pPr>
              <w:pStyle w:val="Punktliste"/>
              <w:numPr>
                <w:ilvl w:val="0"/>
                <w:numId w:val="30"/>
              </w:numPr>
              <w:ind w:left="1080"/>
              <w:contextualSpacing w:val="0"/>
              <w:rPr>
                <w:bCs/>
                <w:sz w:val="20"/>
                <w:lang w:val="nb-NO"/>
              </w:rPr>
            </w:pPr>
            <w:r w:rsidRPr="001D0F32">
              <w:rPr>
                <w:bCs/>
                <w:sz w:val="20"/>
                <w:lang w:val="nb-NO"/>
              </w:rPr>
              <w:t>behovsanalyser, blant annet i servicemarkedet</w:t>
            </w:r>
          </w:p>
          <w:p w14:paraId="7206F7A2" w14:textId="5D8649E3" w:rsidR="00A842F9" w:rsidRPr="001D0F32" w:rsidRDefault="00A842F9" w:rsidP="00A842F9">
            <w:pPr>
              <w:pStyle w:val="Listeavsnitt"/>
              <w:spacing w:after="40"/>
              <w:rPr>
                <w:bCs/>
                <w:sz w:val="20"/>
                <w:lang w:val="nb-NO"/>
              </w:rPr>
            </w:pPr>
          </w:p>
        </w:tc>
      </w:tr>
    </w:tbl>
    <w:p w14:paraId="43AD5FF5" w14:textId="3264836A" w:rsidR="00D01F2C" w:rsidRPr="00DA6422" w:rsidRDefault="00D01F2C">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D01F2C" w:rsidRPr="00DA6422" w14:paraId="3098E134"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B567F9"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7E62A76D"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9BDF6FC" w14:textId="77777777" w:rsidR="00151A69" w:rsidRPr="00DA6422" w:rsidRDefault="00151A69">
            <w:pPr>
              <w:spacing w:after="0" w:line="240" w:lineRule="auto"/>
              <w:rPr>
                <w:lang w:val="nb-NO"/>
              </w:rPr>
            </w:pPr>
            <w:r w:rsidRPr="00DA6422">
              <w:rPr>
                <w:lang w:val="nb-NO"/>
              </w:rPr>
              <w:t> </w:t>
            </w:r>
          </w:p>
          <w:p w14:paraId="77B8FB15" w14:textId="77777777" w:rsidR="00151A69" w:rsidRPr="00DA6422" w:rsidRDefault="00151A69">
            <w:pPr>
              <w:spacing w:after="0" w:line="240" w:lineRule="auto"/>
              <w:rPr>
                <w:lang w:val="nb-NO"/>
              </w:rPr>
            </w:pPr>
            <w:r w:rsidRPr="00DA6422">
              <w:rPr>
                <w:lang w:val="nb-NO"/>
              </w:rPr>
              <w:t> </w:t>
            </w:r>
          </w:p>
          <w:p w14:paraId="0E855728" w14:textId="77777777" w:rsidR="00151A69" w:rsidRPr="00DA6422" w:rsidRDefault="00151A69">
            <w:pPr>
              <w:spacing w:after="0" w:line="240" w:lineRule="auto"/>
              <w:rPr>
                <w:lang w:val="nb-NO"/>
              </w:rPr>
            </w:pPr>
            <w:r w:rsidRPr="00DA6422">
              <w:rPr>
                <w:lang w:val="nb-NO"/>
              </w:rPr>
              <w:t> </w:t>
            </w:r>
          </w:p>
          <w:p w14:paraId="2C6D5D31" w14:textId="77777777" w:rsidR="00151A69" w:rsidRPr="00DA6422" w:rsidRDefault="00151A69">
            <w:pPr>
              <w:spacing w:after="0" w:line="240" w:lineRule="auto"/>
              <w:rPr>
                <w:lang w:val="nb-NO"/>
              </w:rPr>
            </w:pPr>
            <w:r w:rsidRPr="00DA6422">
              <w:rPr>
                <w:lang w:val="nb-NO"/>
              </w:rPr>
              <w:t> </w:t>
            </w:r>
          </w:p>
          <w:p w14:paraId="7A9CFB76" w14:textId="77777777" w:rsidR="00151A69" w:rsidRPr="00DA6422" w:rsidRDefault="00151A69">
            <w:pPr>
              <w:spacing w:after="0" w:line="240" w:lineRule="auto"/>
              <w:rPr>
                <w:lang w:val="nb-NO"/>
              </w:rPr>
            </w:pPr>
            <w:r w:rsidRPr="00DA6422">
              <w:rPr>
                <w:lang w:val="nb-NO"/>
              </w:rPr>
              <w:t> </w:t>
            </w:r>
          </w:p>
          <w:p w14:paraId="7367D5D3" w14:textId="77777777" w:rsidR="00151A69" w:rsidRPr="00DA6422" w:rsidRDefault="00151A69">
            <w:pPr>
              <w:spacing w:after="0" w:line="240" w:lineRule="auto"/>
              <w:rPr>
                <w:lang w:val="nb-NO"/>
              </w:rPr>
            </w:pPr>
            <w:r w:rsidRPr="00DA6422">
              <w:rPr>
                <w:lang w:val="nb-NO"/>
              </w:rPr>
              <w:t> </w:t>
            </w:r>
          </w:p>
          <w:p w14:paraId="7182F882" w14:textId="77777777" w:rsidR="00151A69" w:rsidRPr="00DA6422" w:rsidRDefault="00151A69">
            <w:pPr>
              <w:spacing w:after="0" w:line="240" w:lineRule="auto"/>
              <w:rPr>
                <w:lang w:val="nb-NO"/>
              </w:rPr>
            </w:pPr>
            <w:r w:rsidRPr="00DA6422">
              <w:rPr>
                <w:lang w:val="nb-NO"/>
              </w:rPr>
              <w:t> </w:t>
            </w:r>
          </w:p>
          <w:p w14:paraId="488492FB" w14:textId="77777777" w:rsidR="00151A69" w:rsidRPr="00DA6422" w:rsidRDefault="00151A69">
            <w:pPr>
              <w:spacing w:after="0" w:line="240" w:lineRule="auto"/>
              <w:rPr>
                <w:lang w:val="nb-NO"/>
              </w:rPr>
            </w:pPr>
            <w:r w:rsidRPr="00DA6422">
              <w:rPr>
                <w:lang w:val="nb-NO"/>
              </w:rPr>
              <w:t> </w:t>
            </w:r>
          </w:p>
          <w:p w14:paraId="2107757C" w14:textId="77777777" w:rsidR="00151A69" w:rsidRPr="00DA6422" w:rsidRDefault="00151A69">
            <w:pPr>
              <w:spacing w:after="0" w:line="240" w:lineRule="auto"/>
              <w:rPr>
                <w:lang w:val="nb-NO"/>
              </w:rPr>
            </w:pPr>
            <w:r w:rsidRPr="00DA6422">
              <w:rPr>
                <w:lang w:val="nb-NO"/>
              </w:rPr>
              <w:t> </w:t>
            </w:r>
          </w:p>
          <w:p w14:paraId="3632E8C5" w14:textId="77777777" w:rsidR="00151A69" w:rsidRPr="00DA6422" w:rsidRDefault="00151A69">
            <w:pPr>
              <w:spacing w:after="0" w:line="240" w:lineRule="auto"/>
              <w:rPr>
                <w:lang w:val="nb-NO"/>
              </w:rPr>
            </w:pPr>
            <w:r w:rsidRPr="00DA6422">
              <w:rPr>
                <w:lang w:val="nb-NO"/>
              </w:rPr>
              <w:t> </w:t>
            </w:r>
          </w:p>
          <w:p w14:paraId="5A18956C" w14:textId="77777777" w:rsidR="00151A69" w:rsidRPr="00DA6422" w:rsidRDefault="00151A69">
            <w:pPr>
              <w:spacing w:after="0" w:line="240" w:lineRule="auto"/>
              <w:rPr>
                <w:lang w:val="nb-NO"/>
              </w:rPr>
            </w:pPr>
            <w:r w:rsidRPr="00DA6422">
              <w:rPr>
                <w:lang w:val="nb-NO"/>
              </w:rPr>
              <w:t> </w:t>
            </w:r>
          </w:p>
          <w:p w14:paraId="7C29317D" w14:textId="77777777" w:rsidR="00151A69" w:rsidRPr="00DA6422" w:rsidRDefault="00151A69">
            <w:pPr>
              <w:spacing w:after="0" w:line="240" w:lineRule="auto"/>
              <w:rPr>
                <w:lang w:val="nb-NO"/>
              </w:rPr>
            </w:pPr>
            <w:r w:rsidRPr="00DA6422">
              <w:rPr>
                <w:lang w:val="nb-NO"/>
              </w:rPr>
              <w:t> </w:t>
            </w:r>
          </w:p>
          <w:p w14:paraId="535C7FC5" w14:textId="77777777" w:rsidR="00151A69" w:rsidRPr="00DA6422" w:rsidRDefault="00151A69">
            <w:pPr>
              <w:spacing w:after="0" w:line="240" w:lineRule="auto"/>
              <w:rPr>
                <w:lang w:val="nb-NO"/>
              </w:rPr>
            </w:pPr>
            <w:r w:rsidRPr="00DA6422">
              <w:rPr>
                <w:lang w:val="nb-NO"/>
              </w:rPr>
              <w:t> </w:t>
            </w:r>
          </w:p>
          <w:p w14:paraId="4473FC0A" w14:textId="1E9E900B" w:rsidR="00D01F2C" w:rsidRPr="00DA6422" w:rsidRDefault="00151A69" w:rsidP="00151A69">
            <w:pPr>
              <w:spacing w:after="0" w:line="240" w:lineRule="auto"/>
              <w:rPr>
                <w:lang w:val="nb-NO"/>
              </w:rPr>
            </w:pPr>
            <w:r w:rsidRPr="00DA6422">
              <w:rPr>
                <w:lang w:val="nb-NO"/>
              </w:rPr>
              <w:t> </w:t>
            </w:r>
          </w:p>
        </w:tc>
      </w:tr>
    </w:tbl>
    <w:p w14:paraId="1E2DE63F" w14:textId="77777777" w:rsidR="00D01F2C" w:rsidRPr="00DA6422" w:rsidRDefault="00D01F2C">
      <w:pPr>
        <w:rPr>
          <w:kern w:val="2"/>
          <w:lang w:val="nb-NO" w:eastAsia="nb-NO"/>
          <w14:ligatures w14:val="standardContextual"/>
        </w:rPr>
      </w:pPr>
      <w:r w:rsidRPr="00DA6422">
        <w:rPr>
          <w:lang w:val="nb-NO"/>
        </w:rPr>
        <w:t> </w:t>
      </w:r>
    </w:p>
    <w:tbl>
      <w:tblPr>
        <w:tblW w:w="9303" w:type="dxa"/>
        <w:tblCellSpacing w:w="15" w:type="dxa"/>
        <w:tblCellMar>
          <w:top w:w="15" w:type="dxa"/>
          <w:left w:w="15" w:type="dxa"/>
          <w:bottom w:w="15" w:type="dxa"/>
          <w:right w:w="15" w:type="dxa"/>
        </w:tblCellMar>
        <w:tblLook w:val="04A0" w:firstRow="1" w:lastRow="0" w:firstColumn="1" w:lastColumn="0" w:noHBand="0" w:noVBand="1"/>
      </w:tblPr>
      <w:tblGrid>
        <w:gridCol w:w="9303"/>
      </w:tblGrid>
      <w:tr w:rsidR="00D01F2C" w:rsidRPr="00623530" w14:paraId="513A24E0" w14:textId="77777777" w:rsidTr="003D7E64">
        <w:trPr>
          <w:trHeight w:val="1820"/>
          <w:tblCellSpacing w:w="15" w:type="dxa"/>
        </w:trPr>
        <w:tc>
          <w:tcPr>
            <w:tcW w:w="9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209BA" w14:textId="77777777" w:rsidR="00D01F2C" w:rsidRPr="00DA6422" w:rsidRDefault="00D01F2C">
            <w:pPr>
              <w:spacing w:after="40" w:line="240" w:lineRule="auto"/>
              <w:rPr>
                <w:kern w:val="2"/>
                <w:lang w:val="nb-NO" w:eastAsia="nb-NO"/>
                <w14:ligatures w14:val="standardContextual"/>
              </w:rPr>
            </w:pPr>
            <w:r w:rsidRPr="00DA6422">
              <w:rPr>
                <w:b/>
                <w:bCs/>
                <w:sz w:val="20"/>
                <w:szCs w:val="20"/>
                <w:lang w:val="nb-NO"/>
              </w:rPr>
              <w:lastRenderedPageBreak/>
              <w:t>Relevante vedlegg (liste/henvisninger)</w:t>
            </w:r>
          </w:p>
          <w:p w14:paraId="2EDC3716" w14:textId="108F3361" w:rsidR="00D01F2C" w:rsidRPr="00DA6422" w:rsidRDefault="00D01F2C" w:rsidP="003D7E64">
            <w:pPr>
              <w:spacing w:after="0" w:line="240" w:lineRule="auto"/>
              <w:rPr>
                <w:lang w:val="nb-NO"/>
              </w:rPr>
            </w:pPr>
            <w:r w:rsidRPr="00DA6422">
              <w:rPr>
                <w:sz w:val="20"/>
                <w:szCs w:val="20"/>
                <w:lang w:val="nb-NO"/>
              </w:rPr>
              <w:t>Oppgi vedleggsnummer og kort beskrivelse av dokumentasjonen.</w:t>
            </w:r>
            <w:r w:rsidR="003D7E64">
              <w:rPr>
                <w:sz w:val="20"/>
                <w:szCs w:val="20"/>
                <w:lang w:val="nb-NO"/>
              </w:rPr>
              <w:t xml:space="preserve"> </w:t>
            </w:r>
          </w:p>
        </w:tc>
      </w:tr>
    </w:tbl>
    <w:p w14:paraId="5F4439DF" w14:textId="77777777" w:rsidR="007553FE" w:rsidRPr="00DA6422" w:rsidRDefault="005A3995">
      <w:pPr>
        <w:rPr>
          <w:lang w:val="nb-NO"/>
        </w:rPr>
      </w:pPr>
      <w:r w:rsidRPr="00DA6422">
        <w:rPr>
          <w:lang w:val="nb-NO"/>
        </w:rPr>
        <w:br w:type="page"/>
      </w:r>
    </w:p>
    <w:p w14:paraId="268B1609"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3. Planlegging og drift av et bilverksted</w:t>
      </w:r>
    </w:p>
    <w:p w14:paraId="4808B8ED" w14:textId="77777777" w:rsidR="00AF3674" w:rsidRPr="00DA6422" w:rsidRDefault="006F39A7" w:rsidP="00AF3674">
      <w:pPr>
        <w:rPr>
          <w:kern w:val="2"/>
          <w:lang w:val="nb-NO" w:eastAsia="nb-NO"/>
          <w14:ligatures w14:val="standardContextual"/>
        </w:rPr>
      </w:pPr>
      <w:r w:rsidRPr="00DA6422">
        <w:rPr>
          <w:lang w:val="nb-NO"/>
        </w:rPr>
        <w:t> </w:t>
      </w:r>
      <w:r w:rsidR="00AF3674" w:rsidRPr="00DA6422">
        <w:rPr>
          <w:lang w:val="nb-NO"/>
        </w:rPr>
        <w:t> </w:t>
      </w:r>
    </w:p>
    <w:tbl>
      <w:tblPr>
        <w:tblStyle w:val="Tabellrutenett"/>
        <w:tblW w:w="0" w:type="dxa"/>
        <w:tblLook w:val="04A0" w:firstRow="1" w:lastRow="0" w:firstColumn="1" w:lastColumn="0" w:noHBand="0" w:noVBand="1"/>
      </w:tblPr>
      <w:tblGrid>
        <w:gridCol w:w="4427"/>
        <w:gridCol w:w="4635"/>
      </w:tblGrid>
      <w:tr w:rsidR="00AF3674" w:rsidRPr="00F54D36" w14:paraId="4B51215A" w14:textId="77777777" w:rsidTr="00AF3674">
        <w:tc>
          <w:tcPr>
            <w:tcW w:w="4981" w:type="dxa"/>
          </w:tcPr>
          <w:p w14:paraId="11AB411B" w14:textId="77777777" w:rsidR="00AF3674" w:rsidRPr="00DA6422" w:rsidRDefault="00AF3674">
            <w:pPr>
              <w:spacing w:after="40"/>
              <w:rPr>
                <w:kern w:val="2"/>
                <w:lang w:val="nb-NO" w:eastAsia="nb-NO"/>
                <w14:ligatures w14:val="standardContextual"/>
              </w:rPr>
            </w:pPr>
            <w:r w:rsidRPr="00DA6422">
              <w:rPr>
                <w:b/>
                <w:bCs/>
                <w:sz w:val="20"/>
                <w:szCs w:val="20"/>
                <w:lang w:val="nb-NO"/>
              </w:rPr>
              <w:t>Hovedtema</w:t>
            </w:r>
          </w:p>
          <w:p w14:paraId="35ECE9EB" w14:textId="77777777" w:rsidR="00AF3674" w:rsidRPr="00DA6422" w:rsidRDefault="00AF3674" w:rsidP="00AF3674">
            <w:pPr>
              <w:rPr>
                <w:sz w:val="20"/>
                <w:szCs w:val="20"/>
                <w:lang w:val="nb-NO"/>
              </w:rPr>
            </w:pPr>
            <w:r w:rsidRPr="00DA6422">
              <w:rPr>
                <w:sz w:val="20"/>
                <w:szCs w:val="20"/>
                <w:lang w:val="nb-NO"/>
              </w:rPr>
              <w:t>Hovedtemaet handler om ledelse av fagarbeid i bedriften og å ta ansvar for bedriftens fagstandard.</w:t>
            </w:r>
          </w:p>
          <w:p w14:paraId="5CD69A7C" w14:textId="77777777" w:rsidR="00AF3674" w:rsidRPr="00DA6422" w:rsidRDefault="00AF3674" w:rsidP="00AF3674">
            <w:pPr>
              <w:rPr>
                <w:lang w:val="nb-NO"/>
              </w:rPr>
            </w:pPr>
          </w:p>
          <w:p w14:paraId="2FF17724" w14:textId="77777777" w:rsidR="00AF3674" w:rsidRPr="00DA6422" w:rsidRDefault="00AF3674" w:rsidP="00AF3674">
            <w:pPr>
              <w:rPr>
                <w:sz w:val="20"/>
                <w:szCs w:val="20"/>
                <w:lang w:val="nb-NO"/>
              </w:rPr>
            </w:pPr>
            <w:r w:rsidRPr="00DA6422">
              <w:rPr>
                <w:sz w:val="20"/>
                <w:szCs w:val="20"/>
                <w:lang w:val="nb-NO"/>
              </w:rPr>
              <w:t xml:space="preserve">Hovedtemaet handler også om verktøy og metoder for utforming, organisering og drift av bilverksteder. </w:t>
            </w:r>
          </w:p>
          <w:p w14:paraId="5D746FBA" w14:textId="77777777" w:rsidR="00AF3674" w:rsidRPr="00DA6422" w:rsidRDefault="00AF3674" w:rsidP="00AF3674">
            <w:pPr>
              <w:rPr>
                <w:sz w:val="20"/>
                <w:szCs w:val="20"/>
                <w:lang w:val="nb-NO"/>
              </w:rPr>
            </w:pPr>
          </w:p>
          <w:p w14:paraId="10E377A7" w14:textId="56EF0FA1" w:rsidR="00AF3674" w:rsidRPr="009C47F6" w:rsidRDefault="00AF3674" w:rsidP="00AF3674">
            <w:pPr>
              <w:rPr>
                <w:sz w:val="20"/>
                <w:szCs w:val="20"/>
                <w:lang w:val="nb-NO"/>
              </w:rPr>
            </w:pPr>
            <w:r w:rsidRPr="00DA6422">
              <w:rPr>
                <w:sz w:val="20"/>
                <w:szCs w:val="20"/>
                <w:lang w:val="nb-NO"/>
              </w:rPr>
              <w:t>Videre handler det om forretningsmessige kontraktsinngåelser samt strategiske og lønnsomhetsmessige vurderinger.</w:t>
            </w:r>
          </w:p>
        </w:tc>
        <w:tc>
          <w:tcPr>
            <w:tcW w:w="4981" w:type="dxa"/>
          </w:tcPr>
          <w:p w14:paraId="4BFBC7CD" w14:textId="77777777" w:rsidR="00AF3674" w:rsidRPr="00DA6422" w:rsidRDefault="00AF3674" w:rsidP="00AF3674">
            <w:pPr>
              <w:spacing w:after="40"/>
              <w:rPr>
                <w:lang w:val="nb-NO"/>
              </w:rPr>
            </w:pPr>
            <w:r w:rsidRPr="00DA6422">
              <w:rPr>
                <w:b/>
                <w:bCs/>
                <w:sz w:val="20"/>
                <w:szCs w:val="20"/>
                <w:lang w:val="nb-NO"/>
              </w:rPr>
              <w:t>Innhold</w:t>
            </w:r>
          </w:p>
          <w:p w14:paraId="152CD9CB"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ledelse av fagarbeidet</w:t>
            </w:r>
          </w:p>
          <w:p w14:paraId="74ABFDCF"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utvikling av fagstandard</w:t>
            </w:r>
          </w:p>
          <w:p w14:paraId="0534EFD4"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etiske standarder</w:t>
            </w:r>
          </w:p>
          <w:p w14:paraId="5AE154C8"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kvalitetsledelse</w:t>
            </w:r>
          </w:p>
          <w:p w14:paraId="117E6269"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etablere og videreutvikle bedriftens kvalitetssystemer</w:t>
            </w:r>
          </w:p>
          <w:p w14:paraId="3892233F"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planleggings- og driftsprosedyrer</w:t>
            </w:r>
          </w:p>
          <w:p w14:paraId="595EFE34"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krav til utforming av bilverksteder</w:t>
            </w:r>
          </w:p>
          <w:p w14:paraId="2C4AF452"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effektivitetskontroller</w:t>
            </w:r>
          </w:p>
          <w:p w14:paraId="528BC90D"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anbud og regelverk</w:t>
            </w:r>
          </w:p>
          <w:p w14:paraId="57ACDAB4"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tilbudsutforming</w:t>
            </w:r>
          </w:p>
          <w:p w14:paraId="1D4F0336"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forhandlinger</w:t>
            </w:r>
          </w:p>
          <w:p w14:paraId="7B3ADD98" w14:textId="77777777" w:rsidR="00AF3674" w:rsidRPr="00DA6422" w:rsidRDefault="00AF3674" w:rsidP="00AF3674">
            <w:pPr>
              <w:pStyle w:val="Punktliste"/>
              <w:numPr>
                <w:ilvl w:val="0"/>
                <w:numId w:val="31"/>
              </w:numPr>
              <w:ind w:left="1080"/>
              <w:contextualSpacing w:val="0"/>
              <w:rPr>
                <w:lang w:val="nb-NO"/>
              </w:rPr>
            </w:pPr>
            <w:r w:rsidRPr="00DA6422">
              <w:rPr>
                <w:sz w:val="20"/>
                <w:szCs w:val="20"/>
                <w:lang w:val="nb-NO"/>
              </w:rPr>
              <w:t>krav til avtaler og kontrakter</w:t>
            </w:r>
          </w:p>
          <w:p w14:paraId="605111AE" w14:textId="77777777" w:rsidR="00AF3674" w:rsidRPr="00AF3674" w:rsidRDefault="00AF3674" w:rsidP="00AF3674">
            <w:pPr>
              <w:pStyle w:val="Punktliste"/>
              <w:numPr>
                <w:ilvl w:val="0"/>
                <w:numId w:val="31"/>
              </w:numPr>
              <w:ind w:left="1080"/>
              <w:contextualSpacing w:val="0"/>
              <w:rPr>
                <w:lang w:val="nb-NO"/>
              </w:rPr>
            </w:pPr>
            <w:r w:rsidRPr="00DA6422">
              <w:rPr>
                <w:sz w:val="20"/>
                <w:szCs w:val="20"/>
                <w:lang w:val="nb-NO"/>
              </w:rPr>
              <w:t>ulike kontraktstyper</w:t>
            </w:r>
          </w:p>
          <w:p w14:paraId="29EB84C4" w14:textId="629DF1C6" w:rsidR="00AF3674" w:rsidRPr="00AF3674" w:rsidRDefault="00AF3674" w:rsidP="00AF3674">
            <w:pPr>
              <w:pStyle w:val="Punktliste"/>
              <w:numPr>
                <w:ilvl w:val="0"/>
                <w:numId w:val="31"/>
              </w:numPr>
              <w:ind w:left="1080"/>
              <w:contextualSpacing w:val="0"/>
              <w:rPr>
                <w:lang w:val="nb-NO"/>
              </w:rPr>
            </w:pPr>
            <w:r w:rsidRPr="00AF3674">
              <w:rPr>
                <w:sz w:val="20"/>
                <w:szCs w:val="20"/>
                <w:lang w:val="nb-NO"/>
              </w:rPr>
              <w:t>forsikrings- og garantiordninger</w:t>
            </w:r>
          </w:p>
        </w:tc>
      </w:tr>
    </w:tbl>
    <w:p w14:paraId="05E62602" w14:textId="027964D9" w:rsidR="006F39A7" w:rsidRPr="00DA6422" w:rsidRDefault="006F39A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DA6422" w14:paraId="6A19612A" w14:textId="77777777" w:rsidTr="000457B0">
        <w:trPr>
          <w:trHeight w:val="47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AD787D"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0DF3F74E"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3631F09" w14:textId="77777777" w:rsidR="00151A69" w:rsidRPr="00DA6422" w:rsidRDefault="00151A69">
            <w:pPr>
              <w:spacing w:after="0" w:line="240" w:lineRule="auto"/>
              <w:rPr>
                <w:lang w:val="nb-NO"/>
              </w:rPr>
            </w:pPr>
            <w:r w:rsidRPr="00DA6422">
              <w:rPr>
                <w:lang w:val="nb-NO"/>
              </w:rPr>
              <w:t> </w:t>
            </w:r>
          </w:p>
          <w:p w14:paraId="6CAA82D8" w14:textId="77777777" w:rsidR="00151A69" w:rsidRPr="00DA6422" w:rsidRDefault="00151A69">
            <w:pPr>
              <w:spacing w:after="0" w:line="240" w:lineRule="auto"/>
              <w:rPr>
                <w:lang w:val="nb-NO"/>
              </w:rPr>
            </w:pPr>
            <w:r w:rsidRPr="00DA6422">
              <w:rPr>
                <w:lang w:val="nb-NO"/>
              </w:rPr>
              <w:t> </w:t>
            </w:r>
          </w:p>
          <w:p w14:paraId="646A8BDB" w14:textId="77777777" w:rsidR="00151A69" w:rsidRPr="00DA6422" w:rsidRDefault="00151A69">
            <w:pPr>
              <w:spacing w:after="0" w:line="240" w:lineRule="auto"/>
              <w:rPr>
                <w:lang w:val="nb-NO"/>
              </w:rPr>
            </w:pPr>
            <w:r w:rsidRPr="00DA6422">
              <w:rPr>
                <w:lang w:val="nb-NO"/>
              </w:rPr>
              <w:t> </w:t>
            </w:r>
          </w:p>
          <w:p w14:paraId="66844645" w14:textId="77777777" w:rsidR="00151A69" w:rsidRPr="00DA6422" w:rsidRDefault="00151A69">
            <w:pPr>
              <w:spacing w:after="0" w:line="240" w:lineRule="auto"/>
              <w:rPr>
                <w:lang w:val="nb-NO"/>
              </w:rPr>
            </w:pPr>
            <w:r w:rsidRPr="00DA6422">
              <w:rPr>
                <w:lang w:val="nb-NO"/>
              </w:rPr>
              <w:t> </w:t>
            </w:r>
          </w:p>
          <w:p w14:paraId="7B88AC9D" w14:textId="77777777" w:rsidR="00151A69" w:rsidRPr="00DA6422" w:rsidRDefault="00151A69">
            <w:pPr>
              <w:spacing w:after="0" w:line="240" w:lineRule="auto"/>
              <w:rPr>
                <w:lang w:val="nb-NO"/>
              </w:rPr>
            </w:pPr>
            <w:r w:rsidRPr="00DA6422">
              <w:rPr>
                <w:lang w:val="nb-NO"/>
              </w:rPr>
              <w:t> </w:t>
            </w:r>
          </w:p>
          <w:p w14:paraId="45530449" w14:textId="77777777" w:rsidR="00151A69" w:rsidRPr="00DA6422" w:rsidRDefault="00151A69">
            <w:pPr>
              <w:spacing w:after="0" w:line="240" w:lineRule="auto"/>
              <w:rPr>
                <w:lang w:val="nb-NO"/>
              </w:rPr>
            </w:pPr>
            <w:r w:rsidRPr="00DA6422">
              <w:rPr>
                <w:lang w:val="nb-NO"/>
              </w:rPr>
              <w:t> </w:t>
            </w:r>
          </w:p>
          <w:p w14:paraId="1CD84B19" w14:textId="77777777" w:rsidR="00151A69" w:rsidRPr="00DA6422" w:rsidRDefault="00151A69">
            <w:pPr>
              <w:spacing w:after="0" w:line="240" w:lineRule="auto"/>
              <w:rPr>
                <w:lang w:val="nb-NO"/>
              </w:rPr>
            </w:pPr>
            <w:r w:rsidRPr="00DA6422">
              <w:rPr>
                <w:lang w:val="nb-NO"/>
              </w:rPr>
              <w:t> </w:t>
            </w:r>
          </w:p>
          <w:p w14:paraId="30C5CB1C" w14:textId="77777777" w:rsidR="00151A69" w:rsidRPr="00DA6422" w:rsidRDefault="00151A69">
            <w:pPr>
              <w:spacing w:after="0" w:line="240" w:lineRule="auto"/>
              <w:rPr>
                <w:lang w:val="nb-NO"/>
              </w:rPr>
            </w:pPr>
            <w:r w:rsidRPr="00DA6422">
              <w:rPr>
                <w:lang w:val="nb-NO"/>
              </w:rPr>
              <w:t> </w:t>
            </w:r>
          </w:p>
          <w:p w14:paraId="2F0DC086" w14:textId="77777777" w:rsidR="00151A69" w:rsidRPr="00DA6422" w:rsidRDefault="00151A69">
            <w:pPr>
              <w:spacing w:after="0" w:line="240" w:lineRule="auto"/>
              <w:rPr>
                <w:lang w:val="nb-NO"/>
              </w:rPr>
            </w:pPr>
            <w:r w:rsidRPr="00DA6422">
              <w:rPr>
                <w:lang w:val="nb-NO"/>
              </w:rPr>
              <w:t> </w:t>
            </w:r>
          </w:p>
          <w:p w14:paraId="3D9F95DE" w14:textId="77777777" w:rsidR="00151A69" w:rsidRPr="00DA6422" w:rsidRDefault="00151A69">
            <w:pPr>
              <w:spacing w:after="0" w:line="240" w:lineRule="auto"/>
              <w:rPr>
                <w:lang w:val="nb-NO"/>
              </w:rPr>
            </w:pPr>
            <w:r w:rsidRPr="00DA6422">
              <w:rPr>
                <w:lang w:val="nb-NO"/>
              </w:rPr>
              <w:t> </w:t>
            </w:r>
          </w:p>
          <w:p w14:paraId="2E45408A" w14:textId="77777777" w:rsidR="00151A69" w:rsidRPr="00DA6422" w:rsidRDefault="00151A69">
            <w:pPr>
              <w:spacing w:after="0" w:line="240" w:lineRule="auto"/>
              <w:rPr>
                <w:lang w:val="nb-NO"/>
              </w:rPr>
            </w:pPr>
            <w:r w:rsidRPr="00DA6422">
              <w:rPr>
                <w:lang w:val="nb-NO"/>
              </w:rPr>
              <w:t> </w:t>
            </w:r>
          </w:p>
          <w:p w14:paraId="31C9AE46" w14:textId="77777777" w:rsidR="00151A69" w:rsidRPr="00DA6422" w:rsidRDefault="00151A69">
            <w:pPr>
              <w:spacing w:after="0" w:line="240" w:lineRule="auto"/>
              <w:rPr>
                <w:lang w:val="nb-NO"/>
              </w:rPr>
            </w:pPr>
            <w:r w:rsidRPr="00DA6422">
              <w:rPr>
                <w:lang w:val="nb-NO"/>
              </w:rPr>
              <w:t> </w:t>
            </w:r>
          </w:p>
          <w:p w14:paraId="212F797D" w14:textId="77777777" w:rsidR="00151A69" w:rsidRPr="00DA6422" w:rsidRDefault="00151A69">
            <w:pPr>
              <w:spacing w:after="0" w:line="240" w:lineRule="auto"/>
              <w:rPr>
                <w:lang w:val="nb-NO"/>
              </w:rPr>
            </w:pPr>
            <w:r w:rsidRPr="00DA6422">
              <w:rPr>
                <w:lang w:val="nb-NO"/>
              </w:rPr>
              <w:t> </w:t>
            </w:r>
          </w:p>
          <w:p w14:paraId="531BBC73" w14:textId="355483E2" w:rsidR="006F39A7" w:rsidRPr="00DA6422" w:rsidRDefault="00151A69" w:rsidP="00151A69">
            <w:pPr>
              <w:spacing w:after="0" w:line="240" w:lineRule="auto"/>
              <w:rPr>
                <w:lang w:val="nb-NO"/>
              </w:rPr>
            </w:pPr>
            <w:r w:rsidRPr="00DA6422">
              <w:rPr>
                <w:lang w:val="nb-NO"/>
              </w:rPr>
              <w:t> </w:t>
            </w:r>
          </w:p>
        </w:tc>
      </w:tr>
    </w:tbl>
    <w:p w14:paraId="0B112517" w14:textId="77777777" w:rsidR="006F39A7" w:rsidRPr="00DA6422" w:rsidRDefault="006F39A7">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623530" w14:paraId="696D3F47"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7C837E" w14:textId="77777777" w:rsidR="006F39A7" w:rsidRPr="00DA6422" w:rsidRDefault="006F39A7">
            <w:pPr>
              <w:spacing w:after="40" w:line="240" w:lineRule="auto"/>
              <w:rPr>
                <w:kern w:val="2"/>
                <w:lang w:val="nb-NO" w:eastAsia="nb-NO"/>
                <w14:ligatures w14:val="standardContextual"/>
              </w:rPr>
            </w:pPr>
            <w:r w:rsidRPr="00DA6422">
              <w:rPr>
                <w:b/>
                <w:bCs/>
                <w:sz w:val="20"/>
                <w:szCs w:val="20"/>
                <w:lang w:val="nb-NO"/>
              </w:rPr>
              <w:t>Relevante vedlegg (liste/henvisninger)</w:t>
            </w:r>
          </w:p>
          <w:p w14:paraId="4CCD45F3" w14:textId="77777777" w:rsidR="006F39A7" w:rsidRPr="00DA6422" w:rsidRDefault="006F39A7">
            <w:pPr>
              <w:spacing w:after="0" w:line="240" w:lineRule="auto"/>
              <w:rPr>
                <w:lang w:val="nb-NO"/>
              </w:rPr>
            </w:pPr>
            <w:r w:rsidRPr="00DA6422">
              <w:rPr>
                <w:sz w:val="20"/>
                <w:szCs w:val="20"/>
                <w:lang w:val="nb-NO"/>
              </w:rPr>
              <w:t>Oppgi vedleggsnummer og kort beskrivelse av dokumentasjonen.</w:t>
            </w:r>
          </w:p>
          <w:p w14:paraId="7A01588F" w14:textId="77777777" w:rsidR="006F39A7" w:rsidRPr="00DA6422" w:rsidRDefault="006F39A7">
            <w:pPr>
              <w:spacing w:after="0" w:line="240" w:lineRule="auto"/>
              <w:rPr>
                <w:lang w:val="nb-NO"/>
              </w:rPr>
            </w:pPr>
            <w:r w:rsidRPr="00DA6422">
              <w:rPr>
                <w:lang w:val="nb-NO"/>
              </w:rPr>
              <w:t> </w:t>
            </w:r>
          </w:p>
          <w:p w14:paraId="20AF6BA0" w14:textId="77777777" w:rsidR="006F39A7" w:rsidRPr="00DA6422" w:rsidRDefault="006F39A7">
            <w:pPr>
              <w:spacing w:after="0" w:line="240" w:lineRule="auto"/>
              <w:rPr>
                <w:lang w:val="nb-NO"/>
              </w:rPr>
            </w:pPr>
            <w:r w:rsidRPr="00DA6422">
              <w:rPr>
                <w:lang w:val="nb-NO"/>
              </w:rPr>
              <w:t> </w:t>
            </w:r>
          </w:p>
          <w:p w14:paraId="04C08E67" w14:textId="77777777" w:rsidR="006F39A7" w:rsidRPr="00DA6422" w:rsidRDefault="006F39A7">
            <w:pPr>
              <w:spacing w:after="0" w:line="240" w:lineRule="auto"/>
              <w:rPr>
                <w:lang w:val="nb-NO"/>
              </w:rPr>
            </w:pPr>
            <w:r w:rsidRPr="00DA6422">
              <w:rPr>
                <w:lang w:val="nb-NO"/>
              </w:rPr>
              <w:t> </w:t>
            </w:r>
          </w:p>
          <w:p w14:paraId="6A23BE83" w14:textId="77777777" w:rsidR="006F39A7" w:rsidRPr="00DA6422" w:rsidRDefault="006F39A7">
            <w:pPr>
              <w:spacing w:after="0" w:line="240" w:lineRule="auto"/>
              <w:rPr>
                <w:lang w:val="nb-NO"/>
              </w:rPr>
            </w:pPr>
            <w:r w:rsidRPr="00DA6422">
              <w:rPr>
                <w:lang w:val="nb-NO"/>
              </w:rPr>
              <w:t> </w:t>
            </w:r>
          </w:p>
          <w:p w14:paraId="78509129" w14:textId="77777777" w:rsidR="006F39A7" w:rsidRPr="00DA6422" w:rsidRDefault="006F39A7">
            <w:pPr>
              <w:spacing w:after="0" w:line="240" w:lineRule="auto"/>
              <w:rPr>
                <w:lang w:val="nb-NO"/>
              </w:rPr>
            </w:pPr>
            <w:r w:rsidRPr="00DA6422">
              <w:rPr>
                <w:lang w:val="nb-NO"/>
              </w:rPr>
              <w:t> </w:t>
            </w:r>
          </w:p>
          <w:p w14:paraId="45DDCF79" w14:textId="77777777" w:rsidR="006F39A7" w:rsidRPr="00DA6422" w:rsidRDefault="006F39A7">
            <w:pPr>
              <w:spacing w:after="0" w:line="240" w:lineRule="auto"/>
              <w:rPr>
                <w:lang w:val="nb-NO"/>
              </w:rPr>
            </w:pPr>
            <w:r w:rsidRPr="00DA6422">
              <w:rPr>
                <w:lang w:val="nb-NO"/>
              </w:rPr>
              <w:t> </w:t>
            </w:r>
          </w:p>
        </w:tc>
      </w:tr>
    </w:tbl>
    <w:p w14:paraId="188387CE" w14:textId="77777777" w:rsidR="007553FE" w:rsidRPr="00DA6422" w:rsidRDefault="005A3995">
      <w:pPr>
        <w:rPr>
          <w:lang w:val="nb-NO"/>
        </w:rPr>
      </w:pPr>
      <w:r w:rsidRPr="00DA6422">
        <w:rPr>
          <w:lang w:val="nb-NO"/>
        </w:rPr>
        <w:br w:type="page"/>
      </w:r>
    </w:p>
    <w:p w14:paraId="372F832D"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4. HMS og internkontroll</w:t>
      </w:r>
    </w:p>
    <w:p w14:paraId="7CA20B05" w14:textId="77777777" w:rsidR="002F74A1" w:rsidRPr="00DA6422" w:rsidRDefault="00754137">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23"/>
        <w:gridCol w:w="4639"/>
      </w:tblGrid>
      <w:tr w:rsidR="002F74A1" w:rsidRPr="00F54D36" w14:paraId="7C7F1D5F" w14:textId="77777777">
        <w:tc>
          <w:tcPr>
            <w:tcW w:w="4981" w:type="dxa"/>
          </w:tcPr>
          <w:p w14:paraId="30108959" w14:textId="77777777" w:rsidR="002F74A1" w:rsidRPr="00DA6422" w:rsidRDefault="002F74A1" w:rsidP="002F74A1">
            <w:pPr>
              <w:spacing w:after="40"/>
              <w:rPr>
                <w:kern w:val="2"/>
                <w:lang w:val="nb-NO" w:eastAsia="nb-NO"/>
                <w14:ligatures w14:val="standardContextual"/>
              </w:rPr>
            </w:pPr>
            <w:r w:rsidRPr="00DA6422">
              <w:rPr>
                <w:b/>
                <w:bCs/>
                <w:sz w:val="20"/>
                <w:szCs w:val="20"/>
                <w:lang w:val="nb-NO"/>
              </w:rPr>
              <w:t>Hovedtema</w:t>
            </w:r>
          </w:p>
          <w:p w14:paraId="0571E464" w14:textId="77777777" w:rsidR="002F74A1" w:rsidRPr="00DA6422" w:rsidRDefault="002F74A1" w:rsidP="002F74A1">
            <w:pPr>
              <w:rPr>
                <w:sz w:val="20"/>
                <w:szCs w:val="20"/>
                <w:lang w:val="nb-NO"/>
              </w:rPr>
            </w:pPr>
            <w:r w:rsidRPr="00DA6422">
              <w:rPr>
                <w:sz w:val="20"/>
                <w:szCs w:val="20"/>
                <w:lang w:val="nb-NO"/>
              </w:rPr>
              <w:t>Hovedtemaet handler om å drive systematisk HMS-arbeid i bilverkstedet i tråd med internkontrollforskriften og krav til avfallshåndtering.</w:t>
            </w:r>
          </w:p>
          <w:p w14:paraId="7D53879F" w14:textId="77777777" w:rsidR="002F74A1" w:rsidRPr="00DA6422" w:rsidRDefault="002F74A1" w:rsidP="002F74A1">
            <w:pPr>
              <w:rPr>
                <w:lang w:val="nb-NO"/>
              </w:rPr>
            </w:pPr>
          </w:p>
          <w:p w14:paraId="6F8DC6CF" w14:textId="0886E0EA" w:rsidR="002F74A1" w:rsidRPr="009C47F6" w:rsidRDefault="002F74A1" w:rsidP="002F74A1">
            <w:pPr>
              <w:rPr>
                <w:sz w:val="20"/>
                <w:szCs w:val="20"/>
                <w:lang w:val="nb-NO"/>
              </w:rPr>
            </w:pPr>
            <w:r w:rsidRPr="00DA6422">
              <w:rPr>
                <w:sz w:val="20"/>
                <w:szCs w:val="20"/>
                <w:lang w:val="nb-NO"/>
              </w:rPr>
              <w:t>Sentralt i temaet står lederens rolle som ansvarlig for HMS-arbeidet og betydningen av forebyggende arbeid.</w:t>
            </w:r>
          </w:p>
        </w:tc>
        <w:tc>
          <w:tcPr>
            <w:tcW w:w="4981" w:type="dxa"/>
          </w:tcPr>
          <w:p w14:paraId="40A21D93" w14:textId="77777777" w:rsidR="002F74A1" w:rsidRPr="00DA6422" w:rsidRDefault="002F74A1" w:rsidP="002F74A1">
            <w:pPr>
              <w:spacing w:after="40"/>
              <w:rPr>
                <w:lang w:val="nb-NO"/>
              </w:rPr>
            </w:pPr>
            <w:r w:rsidRPr="00DA6422">
              <w:rPr>
                <w:b/>
                <w:bCs/>
                <w:sz w:val="20"/>
                <w:szCs w:val="20"/>
                <w:lang w:val="nb-NO"/>
              </w:rPr>
              <w:t>Innhold</w:t>
            </w:r>
          </w:p>
          <w:p w14:paraId="26555603"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organisering av HMS-arbeid</w:t>
            </w:r>
          </w:p>
          <w:p w14:paraId="32D1811D"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internkontrollforskriften</w:t>
            </w:r>
          </w:p>
          <w:p w14:paraId="2A530F13"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myndighetskrav til avfallshåndtering</w:t>
            </w:r>
          </w:p>
          <w:p w14:paraId="4F762810"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kartotek over helse- og miljøfarlige stoffer</w:t>
            </w:r>
          </w:p>
          <w:p w14:paraId="02EBD7B1"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ergonomi</w:t>
            </w:r>
          </w:p>
          <w:p w14:paraId="2CBE47AA"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verneombud og vernerunder</w:t>
            </w:r>
          </w:p>
          <w:p w14:paraId="1AD01E9A"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HMS-plan og risikoanalyse</w:t>
            </w:r>
          </w:p>
          <w:p w14:paraId="3D32BC42"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holdningsskapende arbeid</w:t>
            </w:r>
          </w:p>
          <w:p w14:paraId="5E6D004C"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eksterne ressurser og samarbeidspartnere i HMS-arbeidet</w:t>
            </w:r>
          </w:p>
          <w:p w14:paraId="16B15906" w14:textId="77777777" w:rsidR="002F74A1" w:rsidRPr="00DA6422" w:rsidRDefault="002F74A1" w:rsidP="002F74A1">
            <w:pPr>
              <w:pStyle w:val="Punktliste"/>
              <w:numPr>
                <w:ilvl w:val="0"/>
                <w:numId w:val="32"/>
              </w:numPr>
              <w:ind w:left="1080"/>
              <w:contextualSpacing w:val="0"/>
              <w:rPr>
                <w:lang w:val="nb-NO"/>
              </w:rPr>
            </w:pPr>
            <w:r w:rsidRPr="00DA6422">
              <w:rPr>
                <w:sz w:val="20"/>
                <w:szCs w:val="20"/>
                <w:lang w:val="nb-NO"/>
              </w:rPr>
              <w:t>plan for avfallshåndtering i bilverkstedet</w:t>
            </w:r>
          </w:p>
          <w:p w14:paraId="2D10E71D" w14:textId="2CB106DC" w:rsidR="002F74A1" w:rsidRPr="00AF3674" w:rsidRDefault="002F74A1" w:rsidP="002F74A1">
            <w:pPr>
              <w:pStyle w:val="Punktliste"/>
              <w:numPr>
                <w:ilvl w:val="0"/>
                <w:numId w:val="0"/>
              </w:numPr>
              <w:ind w:left="1080"/>
              <w:contextualSpacing w:val="0"/>
              <w:rPr>
                <w:lang w:val="nb-NO"/>
              </w:rPr>
            </w:pPr>
            <w:r w:rsidRPr="00DA6422">
              <w:rPr>
                <w:sz w:val="20"/>
                <w:szCs w:val="20"/>
                <w:lang w:val="nb-NO"/>
              </w:rPr>
              <w:t>dokumentasjon av avfallshåndtering</w:t>
            </w:r>
          </w:p>
        </w:tc>
      </w:tr>
    </w:tbl>
    <w:p w14:paraId="618F735D" w14:textId="68721BD1" w:rsidR="00754137" w:rsidRPr="00DA6422" w:rsidRDefault="0075413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DA6422" w14:paraId="7870969D" w14:textId="77777777" w:rsidTr="000457B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6F162"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0C1717A5"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CF2BCA7" w14:textId="77777777" w:rsidR="00151A69" w:rsidRPr="00DA6422" w:rsidRDefault="00151A69">
            <w:pPr>
              <w:spacing w:after="0" w:line="240" w:lineRule="auto"/>
              <w:rPr>
                <w:lang w:val="nb-NO"/>
              </w:rPr>
            </w:pPr>
            <w:r w:rsidRPr="00DA6422">
              <w:rPr>
                <w:lang w:val="nb-NO"/>
              </w:rPr>
              <w:t> </w:t>
            </w:r>
          </w:p>
          <w:p w14:paraId="373C36D9" w14:textId="77777777" w:rsidR="00151A69" w:rsidRPr="00DA6422" w:rsidRDefault="00151A69">
            <w:pPr>
              <w:spacing w:after="0" w:line="240" w:lineRule="auto"/>
              <w:rPr>
                <w:lang w:val="nb-NO"/>
              </w:rPr>
            </w:pPr>
            <w:r w:rsidRPr="00DA6422">
              <w:rPr>
                <w:lang w:val="nb-NO"/>
              </w:rPr>
              <w:t> </w:t>
            </w:r>
          </w:p>
          <w:p w14:paraId="1C10F721" w14:textId="77777777" w:rsidR="00151A69" w:rsidRPr="00DA6422" w:rsidRDefault="00151A69">
            <w:pPr>
              <w:spacing w:after="0" w:line="240" w:lineRule="auto"/>
              <w:rPr>
                <w:lang w:val="nb-NO"/>
              </w:rPr>
            </w:pPr>
            <w:r w:rsidRPr="00DA6422">
              <w:rPr>
                <w:lang w:val="nb-NO"/>
              </w:rPr>
              <w:t> </w:t>
            </w:r>
          </w:p>
          <w:p w14:paraId="51E56DBA" w14:textId="77777777" w:rsidR="00151A69" w:rsidRPr="00DA6422" w:rsidRDefault="00151A69">
            <w:pPr>
              <w:spacing w:after="0" w:line="240" w:lineRule="auto"/>
              <w:rPr>
                <w:lang w:val="nb-NO"/>
              </w:rPr>
            </w:pPr>
            <w:r w:rsidRPr="00DA6422">
              <w:rPr>
                <w:lang w:val="nb-NO"/>
              </w:rPr>
              <w:t> </w:t>
            </w:r>
          </w:p>
          <w:p w14:paraId="69AF5002" w14:textId="77777777" w:rsidR="00151A69" w:rsidRPr="00DA6422" w:rsidRDefault="00151A69">
            <w:pPr>
              <w:spacing w:after="0" w:line="240" w:lineRule="auto"/>
              <w:rPr>
                <w:lang w:val="nb-NO"/>
              </w:rPr>
            </w:pPr>
            <w:r w:rsidRPr="00DA6422">
              <w:rPr>
                <w:lang w:val="nb-NO"/>
              </w:rPr>
              <w:t> </w:t>
            </w:r>
          </w:p>
          <w:p w14:paraId="059D5BF5" w14:textId="77777777" w:rsidR="00151A69" w:rsidRPr="00DA6422" w:rsidRDefault="00151A69">
            <w:pPr>
              <w:spacing w:after="0" w:line="240" w:lineRule="auto"/>
              <w:rPr>
                <w:lang w:val="nb-NO"/>
              </w:rPr>
            </w:pPr>
            <w:r w:rsidRPr="00DA6422">
              <w:rPr>
                <w:lang w:val="nb-NO"/>
              </w:rPr>
              <w:t> </w:t>
            </w:r>
          </w:p>
          <w:p w14:paraId="00DD89D1" w14:textId="77777777" w:rsidR="00151A69" w:rsidRPr="00DA6422" w:rsidRDefault="00151A69">
            <w:pPr>
              <w:spacing w:after="0" w:line="240" w:lineRule="auto"/>
              <w:rPr>
                <w:lang w:val="nb-NO"/>
              </w:rPr>
            </w:pPr>
            <w:r w:rsidRPr="00DA6422">
              <w:rPr>
                <w:lang w:val="nb-NO"/>
              </w:rPr>
              <w:t> </w:t>
            </w:r>
          </w:p>
          <w:p w14:paraId="4DFCD929" w14:textId="77777777" w:rsidR="00151A69" w:rsidRPr="00DA6422" w:rsidRDefault="00151A69">
            <w:pPr>
              <w:spacing w:after="0" w:line="240" w:lineRule="auto"/>
              <w:rPr>
                <w:lang w:val="nb-NO"/>
              </w:rPr>
            </w:pPr>
            <w:r w:rsidRPr="00DA6422">
              <w:rPr>
                <w:lang w:val="nb-NO"/>
              </w:rPr>
              <w:t> </w:t>
            </w:r>
          </w:p>
          <w:p w14:paraId="7823E99C" w14:textId="77777777" w:rsidR="00151A69" w:rsidRPr="00DA6422" w:rsidRDefault="00151A69">
            <w:pPr>
              <w:spacing w:after="0" w:line="240" w:lineRule="auto"/>
              <w:rPr>
                <w:lang w:val="nb-NO"/>
              </w:rPr>
            </w:pPr>
            <w:r w:rsidRPr="00DA6422">
              <w:rPr>
                <w:lang w:val="nb-NO"/>
              </w:rPr>
              <w:t> </w:t>
            </w:r>
          </w:p>
          <w:p w14:paraId="14C60AAC" w14:textId="77777777" w:rsidR="00151A69" w:rsidRPr="00DA6422" w:rsidRDefault="00151A69">
            <w:pPr>
              <w:spacing w:after="0" w:line="240" w:lineRule="auto"/>
              <w:rPr>
                <w:lang w:val="nb-NO"/>
              </w:rPr>
            </w:pPr>
            <w:r w:rsidRPr="00DA6422">
              <w:rPr>
                <w:lang w:val="nb-NO"/>
              </w:rPr>
              <w:t> </w:t>
            </w:r>
          </w:p>
          <w:p w14:paraId="0C942BD9" w14:textId="77777777" w:rsidR="00151A69" w:rsidRPr="00DA6422" w:rsidRDefault="00151A69">
            <w:pPr>
              <w:spacing w:after="0" w:line="240" w:lineRule="auto"/>
              <w:rPr>
                <w:lang w:val="nb-NO"/>
              </w:rPr>
            </w:pPr>
            <w:r w:rsidRPr="00DA6422">
              <w:rPr>
                <w:lang w:val="nb-NO"/>
              </w:rPr>
              <w:t> </w:t>
            </w:r>
          </w:p>
          <w:p w14:paraId="2B62E2A0" w14:textId="77777777" w:rsidR="00151A69" w:rsidRPr="00DA6422" w:rsidRDefault="00151A69">
            <w:pPr>
              <w:spacing w:after="0" w:line="240" w:lineRule="auto"/>
              <w:rPr>
                <w:lang w:val="nb-NO"/>
              </w:rPr>
            </w:pPr>
            <w:r w:rsidRPr="00DA6422">
              <w:rPr>
                <w:lang w:val="nb-NO"/>
              </w:rPr>
              <w:t> </w:t>
            </w:r>
          </w:p>
          <w:p w14:paraId="0B9CCFD9" w14:textId="77777777" w:rsidR="00151A69" w:rsidRPr="00DA6422" w:rsidRDefault="00151A69">
            <w:pPr>
              <w:spacing w:after="0" w:line="240" w:lineRule="auto"/>
              <w:rPr>
                <w:lang w:val="nb-NO"/>
              </w:rPr>
            </w:pPr>
            <w:r w:rsidRPr="00DA6422">
              <w:rPr>
                <w:lang w:val="nb-NO"/>
              </w:rPr>
              <w:t> </w:t>
            </w:r>
          </w:p>
          <w:p w14:paraId="0ED765FF" w14:textId="19DE6265" w:rsidR="00754137" w:rsidRPr="00DA6422" w:rsidRDefault="00151A69" w:rsidP="00151A69">
            <w:pPr>
              <w:spacing w:after="0" w:line="240" w:lineRule="auto"/>
              <w:rPr>
                <w:lang w:val="nb-NO"/>
              </w:rPr>
            </w:pPr>
            <w:r w:rsidRPr="00DA6422">
              <w:rPr>
                <w:lang w:val="nb-NO"/>
              </w:rPr>
              <w:t> </w:t>
            </w:r>
          </w:p>
        </w:tc>
      </w:tr>
    </w:tbl>
    <w:p w14:paraId="3CD62DB7" w14:textId="77777777" w:rsidR="00754137" w:rsidRPr="00DA6422" w:rsidRDefault="00754137">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623530" w14:paraId="043A412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329B1A" w14:textId="77777777" w:rsidR="00754137" w:rsidRPr="00DA6422" w:rsidRDefault="00754137">
            <w:pPr>
              <w:spacing w:after="40" w:line="240" w:lineRule="auto"/>
              <w:rPr>
                <w:kern w:val="2"/>
                <w:lang w:val="nb-NO" w:eastAsia="nb-NO"/>
                <w14:ligatures w14:val="standardContextual"/>
              </w:rPr>
            </w:pPr>
            <w:r w:rsidRPr="00DA6422">
              <w:rPr>
                <w:b/>
                <w:bCs/>
                <w:sz w:val="20"/>
                <w:szCs w:val="20"/>
                <w:lang w:val="nb-NO"/>
              </w:rPr>
              <w:t>Relevante vedlegg (liste/henvisninger)</w:t>
            </w:r>
          </w:p>
          <w:p w14:paraId="0F752DD5" w14:textId="77777777" w:rsidR="00754137" w:rsidRPr="00DA6422" w:rsidRDefault="00754137">
            <w:pPr>
              <w:spacing w:after="0" w:line="240" w:lineRule="auto"/>
              <w:rPr>
                <w:lang w:val="nb-NO"/>
              </w:rPr>
            </w:pPr>
            <w:r w:rsidRPr="00DA6422">
              <w:rPr>
                <w:sz w:val="20"/>
                <w:szCs w:val="20"/>
                <w:lang w:val="nb-NO"/>
              </w:rPr>
              <w:t>Oppgi vedleggsnummer og kort beskrivelse av dokumentasjonen.</w:t>
            </w:r>
          </w:p>
          <w:p w14:paraId="1D6C01BF" w14:textId="77777777" w:rsidR="00754137" w:rsidRPr="00DA6422" w:rsidRDefault="00754137">
            <w:pPr>
              <w:spacing w:after="0" w:line="240" w:lineRule="auto"/>
              <w:rPr>
                <w:lang w:val="nb-NO"/>
              </w:rPr>
            </w:pPr>
            <w:r w:rsidRPr="00DA6422">
              <w:rPr>
                <w:lang w:val="nb-NO"/>
              </w:rPr>
              <w:t> </w:t>
            </w:r>
          </w:p>
          <w:p w14:paraId="538BCD29" w14:textId="77777777" w:rsidR="00754137" w:rsidRPr="00DA6422" w:rsidRDefault="00754137">
            <w:pPr>
              <w:spacing w:after="0" w:line="240" w:lineRule="auto"/>
              <w:rPr>
                <w:lang w:val="nb-NO"/>
              </w:rPr>
            </w:pPr>
            <w:r w:rsidRPr="00DA6422">
              <w:rPr>
                <w:lang w:val="nb-NO"/>
              </w:rPr>
              <w:t> </w:t>
            </w:r>
          </w:p>
          <w:p w14:paraId="354A7064" w14:textId="77777777" w:rsidR="00754137" w:rsidRPr="00DA6422" w:rsidRDefault="00754137">
            <w:pPr>
              <w:spacing w:after="0" w:line="240" w:lineRule="auto"/>
              <w:rPr>
                <w:lang w:val="nb-NO"/>
              </w:rPr>
            </w:pPr>
            <w:r w:rsidRPr="00DA6422">
              <w:rPr>
                <w:lang w:val="nb-NO"/>
              </w:rPr>
              <w:t> </w:t>
            </w:r>
          </w:p>
          <w:p w14:paraId="03C685A6" w14:textId="77777777" w:rsidR="00754137" w:rsidRPr="00DA6422" w:rsidRDefault="00754137">
            <w:pPr>
              <w:spacing w:after="0" w:line="240" w:lineRule="auto"/>
              <w:rPr>
                <w:lang w:val="nb-NO"/>
              </w:rPr>
            </w:pPr>
            <w:r w:rsidRPr="00DA6422">
              <w:rPr>
                <w:lang w:val="nb-NO"/>
              </w:rPr>
              <w:t> </w:t>
            </w:r>
          </w:p>
          <w:p w14:paraId="7201D232" w14:textId="77777777" w:rsidR="00754137" w:rsidRPr="00DA6422" w:rsidRDefault="00754137">
            <w:pPr>
              <w:spacing w:after="0" w:line="240" w:lineRule="auto"/>
              <w:rPr>
                <w:lang w:val="nb-NO"/>
              </w:rPr>
            </w:pPr>
            <w:r w:rsidRPr="00DA6422">
              <w:rPr>
                <w:lang w:val="nb-NO"/>
              </w:rPr>
              <w:t> </w:t>
            </w:r>
          </w:p>
          <w:p w14:paraId="4AE9BE67" w14:textId="77777777" w:rsidR="00754137" w:rsidRPr="00DA6422" w:rsidRDefault="00754137">
            <w:pPr>
              <w:spacing w:after="0" w:line="240" w:lineRule="auto"/>
              <w:rPr>
                <w:lang w:val="nb-NO"/>
              </w:rPr>
            </w:pPr>
            <w:r w:rsidRPr="00DA6422">
              <w:rPr>
                <w:lang w:val="nb-NO"/>
              </w:rPr>
              <w:t> </w:t>
            </w:r>
          </w:p>
        </w:tc>
      </w:tr>
    </w:tbl>
    <w:p w14:paraId="503A1382"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5. Kompetanse- og personalutvikling</w:t>
      </w:r>
    </w:p>
    <w:p w14:paraId="7B74A78D" w14:textId="77777777" w:rsidR="0060182B" w:rsidRPr="00DA6422" w:rsidRDefault="00F929C6">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23"/>
        <w:gridCol w:w="4639"/>
      </w:tblGrid>
      <w:tr w:rsidR="0060182B" w:rsidRPr="00623530" w14:paraId="2E6A19DD" w14:textId="77777777">
        <w:tc>
          <w:tcPr>
            <w:tcW w:w="4981" w:type="dxa"/>
          </w:tcPr>
          <w:p w14:paraId="7CBD2C66" w14:textId="77777777" w:rsidR="0060182B" w:rsidRPr="00DA6422" w:rsidRDefault="0060182B" w:rsidP="0060182B">
            <w:pPr>
              <w:spacing w:after="40"/>
              <w:rPr>
                <w:kern w:val="2"/>
                <w:lang w:val="nb-NO" w:eastAsia="nb-NO"/>
                <w14:ligatures w14:val="standardContextual"/>
              </w:rPr>
            </w:pPr>
            <w:r w:rsidRPr="00DA6422">
              <w:rPr>
                <w:b/>
                <w:bCs/>
                <w:sz w:val="20"/>
                <w:szCs w:val="20"/>
                <w:lang w:val="nb-NO"/>
              </w:rPr>
              <w:t>Hovedtema</w:t>
            </w:r>
          </w:p>
          <w:p w14:paraId="005D3EF8" w14:textId="77777777" w:rsidR="0060182B" w:rsidRPr="00DA6422" w:rsidRDefault="0060182B" w:rsidP="0060182B">
            <w:pPr>
              <w:rPr>
                <w:sz w:val="20"/>
                <w:szCs w:val="20"/>
                <w:lang w:val="nb-NO"/>
              </w:rPr>
            </w:pPr>
            <w:r w:rsidRPr="00DA6422">
              <w:rPr>
                <w:sz w:val="20"/>
                <w:szCs w:val="20"/>
                <w:lang w:val="nb-NO"/>
              </w:rPr>
              <w:t>Dette temaet handler om kartlegging og vurdering av kompetansebehov i bedriften.</w:t>
            </w:r>
          </w:p>
          <w:p w14:paraId="14455197" w14:textId="77777777" w:rsidR="0060182B" w:rsidRPr="00DA6422" w:rsidRDefault="0060182B" w:rsidP="0060182B">
            <w:pPr>
              <w:rPr>
                <w:lang w:val="nb-NO"/>
              </w:rPr>
            </w:pPr>
          </w:p>
          <w:p w14:paraId="454CBE43" w14:textId="4257C8C0" w:rsidR="0060182B" w:rsidRPr="009C47F6" w:rsidRDefault="0060182B" w:rsidP="0060182B">
            <w:pPr>
              <w:rPr>
                <w:sz w:val="20"/>
                <w:szCs w:val="20"/>
                <w:lang w:val="nb-NO"/>
              </w:rPr>
            </w:pPr>
            <w:r w:rsidRPr="00DA6422">
              <w:rPr>
                <w:sz w:val="20"/>
                <w:szCs w:val="20"/>
                <w:lang w:val="nb-NO"/>
              </w:rPr>
              <w:t>Rekruttering og utvikling av medarbeidere inngår i temaet. Det gjør også lærlingordningen.</w:t>
            </w:r>
          </w:p>
        </w:tc>
        <w:tc>
          <w:tcPr>
            <w:tcW w:w="4981" w:type="dxa"/>
          </w:tcPr>
          <w:p w14:paraId="1665E114" w14:textId="77777777" w:rsidR="0060182B" w:rsidRPr="00DA6422" w:rsidRDefault="0060182B" w:rsidP="0060182B">
            <w:pPr>
              <w:spacing w:after="40"/>
              <w:rPr>
                <w:lang w:val="nb-NO"/>
              </w:rPr>
            </w:pPr>
            <w:r w:rsidRPr="00DA6422">
              <w:rPr>
                <w:b/>
                <w:bCs/>
                <w:sz w:val="20"/>
                <w:szCs w:val="20"/>
                <w:lang w:val="nb-NO"/>
              </w:rPr>
              <w:t>Innhold</w:t>
            </w:r>
          </w:p>
          <w:p w14:paraId="5D788073" w14:textId="77777777" w:rsidR="0060182B" w:rsidRPr="00DA6422" w:rsidRDefault="0060182B" w:rsidP="0060182B">
            <w:pPr>
              <w:pStyle w:val="Punktliste"/>
              <w:numPr>
                <w:ilvl w:val="0"/>
                <w:numId w:val="33"/>
              </w:numPr>
              <w:ind w:left="1080"/>
              <w:contextualSpacing w:val="0"/>
              <w:rPr>
                <w:lang w:val="nb-NO"/>
              </w:rPr>
            </w:pPr>
            <w:r w:rsidRPr="00DA6422">
              <w:rPr>
                <w:sz w:val="20"/>
                <w:szCs w:val="20"/>
                <w:lang w:val="nb-NO"/>
              </w:rPr>
              <w:t>kartlegging av bedriftens kompetansebehov</w:t>
            </w:r>
          </w:p>
          <w:p w14:paraId="72E4A0DA" w14:textId="77777777" w:rsidR="0060182B" w:rsidRPr="00DA6422" w:rsidRDefault="0060182B" w:rsidP="0060182B">
            <w:pPr>
              <w:pStyle w:val="Punktliste"/>
              <w:numPr>
                <w:ilvl w:val="0"/>
                <w:numId w:val="33"/>
              </w:numPr>
              <w:ind w:left="1080"/>
              <w:contextualSpacing w:val="0"/>
              <w:rPr>
                <w:lang w:val="nb-NO"/>
              </w:rPr>
            </w:pPr>
            <w:r w:rsidRPr="00DA6422">
              <w:rPr>
                <w:sz w:val="20"/>
                <w:szCs w:val="20"/>
                <w:lang w:val="nb-NO"/>
              </w:rPr>
              <w:t>utvikling og rekruttering av strategisk kompetanse</w:t>
            </w:r>
          </w:p>
          <w:p w14:paraId="47FBCCAC" w14:textId="77777777" w:rsidR="0060182B" w:rsidRPr="00DA6422" w:rsidRDefault="0060182B" w:rsidP="0060182B">
            <w:pPr>
              <w:pStyle w:val="Punktliste"/>
              <w:numPr>
                <w:ilvl w:val="0"/>
                <w:numId w:val="33"/>
              </w:numPr>
              <w:ind w:left="1080"/>
              <w:contextualSpacing w:val="0"/>
              <w:rPr>
                <w:lang w:val="nb-NO"/>
              </w:rPr>
            </w:pPr>
            <w:r w:rsidRPr="00DA6422">
              <w:rPr>
                <w:sz w:val="20"/>
                <w:szCs w:val="20"/>
                <w:lang w:val="nb-NO"/>
              </w:rPr>
              <w:t>læringsmuligheter på arbeidsplassen og via nettressurser</w:t>
            </w:r>
          </w:p>
          <w:p w14:paraId="21E7B788" w14:textId="77777777" w:rsidR="0060182B" w:rsidRPr="00DA6422" w:rsidRDefault="0060182B" w:rsidP="0060182B">
            <w:pPr>
              <w:pStyle w:val="Punktliste"/>
              <w:numPr>
                <w:ilvl w:val="0"/>
                <w:numId w:val="33"/>
              </w:numPr>
              <w:ind w:left="1080"/>
              <w:contextualSpacing w:val="0"/>
              <w:rPr>
                <w:lang w:val="nb-NO"/>
              </w:rPr>
            </w:pPr>
            <w:r w:rsidRPr="00DA6422">
              <w:rPr>
                <w:sz w:val="20"/>
                <w:szCs w:val="20"/>
                <w:lang w:val="nb-NO"/>
              </w:rPr>
              <w:t>eksterne ressurser og samarbeidspartnere, inkludert lærlingordningen</w:t>
            </w:r>
          </w:p>
          <w:p w14:paraId="2C2BFBDD" w14:textId="77777777" w:rsidR="0060182B" w:rsidRPr="00AF3674" w:rsidRDefault="0060182B">
            <w:pPr>
              <w:pStyle w:val="Punktliste"/>
              <w:numPr>
                <w:ilvl w:val="0"/>
                <w:numId w:val="0"/>
              </w:numPr>
              <w:ind w:left="1080"/>
              <w:contextualSpacing w:val="0"/>
              <w:rPr>
                <w:lang w:val="nb-NO"/>
              </w:rPr>
            </w:pPr>
          </w:p>
        </w:tc>
      </w:tr>
    </w:tbl>
    <w:p w14:paraId="72B9FEE0" w14:textId="05AA9076" w:rsidR="00F929C6" w:rsidRPr="00DA6422" w:rsidRDefault="00F929C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DA6422" w14:paraId="7930DE5E"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BBF784"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24137153"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8EF460F" w14:textId="77777777" w:rsidR="00151A69" w:rsidRPr="00DA6422" w:rsidRDefault="00151A69">
            <w:pPr>
              <w:spacing w:after="0" w:line="240" w:lineRule="auto"/>
              <w:rPr>
                <w:lang w:val="nb-NO"/>
              </w:rPr>
            </w:pPr>
            <w:r w:rsidRPr="00DA6422">
              <w:rPr>
                <w:lang w:val="nb-NO"/>
              </w:rPr>
              <w:t> </w:t>
            </w:r>
          </w:p>
          <w:p w14:paraId="2E5F7D2D" w14:textId="77777777" w:rsidR="00151A69" w:rsidRPr="00DA6422" w:rsidRDefault="00151A69">
            <w:pPr>
              <w:spacing w:after="0" w:line="240" w:lineRule="auto"/>
              <w:rPr>
                <w:lang w:val="nb-NO"/>
              </w:rPr>
            </w:pPr>
            <w:r w:rsidRPr="00DA6422">
              <w:rPr>
                <w:lang w:val="nb-NO"/>
              </w:rPr>
              <w:t> </w:t>
            </w:r>
          </w:p>
          <w:p w14:paraId="2051E504" w14:textId="77777777" w:rsidR="00151A69" w:rsidRPr="00DA6422" w:rsidRDefault="00151A69">
            <w:pPr>
              <w:spacing w:after="0" w:line="240" w:lineRule="auto"/>
              <w:rPr>
                <w:lang w:val="nb-NO"/>
              </w:rPr>
            </w:pPr>
            <w:r w:rsidRPr="00DA6422">
              <w:rPr>
                <w:lang w:val="nb-NO"/>
              </w:rPr>
              <w:t> </w:t>
            </w:r>
          </w:p>
          <w:p w14:paraId="00CB90BD" w14:textId="77777777" w:rsidR="00151A69" w:rsidRPr="00DA6422" w:rsidRDefault="00151A69">
            <w:pPr>
              <w:spacing w:after="0" w:line="240" w:lineRule="auto"/>
              <w:rPr>
                <w:lang w:val="nb-NO"/>
              </w:rPr>
            </w:pPr>
            <w:r w:rsidRPr="00DA6422">
              <w:rPr>
                <w:lang w:val="nb-NO"/>
              </w:rPr>
              <w:t> </w:t>
            </w:r>
          </w:p>
          <w:p w14:paraId="1C7C64AD" w14:textId="77777777" w:rsidR="00151A69" w:rsidRPr="00DA6422" w:rsidRDefault="00151A69">
            <w:pPr>
              <w:spacing w:after="0" w:line="240" w:lineRule="auto"/>
              <w:rPr>
                <w:lang w:val="nb-NO"/>
              </w:rPr>
            </w:pPr>
            <w:r w:rsidRPr="00DA6422">
              <w:rPr>
                <w:lang w:val="nb-NO"/>
              </w:rPr>
              <w:t> </w:t>
            </w:r>
          </w:p>
          <w:p w14:paraId="6B2EF54C" w14:textId="77777777" w:rsidR="00151A69" w:rsidRPr="00DA6422" w:rsidRDefault="00151A69">
            <w:pPr>
              <w:spacing w:after="0" w:line="240" w:lineRule="auto"/>
              <w:rPr>
                <w:lang w:val="nb-NO"/>
              </w:rPr>
            </w:pPr>
            <w:r w:rsidRPr="00DA6422">
              <w:rPr>
                <w:lang w:val="nb-NO"/>
              </w:rPr>
              <w:t> </w:t>
            </w:r>
          </w:p>
          <w:p w14:paraId="03854FA6" w14:textId="77777777" w:rsidR="00151A69" w:rsidRPr="00DA6422" w:rsidRDefault="00151A69">
            <w:pPr>
              <w:spacing w:after="0" w:line="240" w:lineRule="auto"/>
              <w:rPr>
                <w:lang w:val="nb-NO"/>
              </w:rPr>
            </w:pPr>
            <w:r w:rsidRPr="00DA6422">
              <w:rPr>
                <w:lang w:val="nb-NO"/>
              </w:rPr>
              <w:t> </w:t>
            </w:r>
          </w:p>
          <w:p w14:paraId="2C4D45E2" w14:textId="77777777" w:rsidR="00151A69" w:rsidRPr="00DA6422" w:rsidRDefault="00151A69">
            <w:pPr>
              <w:spacing w:after="0" w:line="240" w:lineRule="auto"/>
              <w:rPr>
                <w:lang w:val="nb-NO"/>
              </w:rPr>
            </w:pPr>
            <w:r w:rsidRPr="00DA6422">
              <w:rPr>
                <w:lang w:val="nb-NO"/>
              </w:rPr>
              <w:t> </w:t>
            </w:r>
          </w:p>
          <w:p w14:paraId="2B7EB9E2" w14:textId="77777777" w:rsidR="00151A69" w:rsidRPr="00DA6422" w:rsidRDefault="00151A69">
            <w:pPr>
              <w:spacing w:after="0" w:line="240" w:lineRule="auto"/>
              <w:rPr>
                <w:lang w:val="nb-NO"/>
              </w:rPr>
            </w:pPr>
            <w:r w:rsidRPr="00DA6422">
              <w:rPr>
                <w:lang w:val="nb-NO"/>
              </w:rPr>
              <w:t> </w:t>
            </w:r>
          </w:p>
          <w:p w14:paraId="37ADD138" w14:textId="77777777" w:rsidR="00151A69" w:rsidRPr="00DA6422" w:rsidRDefault="00151A69">
            <w:pPr>
              <w:spacing w:after="0" w:line="240" w:lineRule="auto"/>
              <w:rPr>
                <w:lang w:val="nb-NO"/>
              </w:rPr>
            </w:pPr>
            <w:r w:rsidRPr="00DA6422">
              <w:rPr>
                <w:lang w:val="nb-NO"/>
              </w:rPr>
              <w:t> </w:t>
            </w:r>
          </w:p>
          <w:p w14:paraId="22401B13" w14:textId="77777777" w:rsidR="00151A69" w:rsidRPr="00DA6422" w:rsidRDefault="00151A69">
            <w:pPr>
              <w:spacing w:after="0" w:line="240" w:lineRule="auto"/>
              <w:rPr>
                <w:lang w:val="nb-NO"/>
              </w:rPr>
            </w:pPr>
            <w:r w:rsidRPr="00DA6422">
              <w:rPr>
                <w:lang w:val="nb-NO"/>
              </w:rPr>
              <w:t> </w:t>
            </w:r>
          </w:p>
          <w:p w14:paraId="105B778E" w14:textId="77777777" w:rsidR="00151A69" w:rsidRPr="00DA6422" w:rsidRDefault="00151A69">
            <w:pPr>
              <w:spacing w:after="0" w:line="240" w:lineRule="auto"/>
              <w:rPr>
                <w:lang w:val="nb-NO"/>
              </w:rPr>
            </w:pPr>
            <w:r w:rsidRPr="00DA6422">
              <w:rPr>
                <w:lang w:val="nb-NO"/>
              </w:rPr>
              <w:t> </w:t>
            </w:r>
          </w:p>
          <w:p w14:paraId="20063949" w14:textId="77777777" w:rsidR="00151A69" w:rsidRPr="00DA6422" w:rsidRDefault="00151A69">
            <w:pPr>
              <w:spacing w:after="0" w:line="240" w:lineRule="auto"/>
              <w:rPr>
                <w:lang w:val="nb-NO"/>
              </w:rPr>
            </w:pPr>
            <w:r w:rsidRPr="00DA6422">
              <w:rPr>
                <w:lang w:val="nb-NO"/>
              </w:rPr>
              <w:t> </w:t>
            </w:r>
          </w:p>
          <w:p w14:paraId="51BDCB66" w14:textId="29D06FED" w:rsidR="00F929C6" w:rsidRPr="00DA6422" w:rsidRDefault="00151A69" w:rsidP="00151A69">
            <w:pPr>
              <w:spacing w:after="0" w:line="240" w:lineRule="auto"/>
              <w:rPr>
                <w:lang w:val="nb-NO"/>
              </w:rPr>
            </w:pPr>
            <w:r w:rsidRPr="00DA6422">
              <w:rPr>
                <w:lang w:val="nb-NO"/>
              </w:rPr>
              <w:t> </w:t>
            </w:r>
          </w:p>
        </w:tc>
      </w:tr>
    </w:tbl>
    <w:p w14:paraId="20ED5720" w14:textId="77777777" w:rsidR="00F929C6" w:rsidRPr="00DA6422" w:rsidRDefault="00F929C6">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623530" w14:paraId="2B3CF71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39B549" w14:textId="77777777" w:rsidR="00F929C6" w:rsidRPr="00DA6422" w:rsidRDefault="00F929C6">
            <w:pPr>
              <w:spacing w:after="40" w:line="240" w:lineRule="auto"/>
              <w:rPr>
                <w:kern w:val="2"/>
                <w:lang w:val="nb-NO" w:eastAsia="nb-NO"/>
                <w14:ligatures w14:val="standardContextual"/>
              </w:rPr>
            </w:pPr>
            <w:r w:rsidRPr="00DA6422">
              <w:rPr>
                <w:b/>
                <w:bCs/>
                <w:sz w:val="20"/>
                <w:szCs w:val="20"/>
                <w:lang w:val="nb-NO"/>
              </w:rPr>
              <w:t>Relevante vedlegg (liste/henvisninger)</w:t>
            </w:r>
          </w:p>
          <w:p w14:paraId="6AEC91BA" w14:textId="77777777" w:rsidR="00F929C6" w:rsidRPr="00DA6422" w:rsidRDefault="00F929C6">
            <w:pPr>
              <w:spacing w:after="0" w:line="240" w:lineRule="auto"/>
              <w:rPr>
                <w:lang w:val="nb-NO"/>
              </w:rPr>
            </w:pPr>
            <w:r w:rsidRPr="00DA6422">
              <w:rPr>
                <w:sz w:val="20"/>
                <w:szCs w:val="20"/>
                <w:lang w:val="nb-NO"/>
              </w:rPr>
              <w:t>Oppgi vedleggsnummer og kort beskrivelse av dokumentasjonen.</w:t>
            </w:r>
          </w:p>
          <w:p w14:paraId="109F6F1B" w14:textId="77777777" w:rsidR="00F929C6" w:rsidRPr="00DA6422" w:rsidRDefault="00F929C6">
            <w:pPr>
              <w:spacing w:after="0" w:line="240" w:lineRule="auto"/>
              <w:rPr>
                <w:lang w:val="nb-NO"/>
              </w:rPr>
            </w:pPr>
            <w:r w:rsidRPr="00DA6422">
              <w:rPr>
                <w:lang w:val="nb-NO"/>
              </w:rPr>
              <w:t> </w:t>
            </w:r>
          </w:p>
          <w:p w14:paraId="4F760CE4" w14:textId="77777777" w:rsidR="00F929C6" w:rsidRPr="00DA6422" w:rsidRDefault="00F929C6">
            <w:pPr>
              <w:spacing w:after="0" w:line="240" w:lineRule="auto"/>
              <w:rPr>
                <w:lang w:val="nb-NO"/>
              </w:rPr>
            </w:pPr>
            <w:r w:rsidRPr="00DA6422">
              <w:rPr>
                <w:lang w:val="nb-NO"/>
              </w:rPr>
              <w:t> </w:t>
            </w:r>
          </w:p>
          <w:p w14:paraId="7ED95580" w14:textId="77777777" w:rsidR="00F929C6" w:rsidRPr="00DA6422" w:rsidRDefault="00F929C6">
            <w:pPr>
              <w:spacing w:after="0" w:line="240" w:lineRule="auto"/>
              <w:rPr>
                <w:lang w:val="nb-NO"/>
              </w:rPr>
            </w:pPr>
            <w:r w:rsidRPr="00DA6422">
              <w:rPr>
                <w:lang w:val="nb-NO"/>
              </w:rPr>
              <w:t> </w:t>
            </w:r>
          </w:p>
          <w:p w14:paraId="72B2050F" w14:textId="77777777" w:rsidR="00F929C6" w:rsidRPr="00DA6422" w:rsidRDefault="00F929C6">
            <w:pPr>
              <w:spacing w:after="0" w:line="240" w:lineRule="auto"/>
              <w:rPr>
                <w:lang w:val="nb-NO"/>
              </w:rPr>
            </w:pPr>
            <w:r w:rsidRPr="00DA6422">
              <w:rPr>
                <w:lang w:val="nb-NO"/>
              </w:rPr>
              <w:t> </w:t>
            </w:r>
          </w:p>
          <w:p w14:paraId="32791081" w14:textId="77777777" w:rsidR="00F929C6" w:rsidRPr="00DA6422" w:rsidRDefault="00F929C6">
            <w:pPr>
              <w:spacing w:after="0" w:line="240" w:lineRule="auto"/>
              <w:rPr>
                <w:lang w:val="nb-NO"/>
              </w:rPr>
            </w:pPr>
            <w:r w:rsidRPr="00DA6422">
              <w:rPr>
                <w:lang w:val="nb-NO"/>
              </w:rPr>
              <w:t> </w:t>
            </w:r>
          </w:p>
          <w:p w14:paraId="697AE8AC" w14:textId="77777777" w:rsidR="00F929C6" w:rsidRPr="00DA6422" w:rsidRDefault="00F929C6">
            <w:pPr>
              <w:spacing w:after="0" w:line="240" w:lineRule="auto"/>
              <w:rPr>
                <w:lang w:val="nb-NO"/>
              </w:rPr>
            </w:pPr>
            <w:r w:rsidRPr="00DA6422">
              <w:rPr>
                <w:lang w:val="nb-NO"/>
              </w:rPr>
              <w:t> </w:t>
            </w:r>
          </w:p>
        </w:tc>
      </w:tr>
    </w:tbl>
    <w:p w14:paraId="48FFF2B9" w14:textId="77777777" w:rsidR="007553FE" w:rsidRPr="00DA6422" w:rsidRDefault="005A3995">
      <w:pPr>
        <w:rPr>
          <w:lang w:val="nb-NO"/>
        </w:rPr>
      </w:pPr>
      <w:r w:rsidRPr="00DA6422">
        <w:rPr>
          <w:lang w:val="nb-NO"/>
        </w:rPr>
        <w:br w:type="page"/>
      </w:r>
    </w:p>
    <w:p w14:paraId="1E0F8D4F" w14:textId="77777777" w:rsidR="007553FE" w:rsidRPr="00DA6422" w:rsidRDefault="005A3995">
      <w:pPr>
        <w:rPr>
          <w:lang w:val="nb-NO"/>
        </w:rPr>
      </w:pPr>
      <w:r w:rsidRPr="00DA6422">
        <w:rPr>
          <w:b/>
          <w:lang w:val="nb-NO"/>
        </w:rPr>
        <w:lastRenderedPageBreak/>
        <w:t>Modul: Logistikk og lagerhold</w:t>
      </w:r>
    </w:p>
    <w:p w14:paraId="337C191A" w14:textId="77777777" w:rsidR="00FA04D8" w:rsidRPr="00DA6422" w:rsidRDefault="00FA04D8" w:rsidP="00FA04D8">
      <w:pPr>
        <w:pStyle w:val="Overskrift2"/>
        <w:rPr>
          <w:kern w:val="2"/>
          <w:lang w:val="nb-NO" w:eastAsia="nb-NO"/>
          <w14:ligatures w14:val="standardContextual"/>
        </w:rPr>
      </w:pPr>
      <w:r w:rsidRPr="00DA6422">
        <w:rPr>
          <w:lang w:val="nb-NO"/>
        </w:rPr>
        <w:t>1. Innkjøp i et bilverksted</w:t>
      </w:r>
    </w:p>
    <w:p w14:paraId="0D4BD72D" w14:textId="77777777" w:rsidR="000340C1"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09"/>
        <w:gridCol w:w="4653"/>
      </w:tblGrid>
      <w:tr w:rsidR="000340C1" w:rsidRPr="00F54D36" w14:paraId="5305B6ED" w14:textId="77777777">
        <w:tc>
          <w:tcPr>
            <w:tcW w:w="4981" w:type="dxa"/>
          </w:tcPr>
          <w:p w14:paraId="7CA667FB" w14:textId="77777777" w:rsidR="000340C1" w:rsidRPr="00DA6422" w:rsidRDefault="000340C1" w:rsidP="000340C1">
            <w:pPr>
              <w:spacing w:after="40"/>
              <w:rPr>
                <w:kern w:val="2"/>
                <w:lang w:val="nb-NO" w:eastAsia="nb-NO"/>
                <w14:ligatures w14:val="standardContextual"/>
              </w:rPr>
            </w:pPr>
            <w:r w:rsidRPr="00DA6422">
              <w:rPr>
                <w:b/>
                <w:bCs/>
                <w:sz w:val="20"/>
                <w:szCs w:val="20"/>
                <w:lang w:val="nb-NO"/>
              </w:rPr>
              <w:t>Hovedtema</w:t>
            </w:r>
          </w:p>
          <w:p w14:paraId="16F00611" w14:textId="77777777" w:rsidR="000340C1" w:rsidRPr="00DA6422" w:rsidRDefault="000340C1" w:rsidP="000340C1">
            <w:pPr>
              <w:rPr>
                <w:sz w:val="20"/>
                <w:szCs w:val="20"/>
                <w:lang w:val="nb-NO"/>
              </w:rPr>
            </w:pPr>
            <w:r w:rsidRPr="00DA6422">
              <w:rPr>
                <w:sz w:val="20"/>
                <w:szCs w:val="20"/>
                <w:lang w:val="nb-NO"/>
              </w:rPr>
              <w:t>Hovedtemaet handler om innkjøpsprosedyrer.</w:t>
            </w:r>
          </w:p>
          <w:p w14:paraId="112573A6" w14:textId="77777777" w:rsidR="000340C1" w:rsidRPr="00DA6422" w:rsidRDefault="000340C1" w:rsidP="000340C1">
            <w:pPr>
              <w:rPr>
                <w:lang w:val="nb-NO"/>
              </w:rPr>
            </w:pPr>
          </w:p>
          <w:p w14:paraId="318AA1CE" w14:textId="64D266FE" w:rsidR="000340C1" w:rsidRPr="009C47F6" w:rsidRDefault="000340C1" w:rsidP="000340C1">
            <w:pPr>
              <w:rPr>
                <w:sz w:val="20"/>
                <w:szCs w:val="20"/>
                <w:lang w:val="nb-NO"/>
              </w:rPr>
            </w:pPr>
            <w:r w:rsidRPr="00DA6422">
              <w:rPr>
                <w:sz w:val="20"/>
                <w:szCs w:val="20"/>
                <w:lang w:val="nb-NO"/>
              </w:rPr>
              <w:t>Det handler også om innkjøpsstrategier og hvilken betydning de har for lønnsomheten.</w:t>
            </w:r>
          </w:p>
        </w:tc>
        <w:tc>
          <w:tcPr>
            <w:tcW w:w="4981" w:type="dxa"/>
          </w:tcPr>
          <w:p w14:paraId="7D443FB6" w14:textId="77777777" w:rsidR="000340C1" w:rsidRPr="00DA6422" w:rsidRDefault="000340C1" w:rsidP="000340C1">
            <w:pPr>
              <w:spacing w:after="40"/>
              <w:rPr>
                <w:lang w:val="nb-NO"/>
              </w:rPr>
            </w:pPr>
            <w:r w:rsidRPr="00DA6422">
              <w:rPr>
                <w:b/>
                <w:bCs/>
                <w:sz w:val="20"/>
                <w:szCs w:val="20"/>
                <w:lang w:val="nb-NO"/>
              </w:rPr>
              <w:t>Innhold</w:t>
            </w:r>
          </w:p>
          <w:p w14:paraId="3E4D262C" w14:textId="77777777" w:rsidR="000340C1" w:rsidRPr="00DA6422" w:rsidRDefault="000340C1" w:rsidP="000340C1">
            <w:pPr>
              <w:pStyle w:val="Punktliste"/>
              <w:numPr>
                <w:ilvl w:val="0"/>
                <w:numId w:val="34"/>
              </w:numPr>
              <w:ind w:left="1080"/>
              <w:contextualSpacing w:val="0"/>
              <w:rPr>
                <w:lang w:val="nb-NO"/>
              </w:rPr>
            </w:pPr>
            <w:r w:rsidRPr="00DA6422">
              <w:rPr>
                <w:sz w:val="20"/>
                <w:szCs w:val="20"/>
                <w:lang w:val="nb-NO"/>
              </w:rPr>
              <w:t>innkjøpsprosess</w:t>
            </w:r>
          </w:p>
          <w:p w14:paraId="30BE45F8" w14:textId="77777777" w:rsidR="000340C1" w:rsidRPr="00DA6422" w:rsidRDefault="000340C1" w:rsidP="000340C1">
            <w:pPr>
              <w:pStyle w:val="Punktliste"/>
              <w:numPr>
                <w:ilvl w:val="0"/>
                <w:numId w:val="34"/>
              </w:numPr>
              <w:ind w:left="1080"/>
              <w:contextualSpacing w:val="0"/>
              <w:rPr>
                <w:lang w:val="nb-NO"/>
              </w:rPr>
            </w:pPr>
            <w:r w:rsidRPr="00DA6422">
              <w:rPr>
                <w:sz w:val="20"/>
                <w:szCs w:val="20"/>
                <w:lang w:val="nb-NO"/>
              </w:rPr>
              <w:t>innkjøpskontrollrutiner</w:t>
            </w:r>
          </w:p>
          <w:p w14:paraId="0E8F08B9" w14:textId="77777777" w:rsidR="000340C1" w:rsidRPr="00DA6422" w:rsidRDefault="000340C1" w:rsidP="000340C1">
            <w:pPr>
              <w:pStyle w:val="Punktliste"/>
              <w:numPr>
                <w:ilvl w:val="0"/>
                <w:numId w:val="34"/>
              </w:numPr>
              <w:ind w:left="1080"/>
              <w:contextualSpacing w:val="0"/>
              <w:rPr>
                <w:lang w:val="nb-NO"/>
              </w:rPr>
            </w:pPr>
            <w:r w:rsidRPr="00DA6422">
              <w:rPr>
                <w:sz w:val="20"/>
                <w:szCs w:val="20"/>
                <w:lang w:val="nb-NO"/>
              </w:rPr>
              <w:t>leverandørpåvirkning</w:t>
            </w:r>
          </w:p>
          <w:p w14:paraId="204E5B94" w14:textId="77777777" w:rsidR="000340C1" w:rsidRPr="00DA6422" w:rsidRDefault="000340C1" w:rsidP="000340C1">
            <w:pPr>
              <w:pStyle w:val="Punktliste"/>
              <w:numPr>
                <w:ilvl w:val="0"/>
                <w:numId w:val="34"/>
              </w:numPr>
              <w:ind w:left="1080"/>
              <w:contextualSpacing w:val="0"/>
              <w:rPr>
                <w:lang w:val="nb-NO"/>
              </w:rPr>
            </w:pPr>
            <w:r w:rsidRPr="00DA6422">
              <w:rPr>
                <w:sz w:val="20"/>
                <w:szCs w:val="20"/>
                <w:lang w:val="nb-NO"/>
              </w:rPr>
              <w:t>innkjøpers rolle og påvirkning</w:t>
            </w:r>
          </w:p>
          <w:p w14:paraId="2E6E281D" w14:textId="791C0358" w:rsidR="000340C1" w:rsidRPr="00AF3674" w:rsidRDefault="000340C1" w:rsidP="000340C1">
            <w:pPr>
              <w:pStyle w:val="Punktliste"/>
              <w:numPr>
                <w:ilvl w:val="0"/>
                <w:numId w:val="0"/>
              </w:numPr>
              <w:ind w:left="1080"/>
              <w:contextualSpacing w:val="0"/>
              <w:rPr>
                <w:lang w:val="nb-NO"/>
              </w:rPr>
            </w:pPr>
            <w:r w:rsidRPr="00DA6422">
              <w:rPr>
                <w:sz w:val="20"/>
                <w:szCs w:val="20"/>
                <w:lang w:val="nb-NO"/>
              </w:rPr>
              <w:t>innkjøp og lønnsomhet</w:t>
            </w:r>
          </w:p>
        </w:tc>
      </w:tr>
    </w:tbl>
    <w:p w14:paraId="78F15933" w14:textId="5C6AEE7B"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0C54B5A3"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72B8EF"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442D7B52"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FE0D21B" w14:textId="77777777" w:rsidR="00151A69" w:rsidRPr="00DA6422" w:rsidRDefault="00151A69">
            <w:pPr>
              <w:spacing w:after="0" w:line="240" w:lineRule="auto"/>
              <w:rPr>
                <w:lang w:val="nb-NO"/>
              </w:rPr>
            </w:pPr>
            <w:r w:rsidRPr="00DA6422">
              <w:rPr>
                <w:lang w:val="nb-NO"/>
              </w:rPr>
              <w:t> </w:t>
            </w:r>
          </w:p>
          <w:p w14:paraId="0EE91D12" w14:textId="77777777" w:rsidR="00151A69" w:rsidRPr="00DA6422" w:rsidRDefault="00151A69">
            <w:pPr>
              <w:spacing w:after="0" w:line="240" w:lineRule="auto"/>
              <w:rPr>
                <w:lang w:val="nb-NO"/>
              </w:rPr>
            </w:pPr>
            <w:r w:rsidRPr="00DA6422">
              <w:rPr>
                <w:lang w:val="nb-NO"/>
              </w:rPr>
              <w:t> </w:t>
            </w:r>
          </w:p>
          <w:p w14:paraId="200CE50D" w14:textId="77777777" w:rsidR="00151A69" w:rsidRPr="00DA6422" w:rsidRDefault="00151A69">
            <w:pPr>
              <w:spacing w:after="0" w:line="240" w:lineRule="auto"/>
              <w:rPr>
                <w:lang w:val="nb-NO"/>
              </w:rPr>
            </w:pPr>
            <w:r w:rsidRPr="00DA6422">
              <w:rPr>
                <w:lang w:val="nb-NO"/>
              </w:rPr>
              <w:t> </w:t>
            </w:r>
          </w:p>
          <w:p w14:paraId="29BBEF54" w14:textId="77777777" w:rsidR="00151A69" w:rsidRPr="00DA6422" w:rsidRDefault="00151A69">
            <w:pPr>
              <w:spacing w:after="0" w:line="240" w:lineRule="auto"/>
              <w:rPr>
                <w:lang w:val="nb-NO"/>
              </w:rPr>
            </w:pPr>
            <w:r w:rsidRPr="00DA6422">
              <w:rPr>
                <w:lang w:val="nb-NO"/>
              </w:rPr>
              <w:t> </w:t>
            </w:r>
          </w:p>
          <w:p w14:paraId="29D9278F" w14:textId="77777777" w:rsidR="00151A69" w:rsidRPr="00DA6422" w:rsidRDefault="00151A69">
            <w:pPr>
              <w:spacing w:after="0" w:line="240" w:lineRule="auto"/>
              <w:rPr>
                <w:lang w:val="nb-NO"/>
              </w:rPr>
            </w:pPr>
            <w:r w:rsidRPr="00DA6422">
              <w:rPr>
                <w:lang w:val="nb-NO"/>
              </w:rPr>
              <w:t> </w:t>
            </w:r>
          </w:p>
          <w:p w14:paraId="0ACF5BB7" w14:textId="77777777" w:rsidR="00151A69" w:rsidRPr="00DA6422" w:rsidRDefault="00151A69">
            <w:pPr>
              <w:spacing w:after="0" w:line="240" w:lineRule="auto"/>
              <w:rPr>
                <w:lang w:val="nb-NO"/>
              </w:rPr>
            </w:pPr>
            <w:r w:rsidRPr="00DA6422">
              <w:rPr>
                <w:lang w:val="nb-NO"/>
              </w:rPr>
              <w:t> </w:t>
            </w:r>
          </w:p>
          <w:p w14:paraId="4FFE28E3" w14:textId="77777777" w:rsidR="00151A69" w:rsidRPr="00DA6422" w:rsidRDefault="00151A69">
            <w:pPr>
              <w:spacing w:after="0" w:line="240" w:lineRule="auto"/>
              <w:rPr>
                <w:lang w:val="nb-NO"/>
              </w:rPr>
            </w:pPr>
            <w:r w:rsidRPr="00DA6422">
              <w:rPr>
                <w:lang w:val="nb-NO"/>
              </w:rPr>
              <w:t> </w:t>
            </w:r>
          </w:p>
          <w:p w14:paraId="64736926" w14:textId="77777777" w:rsidR="00151A69" w:rsidRPr="00DA6422" w:rsidRDefault="00151A69">
            <w:pPr>
              <w:spacing w:after="0" w:line="240" w:lineRule="auto"/>
              <w:rPr>
                <w:lang w:val="nb-NO"/>
              </w:rPr>
            </w:pPr>
            <w:r w:rsidRPr="00DA6422">
              <w:rPr>
                <w:lang w:val="nb-NO"/>
              </w:rPr>
              <w:t> </w:t>
            </w:r>
          </w:p>
          <w:p w14:paraId="3A95CB18" w14:textId="77777777" w:rsidR="00151A69" w:rsidRPr="00DA6422" w:rsidRDefault="00151A69">
            <w:pPr>
              <w:spacing w:after="0" w:line="240" w:lineRule="auto"/>
              <w:rPr>
                <w:lang w:val="nb-NO"/>
              </w:rPr>
            </w:pPr>
            <w:r w:rsidRPr="00DA6422">
              <w:rPr>
                <w:lang w:val="nb-NO"/>
              </w:rPr>
              <w:t> </w:t>
            </w:r>
          </w:p>
          <w:p w14:paraId="1F9D2DF7" w14:textId="77777777" w:rsidR="00151A69" w:rsidRPr="00DA6422" w:rsidRDefault="00151A69">
            <w:pPr>
              <w:spacing w:after="0" w:line="240" w:lineRule="auto"/>
              <w:rPr>
                <w:lang w:val="nb-NO"/>
              </w:rPr>
            </w:pPr>
            <w:r w:rsidRPr="00DA6422">
              <w:rPr>
                <w:lang w:val="nb-NO"/>
              </w:rPr>
              <w:t> </w:t>
            </w:r>
          </w:p>
          <w:p w14:paraId="6BF912D4" w14:textId="77777777" w:rsidR="00151A69" w:rsidRPr="00DA6422" w:rsidRDefault="00151A69">
            <w:pPr>
              <w:spacing w:after="0" w:line="240" w:lineRule="auto"/>
              <w:rPr>
                <w:lang w:val="nb-NO"/>
              </w:rPr>
            </w:pPr>
            <w:r w:rsidRPr="00DA6422">
              <w:rPr>
                <w:lang w:val="nb-NO"/>
              </w:rPr>
              <w:t> </w:t>
            </w:r>
          </w:p>
          <w:p w14:paraId="4D542E66" w14:textId="77777777" w:rsidR="00151A69" w:rsidRPr="00DA6422" w:rsidRDefault="00151A69">
            <w:pPr>
              <w:spacing w:after="0" w:line="240" w:lineRule="auto"/>
              <w:rPr>
                <w:lang w:val="nb-NO"/>
              </w:rPr>
            </w:pPr>
            <w:r w:rsidRPr="00DA6422">
              <w:rPr>
                <w:lang w:val="nb-NO"/>
              </w:rPr>
              <w:t> </w:t>
            </w:r>
          </w:p>
          <w:p w14:paraId="3184E1BD" w14:textId="77777777" w:rsidR="00151A69" w:rsidRPr="00DA6422" w:rsidRDefault="00151A69">
            <w:pPr>
              <w:spacing w:after="0" w:line="240" w:lineRule="auto"/>
              <w:rPr>
                <w:lang w:val="nb-NO"/>
              </w:rPr>
            </w:pPr>
            <w:r w:rsidRPr="00DA6422">
              <w:rPr>
                <w:lang w:val="nb-NO"/>
              </w:rPr>
              <w:t> </w:t>
            </w:r>
          </w:p>
          <w:p w14:paraId="19CA98CD" w14:textId="51D4CB9A" w:rsidR="001551C8" w:rsidRPr="00DA6422" w:rsidRDefault="00151A69" w:rsidP="00151A69">
            <w:pPr>
              <w:spacing w:after="0" w:line="240" w:lineRule="auto"/>
              <w:rPr>
                <w:lang w:val="nb-NO"/>
              </w:rPr>
            </w:pPr>
            <w:r w:rsidRPr="00DA6422">
              <w:rPr>
                <w:lang w:val="nb-NO"/>
              </w:rPr>
              <w:t> </w:t>
            </w:r>
          </w:p>
        </w:tc>
      </w:tr>
    </w:tbl>
    <w:p w14:paraId="4492B653"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7B61751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D8A37"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000C3973"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70049F9B" w14:textId="77777777" w:rsidR="001551C8" w:rsidRPr="00DA6422" w:rsidRDefault="001551C8">
            <w:pPr>
              <w:spacing w:after="0" w:line="240" w:lineRule="auto"/>
              <w:rPr>
                <w:lang w:val="nb-NO"/>
              </w:rPr>
            </w:pPr>
            <w:r w:rsidRPr="00DA6422">
              <w:rPr>
                <w:lang w:val="nb-NO"/>
              </w:rPr>
              <w:t> </w:t>
            </w:r>
          </w:p>
          <w:p w14:paraId="7C6BEB4D" w14:textId="77777777" w:rsidR="001551C8" w:rsidRPr="00DA6422" w:rsidRDefault="001551C8">
            <w:pPr>
              <w:spacing w:after="0" w:line="240" w:lineRule="auto"/>
              <w:rPr>
                <w:lang w:val="nb-NO"/>
              </w:rPr>
            </w:pPr>
            <w:r w:rsidRPr="00DA6422">
              <w:rPr>
                <w:lang w:val="nb-NO"/>
              </w:rPr>
              <w:t> </w:t>
            </w:r>
          </w:p>
          <w:p w14:paraId="532EE979" w14:textId="77777777" w:rsidR="001551C8" w:rsidRPr="00DA6422" w:rsidRDefault="001551C8">
            <w:pPr>
              <w:spacing w:after="0" w:line="240" w:lineRule="auto"/>
              <w:rPr>
                <w:lang w:val="nb-NO"/>
              </w:rPr>
            </w:pPr>
            <w:r w:rsidRPr="00DA6422">
              <w:rPr>
                <w:lang w:val="nb-NO"/>
              </w:rPr>
              <w:t> </w:t>
            </w:r>
          </w:p>
          <w:p w14:paraId="49BFB494" w14:textId="77777777" w:rsidR="001551C8" w:rsidRPr="00DA6422" w:rsidRDefault="001551C8">
            <w:pPr>
              <w:spacing w:after="0" w:line="240" w:lineRule="auto"/>
              <w:rPr>
                <w:lang w:val="nb-NO"/>
              </w:rPr>
            </w:pPr>
            <w:r w:rsidRPr="00DA6422">
              <w:rPr>
                <w:lang w:val="nb-NO"/>
              </w:rPr>
              <w:t> </w:t>
            </w:r>
          </w:p>
          <w:p w14:paraId="5A7F61A3" w14:textId="77777777" w:rsidR="001551C8" w:rsidRPr="00DA6422" w:rsidRDefault="001551C8">
            <w:pPr>
              <w:spacing w:after="0" w:line="240" w:lineRule="auto"/>
              <w:rPr>
                <w:lang w:val="nb-NO"/>
              </w:rPr>
            </w:pPr>
            <w:r w:rsidRPr="00DA6422">
              <w:rPr>
                <w:lang w:val="nb-NO"/>
              </w:rPr>
              <w:t> </w:t>
            </w:r>
          </w:p>
          <w:p w14:paraId="63D19C2E" w14:textId="77777777" w:rsidR="001551C8" w:rsidRPr="00DA6422" w:rsidRDefault="001551C8">
            <w:pPr>
              <w:spacing w:after="0" w:line="240" w:lineRule="auto"/>
              <w:rPr>
                <w:lang w:val="nb-NO"/>
              </w:rPr>
            </w:pPr>
            <w:r w:rsidRPr="00DA6422">
              <w:rPr>
                <w:lang w:val="nb-NO"/>
              </w:rPr>
              <w:t> </w:t>
            </w:r>
          </w:p>
        </w:tc>
      </w:tr>
    </w:tbl>
    <w:p w14:paraId="2FEDA4E0" w14:textId="77777777" w:rsidR="007553FE" w:rsidRPr="00DA6422" w:rsidRDefault="005A3995">
      <w:pPr>
        <w:rPr>
          <w:lang w:val="nb-NO"/>
        </w:rPr>
      </w:pPr>
      <w:r w:rsidRPr="00DA6422">
        <w:rPr>
          <w:lang w:val="nb-NO"/>
        </w:rPr>
        <w:br w:type="page"/>
      </w:r>
    </w:p>
    <w:p w14:paraId="5AB93794"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2. Varelager</w:t>
      </w:r>
    </w:p>
    <w:p w14:paraId="65BE68A4" w14:textId="77777777" w:rsidR="00743DEA"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41"/>
        <w:gridCol w:w="4621"/>
      </w:tblGrid>
      <w:tr w:rsidR="00743DEA" w:rsidRPr="00F54D36" w14:paraId="1F0D713C" w14:textId="77777777">
        <w:tc>
          <w:tcPr>
            <w:tcW w:w="4981" w:type="dxa"/>
          </w:tcPr>
          <w:p w14:paraId="7B7CD170" w14:textId="77777777" w:rsidR="00743DEA" w:rsidRPr="00DA6422" w:rsidRDefault="00743DEA" w:rsidP="00743DEA">
            <w:pPr>
              <w:spacing w:after="40"/>
              <w:rPr>
                <w:kern w:val="2"/>
                <w:lang w:val="nb-NO" w:eastAsia="nb-NO"/>
                <w14:ligatures w14:val="standardContextual"/>
              </w:rPr>
            </w:pPr>
            <w:r w:rsidRPr="00DA6422">
              <w:rPr>
                <w:b/>
                <w:bCs/>
                <w:sz w:val="20"/>
                <w:szCs w:val="20"/>
                <w:lang w:val="nb-NO"/>
              </w:rPr>
              <w:t>Hovedtema</w:t>
            </w:r>
          </w:p>
          <w:p w14:paraId="7E7BB6EF" w14:textId="77777777" w:rsidR="00743DEA" w:rsidRPr="00DA6422" w:rsidRDefault="00743DEA" w:rsidP="00743DEA">
            <w:pPr>
              <w:rPr>
                <w:lang w:val="nb-NO"/>
              </w:rPr>
            </w:pPr>
            <w:r w:rsidRPr="00DA6422">
              <w:rPr>
                <w:sz w:val="20"/>
                <w:szCs w:val="20"/>
                <w:lang w:val="nb-NO"/>
              </w:rPr>
              <w:t>Hovedtemaet handler om</w:t>
            </w:r>
          </w:p>
          <w:p w14:paraId="54C13AA9" w14:textId="6B25FBC3" w:rsidR="00743DEA" w:rsidRPr="009C47F6" w:rsidRDefault="00743DEA" w:rsidP="00743DEA">
            <w:pPr>
              <w:rPr>
                <w:sz w:val="20"/>
                <w:szCs w:val="20"/>
                <w:lang w:val="nb-NO"/>
              </w:rPr>
            </w:pPr>
            <w:r w:rsidRPr="00DA6422">
              <w:rPr>
                <w:sz w:val="20"/>
                <w:szCs w:val="20"/>
                <w:lang w:val="nb-NO"/>
              </w:rPr>
              <w:t>lagerorganisering og systematiske lageranalyser.</w:t>
            </w:r>
          </w:p>
        </w:tc>
        <w:tc>
          <w:tcPr>
            <w:tcW w:w="4981" w:type="dxa"/>
          </w:tcPr>
          <w:p w14:paraId="0135A575" w14:textId="77777777" w:rsidR="00743DEA" w:rsidRPr="00DA6422" w:rsidRDefault="00743DEA" w:rsidP="00743DEA">
            <w:pPr>
              <w:spacing w:after="40"/>
              <w:rPr>
                <w:lang w:val="nb-NO"/>
              </w:rPr>
            </w:pPr>
            <w:r w:rsidRPr="00DA6422">
              <w:rPr>
                <w:b/>
                <w:bCs/>
                <w:sz w:val="20"/>
                <w:szCs w:val="20"/>
                <w:lang w:val="nb-NO"/>
              </w:rPr>
              <w:t>Innhold</w:t>
            </w:r>
          </w:p>
          <w:p w14:paraId="02191A2D" w14:textId="77777777" w:rsidR="00743DEA" w:rsidRPr="00DA6422" w:rsidRDefault="00743DEA" w:rsidP="00743DEA">
            <w:pPr>
              <w:pStyle w:val="Punktliste"/>
              <w:numPr>
                <w:ilvl w:val="0"/>
                <w:numId w:val="35"/>
              </w:numPr>
              <w:ind w:left="1080"/>
              <w:contextualSpacing w:val="0"/>
              <w:rPr>
                <w:lang w:val="nb-NO"/>
              </w:rPr>
            </w:pPr>
            <w:r w:rsidRPr="00DA6422">
              <w:rPr>
                <w:sz w:val="20"/>
                <w:szCs w:val="20"/>
                <w:lang w:val="nb-NO"/>
              </w:rPr>
              <w:t>organisering av varelager</w:t>
            </w:r>
          </w:p>
          <w:p w14:paraId="180DEB52" w14:textId="77777777" w:rsidR="00743DEA" w:rsidRPr="00DA6422" w:rsidRDefault="00743DEA" w:rsidP="00743DEA">
            <w:pPr>
              <w:pStyle w:val="Punktliste"/>
              <w:numPr>
                <w:ilvl w:val="0"/>
                <w:numId w:val="35"/>
              </w:numPr>
              <w:ind w:left="1080"/>
              <w:contextualSpacing w:val="0"/>
              <w:rPr>
                <w:lang w:val="nb-NO"/>
              </w:rPr>
            </w:pPr>
            <w:r w:rsidRPr="00DA6422">
              <w:rPr>
                <w:sz w:val="20"/>
                <w:szCs w:val="20"/>
                <w:lang w:val="nb-NO"/>
              </w:rPr>
              <w:t>vareregistrering</w:t>
            </w:r>
          </w:p>
          <w:p w14:paraId="690965E3" w14:textId="77777777" w:rsidR="00743DEA" w:rsidRPr="00DA6422" w:rsidRDefault="00743DEA" w:rsidP="00743DEA">
            <w:pPr>
              <w:pStyle w:val="Punktliste"/>
              <w:numPr>
                <w:ilvl w:val="0"/>
                <w:numId w:val="35"/>
              </w:numPr>
              <w:ind w:left="1080"/>
              <w:contextualSpacing w:val="0"/>
              <w:rPr>
                <w:lang w:val="nb-NO"/>
              </w:rPr>
            </w:pPr>
            <w:r w:rsidRPr="00DA6422">
              <w:rPr>
                <w:sz w:val="20"/>
                <w:szCs w:val="20"/>
                <w:lang w:val="nb-NO"/>
              </w:rPr>
              <w:t>lageranalyse med statistikk</w:t>
            </w:r>
          </w:p>
          <w:p w14:paraId="2896B6C1" w14:textId="77777777" w:rsidR="00743DEA" w:rsidRPr="00DA6422" w:rsidRDefault="00743DEA" w:rsidP="00743DEA">
            <w:pPr>
              <w:pStyle w:val="Punktliste"/>
              <w:numPr>
                <w:ilvl w:val="0"/>
                <w:numId w:val="35"/>
              </w:numPr>
              <w:ind w:left="1080"/>
              <w:contextualSpacing w:val="0"/>
              <w:rPr>
                <w:lang w:val="nb-NO"/>
              </w:rPr>
            </w:pPr>
            <w:r w:rsidRPr="00DA6422">
              <w:rPr>
                <w:sz w:val="20"/>
                <w:szCs w:val="20"/>
                <w:lang w:val="nb-NO"/>
              </w:rPr>
              <w:t>omløpshastighet</w:t>
            </w:r>
          </w:p>
          <w:p w14:paraId="38EDE0E2" w14:textId="77777777" w:rsidR="00743DEA" w:rsidRPr="00DA6422" w:rsidRDefault="00743DEA" w:rsidP="00743DEA">
            <w:pPr>
              <w:pStyle w:val="Punktliste"/>
              <w:numPr>
                <w:ilvl w:val="0"/>
                <w:numId w:val="35"/>
              </w:numPr>
              <w:ind w:left="1080"/>
              <w:contextualSpacing w:val="0"/>
              <w:rPr>
                <w:lang w:val="nb-NO"/>
              </w:rPr>
            </w:pPr>
            <w:r w:rsidRPr="00DA6422">
              <w:rPr>
                <w:sz w:val="20"/>
                <w:szCs w:val="20"/>
                <w:lang w:val="nb-NO"/>
              </w:rPr>
              <w:t>lagringskostnader</w:t>
            </w:r>
          </w:p>
          <w:p w14:paraId="13F4527E" w14:textId="18D8FE9E" w:rsidR="00743DEA" w:rsidRPr="00AF3674" w:rsidRDefault="00743DEA" w:rsidP="00743DEA">
            <w:pPr>
              <w:pStyle w:val="Punktliste"/>
              <w:numPr>
                <w:ilvl w:val="0"/>
                <w:numId w:val="0"/>
              </w:numPr>
              <w:ind w:left="1080"/>
              <w:contextualSpacing w:val="0"/>
              <w:rPr>
                <w:lang w:val="nb-NO"/>
              </w:rPr>
            </w:pPr>
            <w:r w:rsidRPr="00DA6422">
              <w:rPr>
                <w:sz w:val="20"/>
                <w:szCs w:val="20"/>
                <w:lang w:val="nb-NO"/>
              </w:rPr>
              <w:t>delegarantier og reklamasjoner</w:t>
            </w:r>
          </w:p>
        </w:tc>
      </w:tr>
    </w:tbl>
    <w:p w14:paraId="140EE302" w14:textId="53B51A4A"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18FDF3E5"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342496"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2F6C4531"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7A73334" w14:textId="77777777" w:rsidR="00151A69" w:rsidRPr="00DA6422" w:rsidRDefault="00151A69">
            <w:pPr>
              <w:spacing w:after="0" w:line="240" w:lineRule="auto"/>
              <w:rPr>
                <w:lang w:val="nb-NO"/>
              </w:rPr>
            </w:pPr>
            <w:r w:rsidRPr="00DA6422">
              <w:rPr>
                <w:lang w:val="nb-NO"/>
              </w:rPr>
              <w:t> </w:t>
            </w:r>
          </w:p>
          <w:p w14:paraId="146439E5" w14:textId="77777777" w:rsidR="00151A69" w:rsidRPr="00DA6422" w:rsidRDefault="00151A69">
            <w:pPr>
              <w:spacing w:after="0" w:line="240" w:lineRule="auto"/>
              <w:rPr>
                <w:lang w:val="nb-NO"/>
              </w:rPr>
            </w:pPr>
            <w:r w:rsidRPr="00DA6422">
              <w:rPr>
                <w:lang w:val="nb-NO"/>
              </w:rPr>
              <w:t> </w:t>
            </w:r>
          </w:p>
          <w:p w14:paraId="640DBE29" w14:textId="77777777" w:rsidR="00151A69" w:rsidRPr="00DA6422" w:rsidRDefault="00151A69">
            <w:pPr>
              <w:spacing w:after="0" w:line="240" w:lineRule="auto"/>
              <w:rPr>
                <w:lang w:val="nb-NO"/>
              </w:rPr>
            </w:pPr>
            <w:r w:rsidRPr="00DA6422">
              <w:rPr>
                <w:lang w:val="nb-NO"/>
              </w:rPr>
              <w:t> </w:t>
            </w:r>
          </w:p>
          <w:p w14:paraId="7E451F08" w14:textId="77777777" w:rsidR="00151A69" w:rsidRPr="00DA6422" w:rsidRDefault="00151A69">
            <w:pPr>
              <w:spacing w:after="0" w:line="240" w:lineRule="auto"/>
              <w:rPr>
                <w:lang w:val="nb-NO"/>
              </w:rPr>
            </w:pPr>
            <w:r w:rsidRPr="00DA6422">
              <w:rPr>
                <w:lang w:val="nb-NO"/>
              </w:rPr>
              <w:t> </w:t>
            </w:r>
          </w:p>
          <w:p w14:paraId="3CC46493" w14:textId="77777777" w:rsidR="00151A69" w:rsidRPr="00DA6422" w:rsidRDefault="00151A69">
            <w:pPr>
              <w:spacing w:after="0" w:line="240" w:lineRule="auto"/>
              <w:rPr>
                <w:lang w:val="nb-NO"/>
              </w:rPr>
            </w:pPr>
            <w:r w:rsidRPr="00DA6422">
              <w:rPr>
                <w:lang w:val="nb-NO"/>
              </w:rPr>
              <w:t> </w:t>
            </w:r>
          </w:p>
          <w:p w14:paraId="5553402E" w14:textId="77777777" w:rsidR="00151A69" w:rsidRPr="00DA6422" w:rsidRDefault="00151A69">
            <w:pPr>
              <w:spacing w:after="0" w:line="240" w:lineRule="auto"/>
              <w:rPr>
                <w:lang w:val="nb-NO"/>
              </w:rPr>
            </w:pPr>
            <w:r w:rsidRPr="00DA6422">
              <w:rPr>
                <w:lang w:val="nb-NO"/>
              </w:rPr>
              <w:t> </w:t>
            </w:r>
          </w:p>
          <w:p w14:paraId="75D20A50" w14:textId="77777777" w:rsidR="00151A69" w:rsidRPr="00DA6422" w:rsidRDefault="00151A69">
            <w:pPr>
              <w:spacing w:after="0" w:line="240" w:lineRule="auto"/>
              <w:rPr>
                <w:lang w:val="nb-NO"/>
              </w:rPr>
            </w:pPr>
            <w:r w:rsidRPr="00DA6422">
              <w:rPr>
                <w:lang w:val="nb-NO"/>
              </w:rPr>
              <w:t> </w:t>
            </w:r>
          </w:p>
          <w:p w14:paraId="15E28498" w14:textId="77777777" w:rsidR="00151A69" w:rsidRPr="00DA6422" w:rsidRDefault="00151A69">
            <w:pPr>
              <w:spacing w:after="0" w:line="240" w:lineRule="auto"/>
              <w:rPr>
                <w:lang w:val="nb-NO"/>
              </w:rPr>
            </w:pPr>
            <w:r w:rsidRPr="00DA6422">
              <w:rPr>
                <w:lang w:val="nb-NO"/>
              </w:rPr>
              <w:t> </w:t>
            </w:r>
          </w:p>
          <w:p w14:paraId="2E05737E" w14:textId="77777777" w:rsidR="00151A69" w:rsidRPr="00DA6422" w:rsidRDefault="00151A69">
            <w:pPr>
              <w:spacing w:after="0" w:line="240" w:lineRule="auto"/>
              <w:rPr>
                <w:lang w:val="nb-NO"/>
              </w:rPr>
            </w:pPr>
            <w:r w:rsidRPr="00DA6422">
              <w:rPr>
                <w:lang w:val="nb-NO"/>
              </w:rPr>
              <w:t> </w:t>
            </w:r>
          </w:p>
          <w:p w14:paraId="222C6C10" w14:textId="77777777" w:rsidR="00151A69" w:rsidRPr="00DA6422" w:rsidRDefault="00151A69">
            <w:pPr>
              <w:spacing w:after="0" w:line="240" w:lineRule="auto"/>
              <w:rPr>
                <w:lang w:val="nb-NO"/>
              </w:rPr>
            </w:pPr>
            <w:r w:rsidRPr="00DA6422">
              <w:rPr>
                <w:lang w:val="nb-NO"/>
              </w:rPr>
              <w:t> </w:t>
            </w:r>
          </w:p>
          <w:p w14:paraId="1D3A59A3" w14:textId="77777777" w:rsidR="00151A69" w:rsidRPr="00DA6422" w:rsidRDefault="00151A69">
            <w:pPr>
              <w:spacing w:after="0" w:line="240" w:lineRule="auto"/>
              <w:rPr>
                <w:lang w:val="nb-NO"/>
              </w:rPr>
            </w:pPr>
            <w:r w:rsidRPr="00DA6422">
              <w:rPr>
                <w:lang w:val="nb-NO"/>
              </w:rPr>
              <w:t> </w:t>
            </w:r>
          </w:p>
          <w:p w14:paraId="628D820D" w14:textId="77777777" w:rsidR="00151A69" w:rsidRPr="00DA6422" w:rsidRDefault="00151A69">
            <w:pPr>
              <w:spacing w:after="0" w:line="240" w:lineRule="auto"/>
              <w:rPr>
                <w:lang w:val="nb-NO"/>
              </w:rPr>
            </w:pPr>
            <w:r w:rsidRPr="00DA6422">
              <w:rPr>
                <w:lang w:val="nb-NO"/>
              </w:rPr>
              <w:t> </w:t>
            </w:r>
          </w:p>
          <w:p w14:paraId="69C323A2" w14:textId="77777777" w:rsidR="00151A69" w:rsidRPr="00DA6422" w:rsidRDefault="00151A69">
            <w:pPr>
              <w:spacing w:after="0" w:line="240" w:lineRule="auto"/>
              <w:rPr>
                <w:lang w:val="nb-NO"/>
              </w:rPr>
            </w:pPr>
            <w:r w:rsidRPr="00DA6422">
              <w:rPr>
                <w:lang w:val="nb-NO"/>
              </w:rPr>
              <w:t> </w:t>
            </w:r>
          </w:p>
          <w:p w14:paraId="59D344A9" w14:textId="7E3AE1CD" w:rsidR="001551C8" w:rsidRPr="00DA6422" w:rsidRDefault="00151A69" w:rsidP="00151A69">
            <w:pPr>
              <w:spacing w:after="0" w:line="240" w:lineRule="auto"/>
              <w:rPr>
                <w:lang w:val="nb-NO"/>
              </w:rPr>
            </w:pPr>
            <w:r w:rsidRPr="00DA6422">
              <w:rPr>
                <w:lang w:val="nb-NO"/>
              </w:rPr>
              <w:t> </w:t>
            </w:r>
          </w:p>
        </w:tc>
      </w:tr>
    </w:tbl>
    <w:p w14:paraId="6562A910"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1EBD8CA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36A177"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02DD1718"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76CBA46B" w14:textId="77777777" w:rsidR="001551C8" w:rsidRPr="00DA6422" w:rsidRDefault="001551C8">
            <w:pPr>
              <w:spacing w:after="0" w:line="240" w:lineRule="auto"/>
              <w:rPr>
                <w:lang w:val="nb-NO"/>
              </w:rPr>
            </w:pPr>
            <w:r w:rsidRPr="00DA6422">
              <w:rPr>
                <w:lang w:val="nb-NO"/>
              </w:rPr>
              <w:t> </w:t>
            </w:r>
          </w:p>
          <w:p w14:paraId="7D6F9F9F" w14:textId="77777777" w:rsidR="001551C8" w:rsidRPr="00DA6422" w:rsidRDefault="001551C8">
            <w:pPr>
              <w:spacing w:after="0" w:line="240" w:lineRule="auto"/>
              <w:rPr>
                <w:lang w:val="nb-NO"/>
              </w:rPr>
            </w:pPr>
            <w:r w:rsidRPr="00DA6422">
              <w:rPr>
                <w:lang w:val="nb-NO"/>
              </w:rPr>
              <w:t> </w:t>
            </w:r>
          </w:p>
          <w:p w14:paraId="3E4B862E" w14:textId="77777777" w:rsidR="001551C8" w:rsidRPr="00DA6422" w:rsidRDefault="001551C8">
            <w:pPr>
              <w:spacing w:after="0" w:line="240" w:lineRule="auto"/>
              <w:rPr>
                <w:lang w:val="nb-NO"/>
              </w:rPr>
            </w:pPr>
            <w:r w:rsidRPr="00DA6422">
              <w:rPr>
                <w:lang w:val="nb-NO"/>
              </w:rPr>
              <w:t> </w:t>
            </w:r>
          </w:p>
          <w:p w14:paraId="72677072" w14:textId="77777777" w:rsidR="001551C8" w:rsidRPr="00DA6422" w:rsidRDefault="001551C8">
            <w:pPr>
              <w:spacing w:after="0" w:line="240" w:lineRule="auto"/>
              <w:rPr>
                <w:lang w:val="nb-NO"/>
              </w:rPr>
            </w:pPr>
            <w:r w:rsidRPr="00DA6422">
              <w:rPr>
                <w:lang w:val="nb-NO"/>
              </w:rPr>
              <w:t> </w:t>
            </w:r>
          </w:p>
          <w:p w14:paraId="0551A82C" w14:textId="77777777" w:rsidR="001551C8" w:rsidRPr="00DA6422" w:rsidRDefault="001551C8">
            <w:pPr>
              <w:spacing w:after="0" w:line="240" w:lineRule="auto"/>
              <w:rPr>
                <w:lang w:val="nb-NO"/>
              </w:rPr>
            </w:pPr>
            <w:r w:rsidRPr="00DA6422">
              <w:rPr>
                <w:lang w:val="nb-NO"/>
              </w:rPr>
              <w:t> </w:t>
            </w:r>
          </w:p>
          <w:p w14:paraId="28AD630C" w14:textId="77777777" w:rsidR="001551C8" w:rsidRPr="00DA6422" w:rsidRDefault="001551C8">
            <w:pPr>
              <w:spacing w:after="0" w:line="240" w:lineRule="auto"/>
              <w:rPr>
                <w:lang w:val="nb-NO"/>
              </w:rPr>
            </w:pPr>
            <w:r w:rsidRPr="00DA6422">
              <w:rPr>
                <w:lang w:val="nb-NO"/>
              </w:rPr>
              <w:t> </w:t>
            </w:r>
          </w:p>
        </w:tc>
      </w:tr>
    </w:tbl>
    <w:p w14:paraId="322627EC" w14:textId="77777777" w:rsidR="007553FE" w:rsidRPr="00DA6422" w:rsidRDefault="005A3995">
      <w:pPr>
        <w:rPr>
          <w:lang w:val="nb-NO"/>
        </w:rPr>
      </w:pPr>
      <w:r w:rsidRPr="00DA6422">
        <w:rPr>
          <w:lang w:val="nb-NO"/>
        </w:rPr>
        <w:br w:type="page"/>
      </w:r>
    </w:p>
    <w:p w14:paraId="252009E6"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3. Vareflyt</w:t>
      </w:r>
    </w:p>
    <w:p w14:paraId="74F16685" w14:textId="77777777" w:rsidR="00451B5D"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18"/>
        <w:gridCol w:w="4644"/>
      </w:tblGrid>
      <w:tr w:rsidR="00451B5D" w:rsidRPr="00F54D36" w14:paraId="48BE5CF6" w14:textId="77777777">
        <w:tc>
          <w:tcPr>
            <w:tcW w:w="4981" w:type="dxa"/>
          </w:tcPr>
          <w:p w14:paraId="06AEB0A6" w14:textId="77777777" w:rsidR="00451B5D" w:rsidRPr="00DA6422" w:rsidRDefault="00451B5D" w:rsidP="00451B5D">
            <w:pPr>
              <w:spacing w:after="40"/>
              <w:rPr>
                <w:kern w:val="2"/>
                <w:lang w:val="nb-NO" w:eastAsia="nb-NO"/>
                <w14:ligatures w14:val="standardContextual"/>
              </w:rPr>
            </w:pPr>
            <w:r w:rsidRPr="00DA6422">
              <w:rPr>
                <w:b/>
                <w:bCs/>
                <w:sz w:val="20"/>
                <w:szCs w:val="20"/>
                <w:lang w:val="nb-NO"/>
              </w:rPr>
              <w:t>Hovedtema</w:t>
            </w:r>
          </w:p>
          <w:p w14:paraId="76BB7817" w14:textId="77777777" w:rsidR="00451B5D" w:rsidRPr="00DA6422" w:rsidRDefault="00451B5D" w:rsidP="00451B5D">
            <w:pPr>
              <w:rPr>
                <w:lang w:val="nb-NO"/>
              </w:rPr>
            </w:pPr>
            <w:r w:rsidRPr="00DA6422">
              <w:rPr>
                <w:sz w:val="20"/>
                <w:szCs w:val="20"/>
                <w:lang w:val="nb-NO"/>
              </w:rPr>
              <w:t>Hovedtemaet handler om å sikre</w:t>
            </w:r>
          </w:p>
          <w:p w14:paraId="6BF6E344" w14:textId="10FAF582" w:rsidR="00451B5D" w:rsidRPr="009C47F6" w:rsidRDefault="00451B5D" w:rsidP="00451B5D">
            <w:pPr>
              <w:rPr>
                <w:sz w:val="20"/>
                <w:szCs w:val="20"/>
                <w:lang w:val="nb-NO"/>
              </w:rPr>
            </w:pPr>
            <w:r w:rsidRPr="00DA6422">
              <w:rPr>
                <w:sz w:val="20"/>
                <w:szCs w:val="20"/>
                <w:lang w:val="nb-NO"/>
              </w:rPr>
              <w:t>lønnsomhet gjennom hensiktsmessig vareflyt.</w:t>
            </w:r>
          </w:p>
        </w:tc>
        <w:tc>
          <w:tcPr>
            <w:tcW w:w="4981" w:type="dxa"/>
          </w:tcPr>
          <w:p w14:paraId="4B4BFBAE" w14:textId="77777777" w:rsidR="00451B5D" w:rsidRPr="00DA6422" w:rsidRDefault="00451B5D" w:rsidP="00451B5D">
            <w:pPr>
              <w:spacing w:after="40"/>
              <w:rPr>
                <w:lang w:val="nb-NO"/>
              </w:rPr>
            </w:pPr>
            <w:r w:rsidRPr="00DA6422">
              <w:rPr>
                <w:b/>
                <w:bCs/>
                <w:sz w:val="20"/>
                <w:szCs w:val="20"/>
                <w:lang w:val="nb-NO"/>
              </w:rPr>
              <w:t>Innhold</w:t>
            </w:r>
          </w:p>
          <w:p w14:paraId="3D030DBD" w14:textId="77777777" w:rsidR="00451B5D" w:rsidRPr="00DA6422" w:rsidRDefault="00451B5D" w:rsidP="00451B5D">
            <w:pPr>
              <w:pStyle w:val="Punktliste"/>
              <w:numPr>
                <w:ilvl w:val="0"/>
                <w:numId w:val="36"/>
              </w:numPr>
              <w:ind w:left="1080"/>
              <w:contextualSpacing w:val="0"/>
              <w:rPr>
                <w:lang w:val="nb-NO"/>
              </w:rPr>
            </w:pPr>
            <w:r w:rsidRPr="00DA6422">
              <w:rPr>
                <w:sz w:val="20"/>
                <w:szCs w:val="20"/>
                <w:lang w:val="nb-NO"/>
              </w:rPr>
              <w:t>logistikkbehandling</w:t>
            </w:r>
          </w:p>
          <w:p w14:paraId="3932E919" w14:textId="77777777" w:rsidR="00451B5D" w:rsidRPr="00DA6422" w:rsidRDefault="00451B5D" w:rsidP="00451B5D">
            <w:pPr>
              <w:pStyle w:val="Punktliste"/>
              <w:numPr>
                <w:ilvl w:val="0"/>
                <w:numId w:val="36"/>
              </w:numPr>
              <w:ind w:left="1080"/>
              <w:contextualSpacing w:val="0"/>
              <w:rPr>
                <w:lang w:val="nb-NO"/>
              </w:rPr>
            </w:pPr>
            <w:r w:rsidRPr="00DA6422">
              <w:rPr>
                <w:sz w:val="20"/>
                <w:szCs w:val="20"/>
                <w:lang w:val="nb-NO"/>
              </w:rPr>
              <w:t>varer for sesongsvingninger</w:t>
            </w:r>
          </w:p>
          <w:p w14:paraId="71252AF6" w14:textId="77777777" w:rsidR="00451B5D" w:rsidRPr="00DA6422" w:rsidRDefault="00451B5D" w:rsidP="00451B5D">
            <w:pPr>
              <w:pStyle w:val="Punktliste"/>
              <w:numPr>
                <w:ilvl w:val="0"/>
                <w:numId w:val="36"/>
              </w:numPr>
              <w:ind w:left="1080"/>
              <w:contextualSpacing w:val="0"/>
              <w:rPr>
                <w:lang w:val="nb-NO"/>
              </w:rPr>
            </w:pPr>
            <w:proofErr w:type="spellStart"/>
            <w:r w:rsidRPr="00DA6422">
              <w:rPr>
                <w:sz w:val="20"/>
                <w:szCs w:val="20"/>
                <w:lang w:val="nb-NO"/>
              </w:rPr>
              <w:t>sikkerhetslager</w:t>
            </w:r>
            <w:proofErr w:type="spellEnd"/>
          </w:p>
          <w:p w14:paraId="39EE1920" w14:textId="77777777" w:rsidR="00451B5D" w:rsidRPr="00DA6422" w:rsidRDefault="00451B5D" w:rsidP="00451B5D">
            <w:pPr>
              <w:pStyle w:val="Punktliste"/>
              <w:numPr>
                <w:ilvl w:val="0"/>
                <w:numId w:val="36"/>
              </w:numPr>
              <w:ind w:left="1080"/>
              <w:contextualSpacing w:val="0"/>
              <w:rPr>
                <w:lang w:val="nb-NO"/>
              </w:rPr>
            </w:pPr>
            <w:r w:rsidRPr="00DA6422">
              <w:rPr>
                <w:sz w:val="20"/>
                <w:szCs w:val="20"/>
                <w:lang w:val="nb-NO"/>
              </w:rPr>
              <w:t>bestillingssystemer og -tidspunkter</w:t>
            </w:r>
          </w:p>
          <w:p w14:paraId="797997B8" w14:textId="7E46C0E8" w:rsidR="00451B5D" w:rsidRPr="00AF3674" w:rsidRDefault="00451B5D" w:rsidP="00451B5D">
            <w:pPr>
              <w:pStyle w:val="Punktliste"/>
              <w:numPr>
                <w:ilvl w:val="0"/>
                <w:numId w:val="0"/>
              </w:numPr>
              <w:ind w:left="1080"/>
              <w:contextualSpacing w:val="0"/>
              <w:rPr>
                <w:lang w:val="nb-NO"/>
              </w:rPr>
            </w:pPr>
            <w:r w:rsidRPr="00DA6422">
              <w:rPr>
                <w:sz w:val="20"/>
                <w:szCs w:val="20"/>
                <w:lang w:val="nb-NO"/>
              </w:rPr>
              <w:t>databaserte styringssystemer for logistikk</w:t>
            </w:r>
          </w:p>
        </w:tc>
      </w:tr>
    </w:tbl>
    <w:p w14:paraId="1659BF05" w14:textId="66A221A3"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223FAC86"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7DB712"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01E51C23"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D752216" w14:textId="77777777" w:rsidR="00151A69" w:rsidRPr="00DA6422" w:rsidRDefault="00151A69">
            <w:pPr>
              <w:spacing w:after="0" w:line="240" w:lineRule="auto"/>
              <w:rPr>
                <w:lang w:val="nb-NO"/>
              </w:rPr>
            </w:pPr>
            <w:r w:rsidRPr="00DA6422">
              <w:rPr>
                <w:lang w:val="nb-NO"/>
              </w:rPr>
              <w:t> </w:t>
            </w:r>
          </w:p>
          <w:p w14:paraId="21A988C1" w14:textId="77777777" w:rsidR="00151A69" w:rsidRPr="00DA6422" w:rsidRDefault="00151A69">
            <w:pPr>
              <w:spacing w:after="0" w:line="240" w:lineRule="auto"/>
              <w:rPr>
                <w:lang w:val="nb-NO"/>
              </w:rPr>
            </w:pPr>
            <w:r w:rsidRPr="00DA6422">
              <w:rPr>
                <w:lang w:val="nb-NO"/>
              </w:rPr>
              <w:t> </w:t>
            </w:r>
          </w:p>
          <w:p w14:paraId="7FF007A9" w14:textId="77777777" w:rsidR="00151A69" w:rsidRPr="00DA6422" w:rsidRDefault="00151A69">
            <w:pPr>
              <w:spacing w:after="0" w:line="240" w:lineRule="auto"/>
              <w:rPr>
                <w:lang w:val="nb-NO"/>
              </w:rPr>
            </w:pPr>
            <w:r w:rsidRPr="00DA6422">
              <w:rPr>
                <w:lang w:val="nb-NO"/>
              </w:rPr>
              <w:t> </w:t>
            </w:r>
          </w:p>
          <w:p w14:paraId="3662DD66" w14:textId="77777777" w:rsidR="00151A69" w:rsidRPr="00DA6422" w:rsidRDefault="00151A69">
            <w:pPr>
              <w:spacing w:after="0" w:line="240" w:lineRule="auto"/>
              <w:rPr>
                <w:lang w:val="nb-NO"/>
              </w:rPr>
            </w:pPr>
            <w:r w:rsidRPr="00DA6422">
              <w:rPr>
                <w:lang w:val="nb-NO"/>
              </w:rPr>
              <w:t> </w:t>
            </w:r>
          </w:p>
          <w:p w14:paraId="09D46767" w14:textId="77777777" w:rsidR="00151A69" w:rsidRPr="00DA6422" w:rsidRDefault="00151A69">
            <w:pPr>
              <w:spacing w:after="0" w:line="240" w:lineRule="auto"/>
              <w:rPr>
                <w:lang w:val="nb-NO"/>
              </w:rPr>
            </w:pPr>
            <w:r w:rsidRPr="00DA6422">
              <w:rPr>
                <w:lang w:val="nb-NO"/>
              </w:rPr>
              <w:t> </w:t>
            </w:r>
          </w:p>
          <w:p w14:paraId="348F89A0" w14:textId="77777777" w:rsidR="00151A69" w:rsidRPr="00DA6422" w:rsidRDefault="00151A69">
            <w:pPr>
              <w:spacing w:after="0" w:line="240" w:lineRule="auto"/>
              <w:rPr>
                <w:lang w:val="nb-NO"/>
              </w:rPr>
            </w:pPr>
            <w:r w:rsidRPr="00DA6422">
              <w:rPr>
                <w:lang w:val="nb-NO"/>
              </w:rPr>
              <w:t> </w:t>
            </w:r>
          </w:p>
          <w:p w14:paraId="019F833D" w14:textId="77777777" w:rsidR="00151A69" w:rsidRPr="00DA6422" w:rsidRDefault="00151A69">
            <w:pPr>
              <w:spacing w:after="0" w:line="240" w:lineRule="auto"/>
              <w:rPr>
                <w:lang w:val="nb-NO"/>
              </w:rPr>
            </w:pPr>
            <w:r w:rsidRPr="00DA6422">
              <w:rPr>
                <w:lang w:val="nb-NO"/>
              </w:rPr>
              <w:t> </w:t>
            </w:r>
          </w:p>
          <w:p w14:paraId="5F7A72E8" w14:textId="77777777" w:rsidR="00151A69" w:rsidRPr="00DA6422" w:rsidRDefault="00151A69">
            <w:pPr>
              <w:spacing w:after="0" w:line="240" w:lineRule="auto"/>
              <w:rPr>
                <w:lang w:val="nb-NO"/>
              </w:rPr>
            </w:pPr>
            <w:r w:rsidRPr="00DA6422">
              <w:rPr>
                <w:lang w:val="nb-NO"/>
              </w:rPr>
              <w:t> </w:t>
            </w:r>
          </w:p>
          <w:p w14:paraId="77970D83" w14:textId="77777777" w:rsidR="00151A69" w:rsidRPr="00DA6422" w:rsidRDefault="00151A69">
            <w:pPr>
              <w:spacing w:after="0" w:line="240" w:lineRule="auto"/>
              <w:rPr>
                <w:lang w:val="nb-NO"/>
              </w:rPr>
            </w:pPr>
            <w:r w:rsidRPr="00DA6422">
              <w:rPr>
                <w:lang w:val="nb-NO"/>
              </w:rPr>
              <w:t> </w:t>
            </w:r>
          </w:p>
          <w:p w14:paraId="78EE6115" w14:textId="77777777" w:rsidR="00151A69" w:rsidRPr="00DA6422" w:rsidRDefault="00151A69">
            <w:pPr>
              <w:spacing w:after="0" w:line="240" w:lineRule="auto"/>
              <w:rPr>
                <w:lang w:val="nb-NO"/>
              </w:rPr>
            </w:pPr>
            <w:r w:rsidRPr="00DA6422">
              <w:rPr>
                <w:lang w:val="nb-NO"/>
              </w:rPr>
              <w:t> </w:t>
            </w:r>
          </w:p>
          <w:p w14:paraId="6C0F64A1" w14:textId="77777777" w:rsidR="00151A69" w:rsidRPr="00DA6422" w:rsidRDefault="00151A69">
            <w:pPr>
              <w:spacing w:after="0" w:line="240" w:lineRule="auto"/>
              <w:rPr>
                <w:lang w:val="nb-NO"/>
              </w:rPr>
            </w:pPr>
            <w:r w:rsidRPr="00DA6422">
              <w:rPr>
                <w:lang w:val="nb-NO"/>
              </w:rPr>
              <w:t> </w:t>
            </w:r>
          </w:p>
          <w:p w14:paraId="25945406" w14:textId="77777777" w:rsidR="00151A69" w:rsidRPr="00DA6422" w:rsidRDefault="00151A69">
            <w:pPr>
              <w:spacing w:after="0" w:line="240" w:lineRule="auto"/>
              <w:rPr>
                <w:lang w:val="nb-NO"/>
              </w:rPr>
            </w:pPr>
            <w:r w:rsidRPr="00DA6422">
              <w:rPr>
                <w:lang w:val="nb-NO"/>
              </w:rPr>
              <w:t> </w:t>
            </w:r>
          </w:p>
          <w:p w14:paraId="4668346F" w14:textId="77777777" w:rsidR="00151A69" w:rsidRPr="00DA6422" w:rsidRDefault="00151A69">
            <w:pPr>
              <w:spacing w:after="0" w:line="240" w:lineRule="auto"/>
              <w:rPr>
                <w:lang w:val="nb-NO"/>
              </w:rPr>
            </w:pPr>
            <w:r w:rsidRPr="00DA6422">
              <w:rPr>
                <w:lang w:val="nb-NO"/>
              </w:rPr>
              <w:t> </w:t>
            </w:r>
          </w:p>
          <w:p w14:paraId="61EED3C9" w14:textId="26B06064" w:rsidR="001551C8" w:rsidRPr="00DA6422" w:rsidRDefault="00151A69" w:rsidP="00151A69">
            <w:pPr>
              <w:spacing w:after="0" w:line="240" w:lineRule="auto"/>
              <w:rPr>
                <w:lang w:val="nb-NO"/>
              </w:rPr>
            </w:pPr>
            <w:r w:rsidRPr="00DA6422">
              <w:rPr>
                <w:lang w:val="nb-NO"/>
              </w:rPr>
              <w:t> </w:t>
            </w:r>
          </w:p>
        </w:tc>
      </w:tr>
    </w:tbl>
    <w:p w14:paraId="23308F48"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042E8C03"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648BA9"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7C4E84F8"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6B500F3C" w14:textId="77777777" w:rsidR="001551C8" w:rsidRPr="00DA6422" w:rsidRDefault="001551C8">
            <w:pPr>
              <w:spacing w:after="0" w:line="240" w:lineRule="auto"/>
              <w:rPr>
                <w:lang w:val="nb-NO"/>
              </w:rPr>
            </w:pPr>
            <w:r w:rsidRPr="00DA6422">
              <w:rPr>
                <w:lang w:val="nb-NO"/>
              </w:rPr>
              <w:t> </w:t>
            </w:r>
          </w:p>
          <w:p w14:paraId="7965556C" w14:textId="77777777" w:rsidR="001551C8" w:rsidRPr="00DA6422" w:rsidRDefault="001551C8">
            <w:pPr>
              <w:spacing w:after="0" w:line="240" w:lineRule="auto"/>
              <w:rPr>
                <w:lang w:val="nb-NO"/>
              </w:rPr>
            </w:pPr>
            <w:r w:rsidRPr="00DA6422">
              <w:rPr>
                <w:lang w:val="nb-NO"/>
              </w:rPr>
              <w:t> </w:t>
            </w:r>
          </w:p>
          <w:p w14:paraId="3F8B0E57" w14:textId="77777777" w:rsidR="001551C8" w:rsidRPr="00DA6422" w:rsidRDefault="001551C8">
            <w:pPr>
              <w:spacing w:after="0" w:line="240" w:lineRule="auto"/>
              <w:rPr>
                <w:lang w:val="nb-NO"/>
              </w:rPr>
            </w:pPr>
            <w:r w:rsidRPr="00DA6422">
              <w:rPr>
                <w:lang w:val="nb-NO"/>
              </w:rPr>
              <w:t> </w:t>
            </w:r>
          </w:p>
          <w:p w14:paraId="54B1EE0E" w14:textId="77777777" w:rsidR="001551C8" w:rsidRPr="00DA6422" w:rsidRDefault="001551C8">
            <w:pPr>
              <w:spacing w:after="0" w:line="240" w:lineRule="auto"/>
              <w:rPr>
                <w:lang w:val="nb-NO"/>
              </w:rPr>
            </w:pPr>
            <w:r w:rsidRPr="00DA6422">
              <w:rPr>
                <w:lang w:val="nb-NO"/>
              </w:rPr>
              <w:t> </w:t>
            </w:r>
          </w:p>
          <w:p w14:paraId="49066FBE" w14:textId="77777777" w:rsidR="001551C8" w:rsidRPr="00DA6422" w:rsidRDefault="001551C8">
            <w:pPr>
              <w:spacing w:after="0" w:line="240" w:lineRule="auto"/>
              <w:rPr>
                <w:lang w:val="nb-NO"/>
              </w:rPr>
            </w:pPr>
            <w:r w:rsidRPr="00DA6422">
              <w:rPr>
                <w:lang w:val="nb-NO"/>
              </w:rPr>
              <w:t> </w:t>
            </w:r>
          </w:p>
          <w:p w14:paraId="16F9B201" w14:textId="77777777" w:rsidR="001551C8" w:rsidRPr="00DA6422" w:rsidRDefault="001551C8">
            <w:pPr>
              <w:spacing w:after="0" w:line="240" w:lineRule="auto"/>
              <w:rPr>
                <w:lang w:val="nb-NO"/>
              </w:rPr>
            </w:pPr>
            <w:r w:rsidRPr="00DA6422">
              <w:rPr>
                <w:lang w:val="nb-NO"/>
              </w:rPr>
              <w:t> </w:t>
            </w:r>
          </w:p>
        </w:tc>
      </w:tr>
    </w:tbl>
    <w:p w14:paraId="1AF15AB3" w14:textId="77777777" w:rsidR="007553FE" w:rsidRPr="00DA6422" w:rsidRDefault="005A3995">
      <w:pPr>
        <w:rPr>
          <w:lang w:val="nb-NO"/>
        </w:rPr>
      </w:pPr>
      <w:r w:rsidRPr="00DA6422">
        <w:rPr>
          <w:lang w:val="nb-NO"/>
        </w:rPr>
        <w:br w:type="page"/>
      </w:r>
    </w:p>
    <w:p w14:paraId="38313E59" w14:textId="77777777" w:rsidR="007553FE" w:rsidRPr="00DA6422" w:rsidRDefault="005A3995">
      <w:pPr>
        <w:rPr>
          <w:lang w:val="nb-NO"/>
        </w:rPr>
      </w:pPr>
      <w:r w:rsidRPr="00DA6422">
        <w:rPr>
          <w:b/>
          <w:lang w:val="nb-NO"/>
        </w:rPr>
        <w:lastRenderedPageBreak/>
        <w:t>Modul: Kundebehandling og serviceledelse i bilverksteder</w:t>
      </w:r>
    </w:p>
    <w:p w14:paraId="688ADC1C" w14:textId="77777777" w:rsidR="00FA04D8" w:rsidRPr="00DA6422" w:rsidRDefault="00FA04D8" w:rsidP="00FA04D8">
      <w:pPr>
        <w:pStyle w:val="Overskrift2"/>
        <w:rPr>
          <w:kern w:val="2"/>
          <w:lang w:val="nb-NO" w:eastAsia="nb-NO"/>
          <w14:ligatures w14:val="standardContextual"/>
        </w:rPr>
      </w:pPr>
      <w:r w:rsidRPr="00DA6422">
        <w:rPr>
          <w:lang w:val="nb-NO"/>
        </w:rPr>
        <w:t xml:space="preserve">1. Servicegrad og </w:t>
      </w:r>
      <w:proofErr w:type="spellStart"/>
      <w:r w:rsidRPr="00DA6422">
        <w:rPr>
          <w:lang w:val="nb-NO"/>
        </w:rPr>
        <w:t>serviceprosesser</w:t>
      </w:r>
      <w:proofErr w:type="spellEnd"/>
    </w:p>
    <w:p w14:paraId="77290EA1" w14:textId="77777777" w:rsidR="00647CE0"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27"/>
        <w:gridCol w:w="4635"/>
      </w:tblGrid>
      <w:tr w:rsidR="00647CE0" w:rsidRPr="00F54D36" w14:paraId="25AA0C67" w14:textId="77777777">
        <w:tc>
          <w:tcPr>
            <w:tcW w:w="4981" w:type="dxa"/>
          </w:tcPr>
          <w:p w14:paraId="5359C8F7" w14:textId="77777777" w:rsidR="00647CE0" w:rsidRPr="00DA6422" w:rsidRDefault="00647CE0" w:rsidP="00647CE0">
            <w:pPr>
              <w:spacing w:after="40"/>
              <w:rPr>
                <w:kern w:val="2"/>
                <w:lang w:val="nb-NO" w:eastAsia="nb-NO"/>
                <w14:ligatures w14:val="standardContextual"/>
              </w:rPr>
            </w:pPr>
            <w:r w:rsidRPr="00DA6422">
              <w:rPr>
                <w:b/>
                <w:bCs/>
                <w:sz w:val="20"/>
                <w:szCs w:val="20"/>
                <w:lang w:val="nb-NO"/>
              </w:rPr>
              <w:t>Hovedtema</w:t>
            </w:r>
          </w:p>
          <w:p w14:paraId="367F9C20" w14:textId="77777777" w:rsidR="00647CE0" w:rsidRPr="00DA6422" w:rsidRDefault="00647CE0" w:rsidP="00647CE0">
            <w:pPr>
              <w:rPr>
                <w:lang w:val="nb-NO"/>
              </w:rPr>
            </w:pPr>
            <w:r w:rsidRPr="00DA6422">
              <w:rPr>
                <w:sz w:val="20"/>
                <w:szCs w:val="20"/>
                <w:lang w:val="nb-NO"/>
              </w:rPr>
              <w:t>Hovedtemaet handler om standarder og</w:t>
            </w:r>
          </w:p>
          <w:p w14:paraId="7D23399C" w14:textId="58953CC8" w:rsidR="00647CE0" w:rsidRPr="009C47F6" w:rsidRDefault="00647CE0" w:rsidP="00647CE0">
            <w:pPr>
              <w:rPr>
                <w:sz w:val="20"/>
                <w:szCs w:val="20"/>
                <w:lang w:val="nb-NO"/>
              </w:rPr>
            </w:pPr>
            <w:r w:rsidRPr="00DA6422">
              <w:rPr>
                <w:sz w:val="20"/>
                <w:szCs w:val="20"/>
                <w:lang w:val="nb-NO"/>
              </w:rPr>
              <w:t>prosesser for å opprettholde god kundeservice.</w:t>
            </w:r>
          </w:p>
        </w:tc>
        <w:tc>
          <w:tcPr>
            <w:tcW w:w="4981" w:type="dxa"/>
          </w:tcPr>
          <w:p w14:paraId="36B7A313" w14:textId="77777777" w:rsidR="00647CE0" w:rsidRPr="00DA6422" w:rsidRDefault="00647CE0" w:rsidP="00647CE0">
            <w:pPr>
              <w:spacing w:after="40"/>
              <w:rPr>
                <w:lang w:val="nb-NO"/>
              </w:rPr>
            </w:pPr>
            <w:r w:rsidRPr="00DA6422">
              <w:rPr>
                <w:b/>
                <w:bCs/>
                <w:sz w:val="20"/>
                <w:szCs w:val="20"/>
                <w:lang w:val="nb-NO"/>
              </w:rPr>
              <w:t>Innhold</w:t>
            </w:r>
          </w:p>
          <w:p w14:paraId="3DF7EACA" w14:textId="77777777" w:rsidR="00647CE0" w:rsidRPr="00DA6422" w:rsidRDefault="00647CE0" w:rsidP="00647CE0">
            <w:pPr>
              <w:pStyle w:val="Punktliste"/>
              <w:numPr>
                <w:ilvl w:val="0"/>
                <w:numId w:val="37"/>
              </w:numPr>
              <w:ind w:left="1080"/>
              <w:contextualSpacing w:val="0"/>
              <w:rPr>
                <w:lang w:val="nb-NO"/>
              </w:rPr>
            </w:pPr>
            <w:r w:rsidRPr="00DA6422">
              <w:rPr>
                <w:sz w:val="20"/>
                <w:szCs w:val="20"/>
                <w:lang w:val="nb-NO"/>
              </w:rPr>
              <w:t>servicebegrepet</w:t>
            </w:r>
          </w:p>
          <w:p w14:paraId="6AF72DE2" w14:textId="77777777" w:rsidR="00647CE0" w:rsidRPr="00DA6422" w:rsidRDefault="00647CE0" w:rsidP="00647CE0">
            <w:pPr>
              <w:pStyle w:val="Punktliste"/>
              <w:numPr>
                <w:ilvl w:val="0"/>
                <w:numId w:val="37"/>
              </w:numPr>
              <w:ind w:left="1080"/>
              <w:contextualSpacing w:val="0"/>
              <w:rPr>
                <w:lang w:val="nb-NO"/>
              </w:rPr>
            </w:pPr>
            <w:r w:rsidRPr="00DA6422">
              <w:rPr>
                <w:sz w:val="20"/>
                <w:szCs w:val="20"/>
                <w:lang w:val="nb-NO"/>
              </w:rPr>
              <w:t>bilbransjens servicestandard</w:t>
            </w:r>
          </w:p>
          <w:p w14:paraId="27A82386" w14:textId="77777777" w:rsidR="00647CE0" w:rsidRPr="00DA6422" w:rsidRDefault="00647CE0" w:rsidP="00647CE0">
            <w:pPr>
              <w:pStyle w:val="Punktliste"/>
              <w:numPr>
                <w:ilvl w:val="0"/>
                <w:numId w:val="37"/>
              </w:numPr>
              <w:ind w:left="1080"/>
              <w:contextualSpacing w:val="0"/>
              <w:rPr>
                <w:lang w:val="nb-NO"/>
              </w:rPr>
            </w:pPr>
            <w:r w:rsidRPr="00DA6422">
              <w:rPr>
                <w:sz w:val="20"/>
                <w:szCs w:val="20"/>
                <w:lang w:val="nb-NO"/>
              </w:rPr>
              <w:t>bilverkstedets servicegrad</w:t>
            </w:r>
          </w:p>
          <w:p w14:paraId="78679F39" w14:textId="77777777" w:rsidR="00647CE0" w:rsidRPr="00DA6422" w:rsidRDefault="00647CE0" w:rsidP="00647CE0">
            <w:pPr>
              <w:pStyle w:val="Punktliste"/>
              <w:numPr>
                <w:ilvl w:val="0"/>
                <w:numId w:val="37"/>
              </w:numPr>
              <w:ind w:left="1080"/>
              <w:contextualSpacing w:val="0"/>
              <w:rPr>
                <w:lang w:val="nb-NO"/>
              </w:rPr>
            </w:pPr>
            <w:proofErr w:type="spellStart"/>
            <w:r w:rsidRPr="00DA6422">
              <w:rPr>
                <w:sz w:val="20"/>
                <w:szCs w:val="20"/>
                <w:lang w:val="nb-NO"/>
              </w:rPr>
              <w:t>serviceprosesser</w:t>
            </w:r>
            <w:proofErr w:type="spellEnd"/>
            <w:r w:rsidRPr="00DA6422">
              <w:rPr>
                <w:sz w:val="20"/>
                <w:szCs w:val="20"/>
                <w:lang w:val="nb-NO"/>
              </w:rPr>
              <w:t xml:space="preserve"> i bilverkstedet</w:t>
            </w:r>
          </w:p>
          <w:p w14:paraId="4B661114" w14:textId="3A543BDA" w:rsidR="00647CE0" w:rsidRPr="00AF3674" w:rsidRDefault="00647CE0" w:rsidP="00647CE0">
            <w:pPr>
              <w:pStyle w:val="Punktliste"/>
              <w:numPr>
                <w:ilvl w:val="0"/>
                <w:numId w:val="0"/>
              </w:numPr>
              <w:ind w:left="1080"/>
              <w:contextualSpacing w:val="0"/>
              <w:rPr>
                <w:lang w:val="nb-NO"/>
              </w:rPr>
            </w:pPr>
            <w:r w:rsidRPr="00DA6422">
              <w:rPr>
                <w:sz w:val="20"/>
                <w:szCs w:val="20"/>
                <w:lang w:val="nb-NO"/>
              </w:rPr>
              <w:t>kundebehandling</w:t>
            </w:r>
          </w:p>
        </w:tc>
      </w:tr>
    </w:tbl>
    <w:p w14:paraId="364CD2BE" w14:textId="0C3C0F71"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507B405F"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54E02D"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272913FD"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DF08B21" w14:textId="77777777" w:rsidR="00151A69" w:rsidRPr="00DA6422" w:rsidRDefault="00151A69">
            <w:pPr>
              <w:spacing w:after="0" w:line="240" w:lineRule="auto"/>
              <w:rPr>
                <w:lang w:val="nb-NO"/>
              </w:rPr>
            </w:pPr>
            <w:r w:rsidRPr="00DA6422">
              <w:rPr>
                <w:lang w:val="nb-NO"/>
              </w:rPr>
              <w:t> </w:t>
            </w:r>
          </w:p>
          <w:p w14:paraId="40164FFF" w14:textId="77777777" w:rsidR="00151A69" w:rsidRPr="00DA6422" w:rsidRDefault="00151A69">
            <w:pPr>
              <w:spacing w:after="0" w:line="240" w:lineRule="auto"/>
              <w:rPr>
                <w:lang w:val="nb-NO"/>
              </w:rPr>
            </w:pPr>
            <w:r w:rsidRPr="00DA6422">
              <w:rPr>
                <w:lang w:val="nb-NO"/>
              </w:rPr>
              <w:t> </w:t>
            </w:r>
          </w:p>
          <w:p w14:paraId="3307CFC4" w14:textId="77777777" w:rsidR="00151A69" w:rsidRPr="00DA6422" w:rsidRDefault="00151A69">
            <w:pPr>
              <w:spacing w:after="0" w:line="240" w:lineRule="auto"/>
              <w:rPr>
                <w:lang w:val="nb-NO"/>
              </w:rPr>
            </w:pPr>
            <w:r w:rsidRPr="00DA6422">
              <w:rPr>
                <w:lang w:val="nb-NO"/>
              </w:rPr>
              <w:t> </w:t>
            </w:r>
          </w:p>
          <w:p w14:paraId="4DBA5BC8" w14:textId="77777777" w:rsidR="00151A69" w:rsidRPr="00DA6422" w:rsidRDefault="00151A69">
            <w:pPr>
              <w:spacing w:after="0" w:line="240" w:lineRule="auto"/>
              <w:rPr>
                <w:lang w:val="nb-NO"/>
              </w:rPr>
            </w:pPr>
            <w:r w:rsidRPr="00DA6422">
              <w:rPr>
                <w:lang w:val="nb-NO"/>
              </w:rPr>
              <w:t> </w:t>
            </w:r>
          </w:p>
          <w:p w14:paraId="015FEFBC" w14:textId="77777777" w:rsidR="00151A69" w:rsidRPr="00DA6422" w:rsidRDefault="00151A69">
            <w:pPr>
              <w:spacing w:after="0" w:line="240" w:lineRule="auto"/>
              <w:rPr>
                <w:lang w:val="nb-NO"/>
              </w:rPr>
            </w:pPr>
            <w:r w:rsidRPr="00DA6422">
              <w:rPr>
                <w:lang w:val="nb-NO"/>
              </w:rPr>
              <w:t> </w:t>
            </w:r>
          </w:p>
          <w:p w14:paraId="587CBE3C" w14:textId="77777777" w:rsidR="00151A69" w:rsidRPr="00DA6422" w:rsidRDefault="00151A69">
            <w:pPr>
              <w:spacing w:after="0" w:line="240" w:lineRule="auto"/>
              <w:rPr>
                <w:lang w:val="nb-NO"/>
              </w:rPr>
            </w:pPr>
            <w:r w:rsidRPr="00DA6422">
              <w:rPr>
                <w:lang w:val="nb-NO"/>
              </w:rPr>
              <w:t> </w:t>
            </w:r>
          </w:p>
          <w:p w14:paraId="449AF3D1" w14:textId="77777777" w:rsidR="00151A69" w:rsidRPr="00DA6422" w:rsidRDefault="00151A69">
            <w:pPr>
              <w:spacing w:after="0" w:line="240" w:lineRule="auto"/>
              <w:rPr>
                <w:lang w:val="nb-NO"/>
              </w:rPr>
            </w:pPr>
            <w:r w:rsidRPr="00DA6422">
              <w:rPr>
                <w:lang w:val="nb-NO"/>
              </w:rPr>
              <w:t> </w:t>
            </w:r>
          </w:p>
          <w:p w14:paraId="07886D13" w14:textId="77777777" w:rsidR="00151A69" w:rsidRPr="00DA6422" w:rsidRDefault="00151A69">
            <w:pPr>
              <w:spacing w:after="0" w:line="240" w:lineRule="auto"/>
              <w:rPr>
                <w:lang w:val="nb-NO"/>
              </w:rPr>
            </w:pPr>
            <w:r w:rsidRPr="00DA6422">
              <w:rPr>
                <w:lang w:val="nb-NO"/>
              </w:rPr>
              <w:t> </w:t>
            </w:r>
          </w:p>
          <w:p w14:paraId="17CD24B5" w14:textId="77777777" w:rsidR="00151A69" w:rsidRPr="00DA6422" w:rsidRDefault="00151A69">
            <w:pPr>
              <w:spacing w:after="0" w:line="240" w:lineRule="auto"/>
              <w:rPr>
                <w:lang w:val="nb-NO"/>
              </w:rPr>
            </w:pPr>
            <w:r w:rsidRPr="00DA6422">
              <w:rPr>
                <w:lang w:val="nb-NO"/>
              </w:rPr>
              <w:t> </w:t>
            </w:r>
          </w:p>
          <w:p w14:paraId="3405ED13" w14:textId="77777777" w:rsidR="00151A69" w:rsidRPr="00DA6422" w:rsidRDefault="00151A69">
            <w:pPr>
              <w:spacing w:after="0" w:line="240" w:lineRule="auto"/>
              <w:rPr>
                <w:lang w:val="nb-NO"/>
              </w:rPr>
            </w:pPr>
            <w:r w:rsidRPr="00DA6422">
              <w:rPr>
                <w:lang w:val="nb-NO"/>
              </w:rPr>
              <w:t> </w:t>
            </w:r>
          </w:p>
          <w:p w14:paraId="6264CA04" w14:textId="77777777" w:rsidR="00151A69" w:rsidRPr="00DA6422" w:rsidRDefault="00151A69">
            <w:pPr>
              <w:spacing w:after="0" w:line="240" w:lineRule="auto"/>
              <w:rPr>
                <w:lang w:val="nb-NO"/>
              </w:rPr>
            </w:pPr>
            <w:r w:rsidRPr="00DA6422">
              <w:rPr>
                <w:lang w:val="nb-NO"/>
              </w:rPr>
              <w:t> </w:t>
            </w:r>
          </w:p>
          <w:p w14:paraId="4FA6ECAB" w14:textId="77777777" w:rsidR="00151A69" w:rsidRPr="00DA6422" w:rsidRDefault="00151A69">
            <w:pPr>
              <w:spacing w:after="0" w:line="240" w:lineRule="auto"/>
              <w:rPr>
                <w:lang w:val="nb-NO"/>
              </w:rPr>
            </w:pPr>
            <w:r w:rsidRPr="00DA6422">
              <w:rPr>
                <w:lang w:val="nb-NO"/>
              </w:rPr>
              <w:t> </w:t>
            </w:r>
          </w:p>
          <w:p w14:paraId="51D24791" w14:textId="77777777" w:rsidR="00151A69" w:rsidRPr="00DA6422" w:rsidRDefault="00151A69">
            <w:pPr>
              <w:spacing w:after="0" w:line="240" w:lineRule="auto"/>
              <w:rPr>
                <w:lang w:val="nb-NO"/>
              </w:rPr>
            </w:pPr>
            <w:r w:rsidRPr="00DA6422">
              <w:rPr>
                <w:lang w:val="nb-NO"/>
              </w:rPr>
              <w:t> </w:t>
            </w:r>
          </w:p>
          <w:p w14:paraId="7F03D124" w14:textId="0B1071A7" w:rsidR="001551C8" w:rsidRPr="00DA6422" w:rsidRDefault="00151A69" w:rsidP="00151A69">
            <w:pPr>
              <w:spacing w:after="0" w:line="240" w:lineRule="auto"/>
              <w:rPr>
                <w:lang w:val="nb-NO"/>
              </w:rPr>
            </w:pPr>
            <w:r w:rsidRPr="00DA6422">
              <w:rPr>
                <w:lang w:val="nb-NO"/>
              </w:rPr>
              <w:t> </w:t>
            </w:r>
          </w:p>
        </w:tc>
      </w:tr>
    </w:tbl>
    <w:p w14:paraId="6E3BD4E1"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0C47077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2F2663"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05E077D0"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0F6123DB" w14:textId="77777777" w:rsidR="001551C8" w:rsidRPr="00DA6422" w:rsidRDefault="001551C8">
            <w:pPr>
              <w:spacing w:after="0" w:line="240" w:lineRule="auto"/>
              <w:rPr>
                <w:lang w:val="nb-NO"/>
              </w:rPr>
            </w:pPr>
            <w:r w:rsidRPr="00DA6422">
              <w:rPr>
                <w:lang w:val="nb-NO"/>
              </w:rPr>
              <w:t> </w:t>
            </w:r>
          </w:p>
          <w:p w14:paraId="1CA9525E" w14:textId="77777777" w:rsidR="001551C8" w:rsidRPr="00DA6422" w:rsidRDefault="001551C8">
            <w:pPr>
              <w:spacing w:after="0" w:line="240" w:lineRule="auto"/>
              <w:rPr>
                <w:lang w:val="nb-NO"/>
              </w:rPr>
            </w:pPr>
            <w:r w:rsidRPr="00DA6422">
              <w:rPr>
                <w:lang w:val="nb-NO"/>
              </w:rPr>
              <w:t> </w:t>
            </w:r>
          </w:p>
          <w:p w14:paraId="26C99067" w14:textId="77777777" w:rsidR="001551C8" w:rsidRPr="00DA6422" w:rsidRDefault="001551C8">
            <w:pPr>
              <w:spacing w:after="0" w:line="240" w:lineRule="auto"/>
              <w:rPr>
                <w:lang w:val="nb-NO"/>
              </w:rPr>
            </w:pPr>
            <w:r w:rsidRPr="00DA6422">
              <w:rPr>
                <w:lang w:val="nb-NO"/>
              </w:rPr>
              <w:t> </w:t>
            </w:r>
          </w:p>
          <w:p w14:paraId="1DB5985C" w14:textId="77777777" w:rsidR="001551C8" w:rsidRPr="00DA6422" w:rsidRDefault="001551C8">
            <w:pPr>
              <w:spacing w:after="0" w:line="240" w:lineRule="auto"/>
              <w:rPr>
                <w:lang w:val="nb-NO"/>
              </w:rPr>
            </w:pPr>
            <w:r w:rsidRPr="00DA6422">
              <w:rPr>
                <w:lang w:val="nb-NO"/>
              </w:rPr>
              <w:t> </w:t>
            </w:r>
          </w:p>
          <w:p w14:paraId="5AA2CC33" w14:textId="77777777" w:rsidR="001551C8" w:rsidRPr="00DA6422" w:rsidRDefault="001551C8">
            <w:pPr>
              <w:spacing w:after="0" w:line="240" w:lineRule="auto"/>
              <w:rPr>
                <w:lang w:val="nb-NO"/>
              </w:rPr>
            </w:pPr>
            <w:r w:rsidRPr="00DA6422">
              <w:rPr>
                <w:lang w:val="nb-NO"/>
              </w:rPr>
              <w:t> </w:t>
            </w:r>
          </w:p>
          <w:p w14:paraId="3280A502" w14:textId="77777777" w:rsidR="001551C8" w:rsidRPr="00DA6422" w:rsidRDefault="001551C8">
            <w:pPr>
              <w:spacing w:after="0" w:line="240" w:lineRule="auto"/>
              <w:rPr>
                <w:lang w:val="nb-NO"/>
              </w:rPr>
            </w:pPr>
            <w:r w:rsidRPr="00DA6422">
              <w:rPr>
                <w:lang w:val="nb-NO"/>
              </w:rPr>
              <w:t> </w:t>
            </w:r>
          </w:p>
        </w:tc>
      </w:tr>
    </w:tbl>
    <w:p w14:paraId="64D7AE07" w14:textId="77777777" w:rsidR="007553FE" w:rsidRPr="00DA6422" w:rsidRDefault="005A3995">
      <w:pPr>
        <w:rPr>
          <w:lang w:val="nb-NO"/>
        </w:rPr>
      </w:pPr>
      <w:r w:rsidRPr="00DA6422">
        <w:rPr>
          <w:lang w:val="nb-NO"/>
        </w:rPr>
        <w:br w:type="page"/>
      </w:r>
    </w:p>
    <w:p w14:paraId="0EA0CD12"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2. Intern og ekstern service og kommunikasjon</w:t>
      </w:r>
    </w:p>
    <w:p w14:paraId="30ED476A" w14:textId="77777777" w:rsidR="007A0C9C"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377"/>
        <w:gridCol w:w="4685"/>
      </w:tblGrid>
      <w:tr w:rsidR="007A0C9C" w:rsidRPr="00F54D36" w14:paraId="18CA0B77" w14:textId="77777777">
        <w:tc>
          <w:tcPr>
            <w:tcW w:w="4981" w:type="dxa"/>
          </w:tcPr>
          <w:p w14:paraId="69820706" w14:textId="77777777" w:rsidR="007A0C9C" w:rsidRPr="00DA6422" w:rsidRDefault="007A0C9C" w:rsidP="007A0C9C">
            <w:pPr>
              <w:spacing w:after="40"/>
              <w:rPr>
                <w:kern w:val="2"/>
                <w:lang w:val="nb-NO" w:eastAsia="nb-NO"/>
                <w14:ligatures w14:val="standardContextual"/>
              </w:rPr>
            </w:pPr>
            <w:r w:rsidRPr="00DA6422">
              <w:rPr>
                <w:b/>
                <w:bCs/>
                <w:sz w:val="20"/>
                <w:szCs w:val="20"/>
                <w:lang w:val="nb-NO"/>
              </w:rPr>
              <w:t>Hovedtema</w:t>
            </w:r>
          </w:p>
          <w:p w14:paraId="3C54519D" w14:textId="77777777" w:rsidR="007A0C9C" w:rsidRPr="00DA6422" w:rsidRDefault="007A0C9C" w:rsidP="007A0C9C">
            <w:pPr>
              <w:rPr>
                <w:sz w:val="20"/>
                <w:szCs w:val="20"/>
                <w:lang w:val="nb-NO"/>
              </w:rPr>
            </w:pPr>
            <w:r w:rsidRPr="00DA6422">
              <w:rPr>
                <w:sz w:val="20"/>
                <w:szCs w:val="20"/>
                <w:lang w:val="nb-NO"/>
              </w:rPr>
              <w:t>Hovedtemaet handler om kommunikasjon og samhandling med interne og eksterne kunder.</w:t>
            </w:r>
          </w:p>
          <w:p w14:paraId="09CBC51C" w14:textId="77777777" w:rsidR="007A0C9C" w:rsidRPr="00DA6422" w:rsidRDefault="007A0C9C" w:rsidP="007A0C9C">
            <w:pPr>
              <w:rPr>
                <w:lang w:val="nb-NO"/>
              </w:rPr>
            </w:pPr>
          </w:p>
          <w:p w14:paraId="19D9766A" w14:textId="69558B2D" w:rsidR="007A0C9C" w:rsidRPr="009C47F6" w:rsidRDefault="007A0C9C" w:rsidP="007A0C9C">
            <w:pPr>
              <w:rPr>
                <w:sz w:val="20"/>
                <w:szCs w:val="20"/>
                <w:lang w:val="nb-NO"/>
              </w:rPr>
            </w:pPr>
            <w:r w:rsidRPr="00DA6422">
              <w:rPr>
                <w:sz w:val="20"/>
                <w:szCs w:val="20"/>
                <w:lang w:val="nb-NO"/>
              </w:rPr>
              <w:t>Målretting av kampanjer inngår i temaet.</w:t>
            </w:r>
          </w:p>
        </w:tc>
        <w:tc>
          <w:tcPr>
            <w:tcW w:w="4981" w:type="dxa"/>
          </w:tcPr>
          <w:p w14:paraId="1E808425" w14:textId="77777777" w:rsidR="007A0C9C" w:rsidRPr="00DA6422" w:rsidRDefault="007A0C9C" w:rsidP="007A0C9C">
            <w:pPr>
              <w:spacing w:after="40"/>
              <w:rPr>
                <w:lang w:val="nb-NO"/>
              </w:rPr>
            </w:pPr>
            <w:r w:rsidRPr="00DA6422">
              <w:rPr>
                <w:b/>
                <w:bCs/>
                <w:sz w:val="20"/>
                <w:szCs w:val="20"/>
                <w:lang w:val="nb-NO"/>
              </w:rPr>
              <w:t>Innhold</w:t>
            </w:r>
          </w:p>
          <w:p w14:paraId="435A4AE5" w14:textId="77777777" w:rsidR="007A0C9C" w:rsidRPr="00DA6422" w:rsidRDefault="007A0C9C" w:rsidP="007A0C9C">
            <w:pPr>
              <w:pStyle w:val="Punktliste"/>
              <w:numPr>
                <w:ilvl w:val="0"/>
                <w:numId w:val="38"/>
              </w:numPr>
              <w:ind w:left="1080"/>
              <w:contextualSpacing w:val="0"/>
              <w:rPr>
                <w:lang w:val="nb-NO"/>
              </w:rPr>
            </w:pPr>
            <w:r w:rsidRPr="00DA6422">
              <w:rPr>
                <w:sz w:val="20"/>
                <w:szCs w:val="20"/>
                <w:lang w:val="nb-NO"/>
              </w:rPr>
              <w:t>kommunikasjonsverktøy og metoder</w:t>
            </w:r>
          </w:p>
          <w:p w14:paraId="79F809A8" w14:textId="77777777" w:rsidR="007A0C9C" w:rsidRPr="00DA6422" w:rsidRDefault="007A0C9C" w:rsidP="007A0C9C">
            <w:pPr>
              <w:pStyle w:val="Punktliste"/>
              <w:numPr>
                <w:ilvl w:val="0"/>
                <w:numId w:val="38"/>
              </w:numPr>
              <w:ind w:left="1080"/>
              <w:contextualSpacing w:val="0"/>
              <w:rPr>
                <w:lang w:val="nb-NO"/>
              </w:rPr>
            </w:pPr>
            <w:r w:rsidRPr="00DA6422">
              <w:rPr>
                <w:sz w:val="20"/>
                <w:szCs w:val="20"/>
                <w:lang w:val="nb-NO"/>
              </w:rPr>
              <w:t>intern kommunikasjon og samhandling</w:t>
            </w:r>
          </w:p>
          <w:p w14:paraId="3B976366" w14:textId="77777777" w:rsidR="007A0C9C" w:rsidRPr="00DA6422" w:rsidRDefault="007A0C9C" w:rsidP="007A0C9C">
            <w:pPr>
              <w:pStyle w:val="Punktliste"/>
              <w:numPr>
                <w:ilvl w:val="0"/>
                <w:numId w:val="38"/>
              </w:numPr>
              <w:ind w:left="1080"/>
              <w:contextualSpacing w:val="0"/>
              <w:rPr>
                <w:lang w:val="nb-NO"/>
              </w:rPr>
            </w:pPr>
            <w:r w:rsidRPr="00DA6422">
              <w:rPr>
                <w:sz w:val="20"/>
                <w:szCs w:val="20"/>
                <w:lang w:val="nb-NO"/>
              </w:rPr>
              <w:t>intern kunde – ekstern kunde</w:t>
            </w:r>
          </w:p>
          <w:p w14:paraId="6513307E" w14:textId="77777777" w:rsidR="007A0C9C" w:rsidRPr="007A0C9C" w:rsidRDefault="007A0C9C" w:rsidP="007A0C9C">
            <w:pPr>
              <w:pStyle w:val="Punktliste"/>
              <w:numPr>
                <w:ilvl w:val="0"/>
                <w:numId w:val="38"/>
              </w:numPr>
              <w:ind w:left="1080"/>
              <w:contextualSpacing w:val="0"/>
              <w:rPr>
                <w:lang w:val="nb-NO"/>
              </w:rPr>
            </w:pPr>
            <w:r w:rsidRPr="00DA6422">
              <w:rPr>
                <w:sz w:val="20"/>
                <w:szCs w:val="20"/>
                <w:lang w:val="nb-NO"/>
              </w:rPr>
              <w:t>ekstern kommunikasjon og markedspåvirkning</w:t>
            </w:r>
          </w:p>
          <w:p w14:paraId="46A0903B" w14:textId="7F2FBA83" w:rsidR="007A0C9C" w:rsidRPr="00AF3674" w:rsidRDefault="007A0C9C" w:rsidP="007A0C9C">
            <w:pPr>
              <w:pStyle w:val="Punktliste"/>
              <w:numPr>
                <w:ilvl w:val="0"/>
                <w:numId w:val="38"/>
              </w:numPr>
              <w:ind w:left="1080"/>
              <w:contextualSpacing w:val="0"/>
              <w:rPr>
                <w:lang w:val="nb-NO"/>
              </w:rPr>
            </w:pPr>
            <w:r w:rsidRPr="00DA6422">
              <w:rPr>
                <w:sz w:val="20"/>
                <w:szCs w:val="20"/>
                <w:lang w:val="nb-NO"/>
              </w:rPr>
              <w:t>målretting av kampanjer</w:t>
            </w:r>
          </w:p>
        </w:tc>
      </w:tr>
    </w:tbl>
    <w:p w14:paraId="49A6D551" w14:textId="703EB687"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2868857E"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3FB4A1"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25014F92"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565EAB" w14:textId="77777777" w:rsidR="00151A69" w:rsidRPr="00DA6422" w:rsidRDefault="00151A69">
            <w:pPr>
              <w:spacing w:after="0" w:line="240" w:lineRule="auto"/>
              <w:rPr>
                <w:lang w:val="nb-NO"/>
              </w:rPr>
            </w:pPr>
            <w:r w:rsidRPr="00DA6422">
              <w:rPr>
                <w:lang w:val="nb-NO"/>
              </w:rPr>
              <w:t> </w:t>
            </w:r>
          </w:p>
          <w:p w14:paraId="127A9CAB" w14:textId="77777777" w:rsidR="00151A69" w:rsidRPr="00DA6422" w:rsidRDefault="00151A69">
            <w:pPr>
              <w:spacing w:after="0" w:line="240" w:lineRule="auto"/>
              <w:rPr>
                <w:lang w:val="nb-NO"/>
              </w:rPr>
            </w:pPr>
            <w:r w:rsidRPr="00DA6422">
              <w:rPr>
                <w:lang w:val="nb-NO"/>
              </w:rPr>
              <w:t> </w:t>
            </w:r>
          </w:p>
          <w:p w14:paraId="04D8F7BC" w14:textId="77777777" w:rsidR="00151A69" w:rsidRPr="00DA6422" w:rsidRDefault="00151A69">
            <w:pPr>
              <w:spacing w:after="0" w:line="240" w:lineRule="auto"/>
              <w:rPr>
                <w:lang w:val="nb-NO"/>
              </w:rPr>
            </w:pPr>
            <w:r w:rsidRPr="00DA6422">
              <w:rPr>
                <w:lang w:val="nb-NO"/>
              </w:rPr>
              <w:t> </w:t>
            </w:r>
          </w:p>
          <w:p w14:paraId="12A48FD6" w14:textId="77777777" w:rsidR="00151A69" w:rsidRPr="00DA6422" w:rsidRDefault="00151A69">
            <w:pPr>
              <w:spacing w:after="0" w:line="240" w:lineRule="auto"/>
              <w:rPr>
                <w:lang w:val="nb-NO"/>
              </w:rPr>
            </w:pPr>
            <w:r w:rsidRPr="00DA6422">
              <w:rPr>
                <w:lang w:val="nb-NO"/>
              </w:rPr>
              <w:t> </w:t>
            </w:r>
          </w:p>
          <w:p w14:paraId="4E2EC27C" w14:textId="77777777" w:rsidR="00151A69" w:rsidRPr="00DA6422" w:rsidRDefault="00151A69">
            <w:pPr>
              <w:spacing w:after="0" w:line="240" w:lineRule="auto"/>
              <w:rPr>
                <w:lang w:val="nb-NO"/>
              </w:rPr>
            </w:pPr>
            <w:r w:rsidRPr="00DA6422">
              <w:rPr>
                <w:lang w:val="nb-NO"/>
              </w:rPr>
              <w:t> </w:t>
            </w:r>
          </w:p>
          <w:p w14:paraId="72E7DC4C" w14:textId="77777777" w:rsidR="00151A69" w:rsidRPr="00DA6422" w:rsidRDefault="00151A69">
            <w:pPr>
              <w:spacing w:after="0" w:line="240" w:lineRule="auto"/>
              <w:rPr>
                <w:lang w:val="nb-NO"/>
              </w:rPr>
            </w:pPr>
            <w:r w:rsidRPr="00DA6422">
              <w:rPr>
                <w:lang w:val="nb-NO"/>
              </w:rPr>
              <w:t> </w:t>
            </w:r>
          </w:p>
          <w:p w14:paraId="43FB33DD" w14:textId="77777777" w:rsidR="00151A69" w:rsidRPr="00DA6422" w:rsidRDefault="00151A69">
            <w:pPr>
              <w:spacing w:after="0" w:line="240" w:lineRule="auto"/>
              <w:rPr>
                <w:lang w:val="nb-NO"/>
              </w:rPr>
            </w:pPr>
            <w:r w:rsidRPr="00DA6422">
              <w:rPr>
                <w:lang w:val="nb-NO"/>
              </w:rPr>
              <w:t> </w:t>
            </w:r>
          </w:p>
          <w:p w14:paraId="170180A0" w14:textId="77777777" w:rsidR="00151A69" w:rsidRPr="00DA6422" w:rsidRDefault="00151A69">
            <w:pPr>
              <w:spacing w:after="0" w:line="240" w:lineRule="auto"/>
              <w:rPr>
                <w:lang w:val="nb-NO"/>
              </w:rPr>
            </w:pPr>
            <w:r w:rsidRPr="00DA6422">
              <w:rPr>
                <w:lang w:val="nb-NO"/>
              </w:rPr>
              <w:t> </w:t>
            </w:r>
          </w:p>
          <w:p w14:paraId="2FB03DB6" w14:textId="77777777" w:rsidR="00151A69" w:rsidRPr="00DA6422" w:rsidRDefault="00151A69">
            <w:pPr>
              <w:spacing w:after="0" w:line="240" w:lineRule="auto"/>
              <w:rPr>
                <w:lang w:val="nb-NO"/>
              </w:rPr>
            </w:pPr>
            <w:r w:rsidRPr="00DA6422">
              <w:rPr>
                <w:lang w:val="nb-NO"/>
              </w:rPr>
              <w:t> </w:t>
            </w:r>
          </w:p>
          <w:p w14:paraId="173C42D1" w14:textId="77777777" w:rsidR="00151A69" w:rsidRPr="00DA6422" w:rsidRDefault="00151A69">
            <w:pPr>
              <w:spacing w:after="0" w:line="240" w:lineRule="auto"/>
              <w:rPr>
                <w:lang w:val="nb-NO"/>
              </w:rPr>
            </w:pPr>
            <w:r w:rsidRPr="00DA6422">
              <w:rPr>
                <w:lang w:val="nb-NO"/>
              </w:rPr>
              <w:t> </w:t>
            </w:r>
          </w:p>
          <w:p w14:paraId="7DDBFB47" w14:textId="77777777" w:rsidR="00151A69" w:rsidRPr="00DA6422" w:rsidRDefault="00151A69">
            <w:pPr>
              <w:spacing w:after="0" w:line="240" w:lineRule="auto"/>
              <w:rPr>
                <w:lang w:val="nb-NO"/>
              </w:rPr>
            </w:pPr>
            <w:r w:rsidRPr="00DA6422">
              <w:rPr>
                <w:lang w:val="nb-NO"/>
              </w:rPr>
              <w:t> </w:t>
            </w:r>
          </w:p>
          <w:p w14:paraId="7B43CB33" w14:textId="77777777" w:rsidR="00151A69" w:rsidRPr="00DA6422" w:rsidRDefault="00151A69">
            <w:pPr>
              <w:spacing w:after="0" w:line="240" w:lineRule="auto"/>
              <w:rPr>
                <w:lang w:val="nb-NO"/>
              </w:rPr>
            </w:pPr>
            <w:r w:rsidRPr="00DA6422">
              <w:rPr>
                <w:lang w:val="nb-NO"/>
              </w:rPr>
              <w:t> </w:t>
            </w:r>
          </w:p>
          <w:p w14:paraId="72D75FD5" w14:textId="77777777" w:rsidR="00151A69" w:rsidRPr="00DA6422" w:rsidRDefault="00151A69">
            <w:pPr>
              <w:spacing w:after="0" w:line="240" w:lineRule="auto"/>
              <w:rPr>
                <w:lang w:val="nb-NO"/>
              </w:rPr>
            </w:pPr>
            <w:r w:rsidRPr="00DA6422">
              <w:rPr>
                <w:lang w:val="nb-NO"/>
              </w:rPr>
              <w:t> </w:t>
            </w:r>
          </w:p>
          <w:p w14:paraId="0139FB40" w14:textId="4B845568" w:rsidR="001551C8" w:rsidRPr="00DA6422" w:rsidRDefault="00151A69" w:rsidP="00151A69">
            <w:pPr>
              <w:spacing w:after="0" w:line="240" w:lineRule="auto"/>
              <w:rPr>
                <w:lang w:val="nb-NO"/>
              </w:rPr>
            </w:pPr>
            <w:r w:rsidRPr="00DA6422">
              <w:rPr>
                <w:lang w:val="nb-NO"/>
              </w:rPr>
              <w:t> </w:t>
            </w:r>
          </w:p>
        </w:tc>
      </w:tr>
    </w:tbl>
    <w:p w14:paraId="65ECFA4F"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531706F3"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CC7131"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161F385A"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46C18194" w14:textId="77777777" w:rsidR="001551C8" w:rsidRPr="00DA6422" w:rsidRDefault="001551C8">
            <w:pPr>
              <w:spacing w:after="0" w:line="240" w:lineRule="auto"/>
              <w:rPr>
                <w:lang w:val="nb-NO"/>
              </w:rPr>
            </w:pPr>
            <w:r w:rsidRPr="00DA6422">
              <w:rPr>
                <w:lang w:val="nb-NO"/>
              </w:rPr>
              <w:t> </w:t>
            </w:r>
          </w:p>
          <w:p w14:paraId="0894DD0A" w14:textId="77777777" w:rsidR="001551C8" w:rsidRPr="00DA6422" w:rsidRDefault="001551C8">
            <w:pPr>
              <w:spacing w:after="0" w:line="240" w:lineRule="auto"/>
              <w:rPr>
                <w:lang w:val="nb-NO"/>
              </w:rPr>
            </w:pPr>
            <w:r w:rsidRPr="00DA6422">
              <w:rPr>
                <w:lang w:val="nb-NO"/>
              </w:rPr>
              <w:t> </w:t>
            </w:r>
          </w:p>
          <w:p w14:paraId="51F08D0B" w14:textId="77777777" w:rsidR="001551C8" w:rsidRPr="00DA6422" w:rsidRDefault="001551C8">
            <w:pPr>
              <w:spacing w:after="0" w:line="240" w:lineRule="auto"/>
              <w:rPr>
                <w:lang w:val="nb-NO"/>
              </w:rPr>
            </w:pPr>
            <w:r w:rsidRPr="00DA6422">
              <w:rPr>
                <w:lang w:val="nb-NO"/>
              </w:rPr>
              <w:t> </w:t>
            </w:r>
          </w:p>
          <w:p w14:paraId="145FB29E" w14:textId="77777777" w:rsidR="001551C8" w:rsidRPr="00DA6422" w:rsidRDefault="001551C8">
            <w:pPr>
              <w:spacing w:after="0" w:line="240" w:lineRule="auto"/>
              <w:rPr>
                <w:lang w:val="nb-NO"/>
              </w:rPr>
            </w:pPr>
            <w:r w:rsidRPr="00DA6422">
              <w:rPr>
                <w:lang w:val="nb-NO"/>
              </w:rPr>
              <w:t> </w:t>
            </w:r>
          </w:p>
          <w:p w14:paraId="36542626" w14:textId="77777777" w:rsidR="001551C8" w:rsidRPr="00DA6422" w:rsidRDefault="001551C8">
            <w:pPr>
              <w:spacing w:after="0" w:line="240" w:lineRule="auto"/>
              <w:rPr>
                <w:lang w:val="nb-NO"/>
              </w:rPr>
            </w:pPr>
            <w:r w:rsidRPr="00DA6422">
              <w:rPr>
                <w:lang w:val="nb-NO"/>
              </w:rPr>
              <w:t> </w:t>
            </w:r>
          </w:p>
          <w:p w14:paraId="554855F9" w14:textId="77777777" w:rsidR="001551C8" w:rsidRPr="00DA6422" w:rsidRDefault="001551C8">
            <w:pPr>
              <w:spacing w:after="0" w:line="240" w:lineRule="auto"/>
              <w:rPr>
                <w:lang w:val="nb-NO"/>
              </w:rPr>
            </w:pPr>
            <w:r w:rsidRPr="00DA6422">
              <w:rPr>
                <w:lang w:val="nb-NO"/>
              </w:rPr>
              <w:t> </w:t>
            </w:r>
          </w:p>
        </w:tc>
      </w:tr>
    </w:tbl>
    <w:p w14:paraId="77ED1795" w14:textId="77777777" w:rsidR="007553FE" w:rsidRPr="00DA6422" w:rsidRDefault="005A3995">
      <w:pPr>
        <w:rPr>
          <w:lang w:val="nb-NO"/>
        </w:rPr>
      </w:pPr>
      <w:r w:rsidRPr="00DA6422">
        <w:rPr>
          <w:lang w:val="nb-NO"/>
        </w:rPr>
        <w:br w:type="page"/>
      </w:r>
    </w:p>
    <w:p w14:paraId="0C2C1C6B"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3. Relasjonsbygging og kundelojalitet</w:t>
      </w:r>
    </w:p>
    <w:p w14:paraId="05E0CD28" w14:textId="77777777" w:rsidR="00572387"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54"/>
        <w:gridCol w:w="4608"/>
      </w:tblGrid>
      <w:tr w:rsidR="00572387" w:rsidRPr="00F54D36" w14:paraId="7C7A3FC3" w14:textId="77777777">
        <w:tc>
          <w:tcPr>
            <w:tcW w:w="4981" w:type="dxa"/>
          </w:tcPr>
          <w:p w14:paraId="4C55BC53" w14:textId="77777777" w:rsidR="00572387" w:rsidRPr="00DA6422" w:rsidRDefault="00572387" w:rsidP="00572387">
            <w:pPr>
              <w:spacing w:after="40"/>
              <w:rPr>
                <w:kern w:val="2"/>
                <w:lang w:val="nb-NO" w:eastAsia="nb-NO"/>
                <w14:ligatures w14:val="standardContextual"/>
              </w:rPr>
            </w:pPr>
            <w:r w:rsidRPr="00DA6422">
              <w:rPr>
                <w:b/>
                <w:bCs/>
                <w:sz w:val="20"/>
                <w:szCs w:val="20"/>
                <w:lang w:val="nb-NO"/>
              </w:rPr>
              <w:t>Hovedtema</w:t>
            </w:r>
          </w:p>
          <w:p w14:paraId="1026A235" w14:textId="77777777" w:rsidR="00572387" w:rsidRPr="00DA6422" w:rsidRDefault="00572387" w:rsidP="00572387">
            <w:pPr>
              <w:rPr>
                <w:sz w:val="20"/>
                <w:szCs w:val="20"/>
                <w:lang w:val="nb-NO"/>
              </w:rPr>
            </w:pPr>
            <w:r w:rsidRPr="00DA6422">
              <w:rPr>
                <w:sz w:val="20"/>
                <w:szCs w:val="20"/>
                <w:lang w:val="nb-NO"/>
              </w:rPr>
              <w:t>Hovedtemaet dreier seg om planmessig relasjonsbygging og utvikling av kundelojalitet.</w:t>
            </w:r>
          </w:p>
          <w:p w14:paraId="35298DDE" w14:textId="77777777" w:rsidR="00572387" w:rsidRPr="00DA6422" w:rsidRDefault="00572387" w:rsidP="00572387">
            <w:pPr>
              <w:rPr>
                <w:lang w:val="nb-NO"/>
              </w:rPr>
            </w:pPr>
          </w:p>
          <w:p w14:paraId="1634437C" w14:textId="77777777" w:rsidR="00572387" w:rsidRPr="00DA6422" w:rsidRDefault="00572387" w:rsidP="00572387">
            <w:pPr>
              <w:rPr>
                <w:sz w:val="20"/>
                <w:szCs w:val="20"/>
                <w:lang w:val="nb-NO"/>
              </w:rPr>
            </w:pPr>
            <w:r w:rsidRPr="00DA6422">
              <w:rPr>
                <w:sz w:val="20"/>
                <w:szCs w:val="20"/>
                <w:lang w:val="nb-NO"/>
              </w:rPr>
              <w:t xml:space="preserve">Sammenhengen mellom kundelojalitet og lønnsomhet er en del av temaet. </w:t>
            </w:r>
          </w:p>
          <w:p w14:paraId="6E0DAA9C" w14:textId="77777777" w:rsidR="00572387" w:rsidRPr="00DA6422" w:rsidRDefault="00572387" w:rsidP="00572387">
            <w:pPr>
              <w:rPr>
                <w:sz w:val="20"/>
                <w:szCs w:val="20"/>
                <w:lang w:val="nb-NO"/>
              </w:rPr>
            </w:pPr>
          </w:p>
          <w:p w14:paraId="1C2B387F" w14:textId="1D571637" w:rsidR="00572387" w:rsidRPr="009C47F6" w:rsidRDefault="00572387" w:rsidP="00572387">
            <w:pPr>
              <w:rPr>
                <w:sz w:val="20"/>
                <w:szCs w:val="20"/>
                <w:lang w:val="nb-NO"/>
              </w:rPr>
            </w:pPr>
            <w:r w:rsidRPr="00DA6422">
              <w:rPr>
                <w:sz w:val="20"/>
                <w:szCs w:val="20"/>
                <w:lang w:val="nb-NO"/>
              </w:rPr>
              <w:t>Reklamasjonshåndtering inngår også i temaet.</w:t>
            </w:r>
          </w:p>
        </w:tc>
        <w:tc>
          <w:tcPr>
            <w:tcW w:w="4981" w:type="dxa"/>
          </w:tcPr>
          <w:p w14:paraId="4AB88250" w14:textId="77777777" w:rsidR="00572387" w:rsidRPr="00DA6422" w:rsidRDefault="00572387" w:rsidP="00572387">
            <w:pPr>
              <w:spacing w:after="40"/>
              <w:rPr>
                <w:lang w:val="nb-NO"/>
              </w:rPr>
            </w:pPr>
            <w:r w:rsidRPr="00DA6422">
              <w:rPr>
                <w:b/>
                <w:bCs/>
                <w:sz w:val="20"/>
                <w:szCs w:val="20"/>
                <w:lang w:val="nb-NO"/>
              </w:rPr>
              <w:t>Innhold</w:t>
            </w:r>
          </w:p>
          <w:p w14:paraId="236C04C4" w14:textId="77777777" w:rsidR="00572387" w:rsidRPr="00DA6422" w:rsidRDefault="00572387" w:rsidP="00572387">
            <w:pPr>
              <w:pStyle w:val="Punktliste"/>
              <w:numPr>
                <w:ilvl w:val="0"/>
                <w:numId w:val="39"/>
              </w:numPr>
              <w:ind w:left="1080"/>
              <w:contextualSpacing w:val="0"/>
              <w:rPr>
                <w:lang w:val="nb-NO"/>
              </w:rPr>
            </w:pPr>
            <w:r w:rsidRPr="00DA6422">
              <w:rPr>
                <w:sz w:val="20"/>
                <w:szCs w:val="20"/>
                <w:lang w:val="nb-NO"/>
              </w:rPr>
              <w:t>relasjonsbygging</w:t>
            </w:r>
          </w:p>
          <w:p w14:paraId="01FF948B" w14:textId="77777777" w:rsidR="00572387" w:rsidRPr="00DA6422" w:rsidRDefault="00572387" w:rsidP="00572387">
            <w:pPr>
              <w:pStyle w:val="Punktliste"/>
              <w:numPr>
                <w:ilvl w:val="0"/>
                <w:numId w:val="39"/>
              </w:numPr>
              <w:ind w:left="1080"/>
              <w:contextualSpacing w:val="0"/>
              <w:rPr>
                <w:lang w:val="nb-NO"/>
              </w:rPr>
            </w:pPr>
            <w:r w:rsidRPr="00DA6422">
              <w:rPr>
                <w:sz w:val="20"/>
                <w:szCs w:val="20"/>
                <w:lang w:val="nb-NO"/>
              </w:rPr>
              <w:t>lojalitetsprogrammer</w:t>
            </w:r>
          </w:p>
          <w:p w14:paraId="44F25AF5" w14:textId="77777777" w:rsidR="00572387" w:rsidRPr="00DA6422" w:rsidRDefault="00572387" w:rsidP="00572387">
            <w:pPr>
              <w:pStyle w:val="Punktliste"/>
              <w:numPr>
                <w:ilvl w:val="0"/>
                <w:numId w:val="39"/>
              </w:numPr>
              <w:ind w:left="1080"/>
              <w:contextualSpacing w:val="0"/>
              <w:rPr>
                <w:lang w:val="nb-NO"/>
              </w:rPr>
            </w:pPr>
            <w:r w:rsidRPr="00DA6422">
              <w:rPr>
                <w:sz w:val="20"/>
                <w:szCs w:val="20"/>
                <w:lang w:val="nb-NO"/>
              </w:rPr>
              <w:t>kundelojalitet og lønnsomhet</w:t>
            </w:r>
          </w:p>
          <w:p w14:paraId="1F2F5601" w14:textId="77777777" w:rsidR="00572387" w:rsidRPr="00572387" w:rsidRDefault="00572387" w:rsidP="00572387">
            <w:pPr>
              <w:pStyle w:val="Punktliste"/>
              <w:numPr>
                <w:ilvl w:val="0"/>
                <w:numId w:val="39"/>
              </w:numPr>
              <w:ind w:left="1080"/>
              <w:contextualSpacing w:val="0"/>
              <w:rPr>
                <w:lang w:val="nb-NO"/>
              </w:rPr>
            </w:pPr>
            <w:r w:rsidRPr="00DA6422">
              <w:rPr>
                <w:sz w:val="20"/>
                <w:szCs w:val="20"/>
                <w:lang w:val="nb-NO"/>
              </w:rPr>
              <w:t>håndtering av vanskelige kundesituasjoner/-relasjoner</w:t>
            </w:r>
          </w:p>
          <w:p w14:paraId="4123261F" w14:textId="75502884" w:rsidR="00572387" w:rsidRPr="00572387" w:rsidRDefault="00572387" w:rsidP="00572387">
            <w:pPr>
              <w:pStyle w:val="Punktliste"/>
              <w:numPr>
                <w:ilvl w:val="0"/>
                <w:numId w:val="39"/>
              </w:numPr>
              <w:ind w:left="1080"/>
              <w:contextualSpacing w:val="0"/>
              <w:rPr>
                <w:lang w:val="nb-NO"/>
              </w:rPr>
            </w:pPr>
            <w:r w:rsidRPr="00572387">
              <w:rPr>
                <w:sz w:val="20"/>
                <w:szCs w:val="20"/>
                <w:lang w:val="nb-NO"/>
              </w:rPr>
              <w:t>reklamasjoner og reklamasjonsrett</w:t>
            </w:r>
          </w:p>
        </w:tc>
      </w:tr>
    </w:tbl>
    <w:p w14:paraId="10BE5CAE" w14:textId="318CE959"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4EAEE4FF"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E3F5F1"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175F0F9F" w14:textId="77777777" w:rsidR="00151A69" w:rsidRPr="00DA6422" w:rsidRDefault="00151A69">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4E6FDFC" w14:textId="77777777" w:rsidR="00151A69" w:rsidRPr="00DA6422" w:rsidRDefault="00151A69">
            <w:pPr>
              <w:spacing w:after="0" w:line="240" w:lineRule="auto"/>
              <w:rPr>
                <w:lang w:val="nb-NO"/>
              </w:rPr>
            </w:pPr>
            <w:r w:rsidRPr="00DA6422">
              <w:rPr>
                <w:lang w:val="nb-NO"/>
              </w:rPr>
              <w:t> </w:t>
            </w:r>
          </w:p>
          <w:p w14:paraId="1CAA815E" w14:textId="77777777" w:rsidR="00151A69" w:rsidRPr="00DA6422" w:rsidRDefault="00151A69">
            <w:pPr>
              <w:spacing w:after="0" w:line="240" w:lineRule="auto"/>
              <w:rPr>
                <w:lang w:val="nb-NO"/>
              </w:rPr>
            </w:pPr>
            <w:r w:rsidRPr="00DA6422">
              <w:rPr>
                <w:lang w:val="nb-NO"/>
              </w:rPr>
              <w:t> </w:t>
            </w:r>
          </w:p>
          <w:p w14:paraId="5431BE4D" w14:textId="77777777" w:rsidR="00151A69" w:rsidRPr="00DA6422" w:rsidRDefault="00151A69">
            <w:pPr>
              <w:spacing w:after="0" w:line="240" w:lineRule="auto"/>
              <w:rPr>
                <w:lang w:val="nb-NO"/>
              </w:rPr>
            </w:pPr>
            <w:r w:rsidRPr="00DA6422">
              <w:rPr>
                <w:lang w:val="nb-NO"/>
              </w:rPr>
              <w:t> </w:t>
            </w:r>
          </w:p>
          <w:p w14:paraId="135E70EF" w14:textId="77777777" w:rsidR="00151A69" w:rsidRPr="00DA6422" w:rsidRDefault="00151A69">
            <w:pPr>
              <w:spacing w:after="0" w:line="240" w:lineRule="auto"/>
              <w:rPr>
                <w:lang w:val="nb-NO"/>
              </w:rPr>
            </w:pPr>
            <w:r w:rsidRPr="00DA6422">
              <w:rPr>
                <w:lang w:val="nb-NO"/>
              </w:rPr>
              <w:t> </w:t>
            </w:r>
          </w:p>
          <w:p w14:paraId="291F35F3" w14:textId="77777777" w:rsidR="00151A69" w:rsidRPr="00DA6422" w:rsidRDefault="00151A69">
            <w:pPr>
              <w:spacing w:after="0" w:line="240" w:lineRule="auto"/>
              <w:rPr>
                <w:lang w:val="nb-NO"/>
              </w:rPr>
            </w:pPr>
            <w:r w:rsidRPr="00DA6422">
              <w:rPr>
                <w:lang w:val="nb-NO"/>
              </w:rPr>
              <w:t> </w:t>
            </w:r>
          </w:p>
          <w:p w14:paraId="2D657CCD" w14:textId="77777777" w:rsidR="00151A69" w:rsidRPr="00DA6422" w:rsidRDefault="00151A69">
            <w:pPr>
              <w:spacing w:after="0" w:line="240" w:lineRule="auto"/>
              <w:rPr>
                <w:lang w:val="nb-NO"/>
              </w:rPr>
            </w:pPr>
            <w:r w:rsidRPr="00DA6422">
              <w:rPr>
                <w:lang w:val="nb-NO"/>
              </w:rPr>
              <w:t> </w:t>
            </w:r>
          </w:p>
          <w:p w14:paraId="29718FED" w14:textId="77777777" w:rsidR="00151A69" w:rsidRPr="00DA6422" w:rsidRDefault="00151A69">
            <w:pPr>
              <w:spacing w:after="0" w:line="240" w:lineRule="auto"/>
              <w:rPr>
                <w:lang w:val="nb-NO"/>
              </w:rPr>
            </w:pPr>
            <w:r w:rsidRPr="00DA6422">
              <w:rPr>
                <w:lang w:val="nb-NO"/>
              </w:rPr>
              <w:t> </w:t>
            </w:r>
          </w:p>
          <w:p w14:paraId="04AB4D92" w14:textId="77777777" w:rsidR="00151A69" w:rsidRPr="00DA6422" w:rsidRDefault="00151A69">
            <w:pPr>
              <w:spacing w:after="0" w:line="240" w:lineRule="auto"/>
              <w:rPr>
                <w:lang w:val="nb-NO"/>
              </w:rPr>
            </w:pPr>
            <w:r w:rsidRPr="00DA6422">
              <w:rPr>
                <w:lang w:val="nb-NO"/>
              </w:rPr>
              <w:t> </w:t>
            </w:r>
          </w:p>
          <w:p w14:paraId="3ACB7EAE" w14:textId="77777777" w:rsidR="00151A69" w:rsidRPr="00DA6422" w:rsidRDefault="00151A69">
            <w:pPr>
              <w:spacing w:after="0" w:line="240" w:lineRule="auto"/>
              <w:rPr>
                <w:lang w:val="nb-NO"/>
              </w:rPr>
            </w:pPr>
            <w:r w:rsidRPr="00DA6422">
              <w:rPr>
                <w:lang w:val="nb-NO"/>
              </w:rPr>
              <w:t> </w:t>
            </w:r>
          </w:p>
          <w:p w14:paraId="2BC7AC3C" w14:textId="77777777" w:rsidR="00151A69" w:rsidRPr="00DA6422" w:rsidRDefault="00151A69">
            <w:pPr>
              <w:spacing w:after="0" w:line="240" w:lineRule="auto"/>
              <w:rPr>
                <w:lang w:val="nb-NO"/>
              </w:rPr>
            </w:pPr>
            <w:r w:rsidRPr="00DA6422">
              <w:rPr>
                <w:lang w:val="nb-NO"/>
              </w:rPr>
              <w:t> </w:t>
            </w:r>
          </w:p>
          <w:p w14:paraId="2627372A" w14:textId="77777777" w:rsidR="00151A69" w:rsidRPr="00DA6422" w:rsidRDefault="00151A69">
            <w:pPr>
              <w:spacing w:after="0" w:line="240" w:lineRule="auto"/>
              <w:rPr>
                <w:lang w:val="nb-NO"/>
              </w:rPr>
            </w:pPr>
            <w:r w:rsidRPr="00DA6422">
              <w:rPr>
                <w:lang w:val="nb-NO"/>
              </w:rPr>
              <w:t> </w:t>
            </w:r>
          </w:p>
          <w:p w14:paraId="497C1708" w14:textId="77777777" w:rsidR="00151A69" w:rsidRPr="00DA6422" w:rsidRDefault="00151A69">
            <w:pPr>
              <w:spacing w:after="0" w:line="240" w:lineRule="auto"/>
              <w:rPr>
                <w:lang w:val="nb-NO"/>
              </w:rPr>
            </w:pPr>
            <w:r w:rsidRPr="00DA6422">
              <w:rPr>
                <w:lang w:val="nb-NO"/>
              </w:rPr>
              <w:t> </w:t>
            </w:r>
          </w:p>
          <w:p w14:paraId="388C6067" w14:textId="77777777" w:rsidR="00151A69" w:rsidRPr="00DA6422" w:rsidRDefault="00151A69">
            <w:pPr>
              <w:spacing w:after="0" w:line="240" w:lineRule="auto"/>
              <w:rPr>
                <w:lang w:val="nb-NO"/>
              </w:rPr>
            </w:pPr>
            <w:r w:rsidRPr="00DA6422">
              <w:rPr>
                <w:lang w:val="nb-NO"/>
              </w:rPr>
              <w:t> </w:t>
            </w:r>
          </w:p>
          <w:p w14:paraId="467D4438" w14:textId="7C5B28BB" w:rsidR="001551C8" w:rsidRPr="00DA6422" w:rsidRDefault="00151A69" w:rsidP="00151A69">
            <w:pPr>
              <w:spacing w:after="0" w:line="240" w:lineRule="auto"/>
              <w:rPr>
                <w:lang w:val="nb-NO"/>
              </w:rPr>
            </w:pPr>
            <w:r w:rsidRPr="00DA6422">
              <w:rPr>
                <w:lang w:val="nb-NO"/>
              </w:rPr>
              <w:t> </w:t>
            </w:r>
          </w:p>
        </w:tc>
      </w:tr>
    </w:tbl>
    <w:p w14:paraId="3F55412F"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657A2D0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FF0F1"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22DB5493"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5348568E" w14:textId="77777777" w:rsidR="001551C8" w:rsidRPr="00DA6422" w:rsidRDefault="001551C8">
            <w:pPr>
              <w:spacing w:after="0" w:line="240" w:lineRule="auto"/>
              <w:rPr>
                <w:lang w:val="nb-NO"/>
              </w:rPr>
            </w:pPr>
            <w:r w:rsidRPr="00DA6422">
              <w:rPr>
                <w:lang w:val="nb-NO"/>
              </w:rPr>
              <w:t> </w:t>
            </w:r>
          </w:p>
          <w:p w14:paraId="192D668C" w14:textId="77777777" w:rsidR="001551C8" w:rsidRPr="00DA6422" w:rsidRDefault="001551C8">
            <w:pPr>
              <w:spacing w:after="0" w:line="240" w:lineRule="auto"/>
              <w:rPr>
                <w:lang w:val="nb-NO"/>
              </w:rPr>
            </w:pPr>
            <w:r w:rsidRPr="00DA6422">
              <w:rPr>
                <w:lang w:val="nb-NO"/>
              </w:rPr>
              <w:t> </w:t>
            </w:r>
          </w:p>
          <w:p w14:paraId="7DC3BDFB" w14:textId="77777777" w:rsidR="001551C8" w:rsidRPr="00DA6422" w:rsidRDefault="001551C8">
            <w:pPr>
              <w:spacing w:after="0" w:line="240" w:lineRule="auto"/>
              <w:rPr>
                <w:lang w:val="nb-NO"/>
              </w:rPr>
            </w:pPr>
            <w:r w:rsidRPr="00DA6422">
              <w:rPr>
                <w:lang w:val="nb-NO"/>
              </w:rPr>
              <w:t> </w:t>
            </w:r>
          </w:p>
          <w:p w14:paraId="595C3E11" w14:textId="77777777" w:rsidR="001551C8" w:rsidRPr="00DA6422" w:rsidRDefault="001551C8">
            <w:pPr>
              <w:spacing w:after="0" w:line="240" w:lineRule="auto"/>
              <w:rPr>
                <w:lang w:val="nb-NO"/>
              </w:rPr>
            </w:pPr>
            <w:r w:rsidRPr="00DA6422">
              <w:rPr>
                <w:lang w:val="nb-NO"/>
              </w:rPr>
              <w:t> </w:t>
            </w:r>
          </w:p>
          <w:p w14:paraId="42C603FE" w14:textId="77777777" w:rsidR="001551C8" w:rsidRPr="00DA6422" w:rsidRDefault="001551C8">
            <w:pPr>
              <w:spacing w:after="0" w:line="240" w:lineRule="auto"/>
              <w:rPr>
                <w:lang w:val="nb-NO"/>
              </w:rPr>
            </w:pPr>
            <w:r w:rsidRPr="00DA6422">
              <w:rPr>
                <w:lang w:val="nb-NO"/>
              </w:rPr>
              <w:t> </w:t>
            </w:r>
          </w:p>
          <w:p w14:paraId="4193FDBE" w14:textId="77777777" w:rsidR="001551C8" w:rsidRPr="00DA6422" w:rsidRDefault="001551C8">
            <w:pPr>
              <w:spacing w:after="0" w:line="240" w:lineRule="auto"/>
              <w:rPr>
                <w:lang w:val="nb-NO"/>
              </w:rPr>
            </w:pPr>
            <w:r w:rsidRPr="00DA6422">
              <w:rPr>
                <w:lang w:val="nb-NO"/>
              </w:rPr>
              <w:t> </w:t>
            </w:r>
          </w:p>
        </w:tc>
      </w:tr>
    </w:tbl>
    <w:p w14:paraId="68353DD2" w14:textId="77777777" w:rsidR="007553FE" w:rsidRPr="00DA6422" w:rsidRDefault="005A3995">
      <w:pPr>
        <w:rPr>
          <w:lang w:val="nb-NO"/>
        </w:rPr>
      </w:pPr>
      <w:r w:rsidRPr="00DA6422">
        <w:rPr>
          <w:lang w:val="nb-NO"/>
        </w:rPr>
        <w:br w:type="page"/>
      </w:r>
    </w:p>
    <w:p w14:paraId="3A3162B0" w14:textId="4C99455C" w:rsidR="00623530" w:rsidRDefault="00623530" w:rsidP="00623530">
      <w:pPr>
        <w:rPr>
          <w:b/>
          <w:lang w:val="nb-NO"/>
        </w:rPr>
      </w:pPr>
      <w:r w:rsidRPr="00DA6422">
        <w:rPr>
          <w:b/>
          <w:lang w:val="nb-NO"/>
        </w:rPr>
        <w:lastRenderedPageBreak/>
        <w:t>Modul: Prosjekter og prosjektledelse i bilverksteder</w:t>
      </w:r>
    </w:p>
    <w:p w14:paraId="49BAE8B9" w14:textId="77777777" w:rsidR="00DF44C6" w:rsidRDefault="00DF44C6" w:rsidP="00623530">
      <w:pPr>
        <w:rPr>
          <w:b/>
          <w:lang w:val="nb-NO"/>
        </w:rPr>
      </w:pPr>
    </w:p>
    <w:p w14:paraId="29C71F45" w14:textId="77777777" w:rsidR="00FA04D8" w:rsidRPr="00DA6422" w:rsidRDefault="00FA04D8" w:rsidP="00FA04D8">
      <w:pPr>
        <w:pStyle w:val="Overskrift2"/>
        <w:rPr>
          <w:kern w:val="2"/>
          <w:lang w:val="nb-NO" w:eastAsia="nb-NO"/>
          <w14:ligatures w14:val="standardContextual"/>
        </w:rPr>
      </w:pPr>
      <w:r w:rsidRPr="00DA6422">
        <w:rPr>
          <w:lang w:val="nb-NO"/>
        </w:rPr>
        <w:t>1. Prosjekt som arbeidsform</w:t>
      </w:r>
    </w:p>
    <w:p w14:paraId="4406C171" w14:textId="77777777" w:rsidR="000D7533"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50"/>
        <w:gridCol w:w="4612"/>
      </w:tblGrid>
      <w:tr w:rsidR="000D7533" w:rsidRPr="00F54D36" w14:paraId="0C443CDF" w14:textId="77777777">
        <w:tc>
          <w:tcPr>
            <w:tcW w:w="4981" w:type="dxa"/>
          </w:tcPr>
          <w:p w14:paraId="41BA1E7D" w14:textId="77777777" w:rsidR="000D7533" w:rsidRPr="00DA6422" w:rsidRDefault="000D7533" w:rsidP="000D7533">
            <w:pPr>
              <w:spacing w:after="40"/>
              <w:rPr>
                <w:kern w:val="2"/>
                <w:lang w:val="nb-NO" w:eastAsia="nb-NO"/>
                <w14:ligatures w14:val="standardContextual"/>
              </w:rPr>
            </w:pPr>
            <w:r w:rsidRPr="00DA6422">
              <w:rPr>
                <w:b/>
                <w:bCs/>
                <w:sz w:val="20"/>
                <w:szCs w:val="20"/>
                <w:lang w:val="nb-NO"/>
              </w:rPr>
              <w:t>Hovedtema</w:t>
            </w:r>
          </w:p>
          <w:p w14:paraId="1C306B5E" w14:textId="77777777" w:rsidR="000D7533" w:rsidRPr="00DA6422" w:rsidRDefault="000D7533" w:rsidP="000D7533">
            <w:pPr>
              <w:rPr>
                <w:sz w:val="20"/>
                <w:szCs w:val="20"/>
                <w:lang w:val="nb-NO"/>
              </w:rPr>
            </w:pPr>
            <w:r w:rsidRPr="00DA6422">
              <w:rPr>
                <w:sz w:val="20"/>
                <w:szCs w:val="20"/>
                <w:lang w:val="nb-NO"/>
              </w:rPr>
              <w:t>Hovedområdet handler om prosjekt som arbeidsform.</w:t>
            </w:r>
          </w:p>
          <w:p w14:paraId="0893B358" w14:textId="77777777" w:rsidR="000D7533" w:rsidRPr="00DA6422" w:rsidRDefault="000D7533" w:rsidP="000D7533">
            <w:pPr>
              <w:rPr>
                <w:lang w:val="nb-NO"/>
              </w:rPr>
            </w:pPr>
          </w:p>
          <w:p w14:paraId="5237D6D4" w14:textId="2553E14E" w:rsidR="000D7533" w:rsidRPr="009C47F6" w:rsidRDefault="000D7533" w:rsidP="000D7533">
            <w:pPr>
              <w:rPr>
                <w:sz w:val="20"/>
                <w:szCs w:val="20"/>
                <w:lang w:val="nb-NO"/>
              </w:rPr>
            </w:pPr>
            <w:r w:rsidRPr="00DA6422">
              <w:rPr>
                <w:sz w:val="20"/>
                <w:szCs w:val="20"/>
                <w:lang w:val="nb-NO"/>
              </w:rPr>
              <w:t>Det handler også om forholdet mellom et prosjekt og andre aktiviteter i bilverkstedet.</w:t>
            </w:r>
          </w:p>
        </w:tc>
        <w:tc>
          <w:tcPr>
            <w:tcW w:w="4981" w:type="dxa"/>
          </w:tcPr>
          <w:p w14:paraId="5AB97B44" w14:textId="77777777" w:rsidR="000D7533" w:rsidRPr="00DA6422" w:rsidRDefault="000D7533" w:rsidP="000D7533">
            <w:pPr>
              <w:spacing w:after="40"/>
              <w:rPr>
                <w:lang w:val="nb-NO"/>
              </w:rPr>
            </w:pPr>
            <w:r w:rsidRPr="00DA6422">
              <w:rPr>
                <w:b/>
                <w:bCs/>
                <w:sz w:val="20"/>
                <w:szCs w:val="20"/>
                <w:lang w:val="nb-NO"/>
              </w:rPr>
              <w:t>Innhold</w:t>
            </w:r>
          </w:p>
          <w:p w14:paraId="18BAB4AD" w14:textId="77777777" w:rsidR="000D7533" w:rsidRPr="00DA6422" w:rsidRDefault="000D7533" w:rsidP="000D7533">
            <w:pPr>
              <w:pStyle w:val="Punktliste"/>
              <w:numPr>
                <w:ilvl w:val="0"/>
                <w:numId w:val="40"/>
              </w:numPr>
              <w:ind w:left="1080"/>
              <w:contextualSpacing w:val="0"/>
              <w:rPr>
                <w:lang w:val="nb-NO"/>
              </w:rPr>
            </w:pPr>
            <w:r w:rsidRPr="00DA6422">
              <w:rPr>
                <w:sz w:val="20"/>
                <w:szCs w:val="20"/>
                <w:lang w:val="nb-NO"/>
              </w:rPr>
              <w:t>prosjekt i et bilverksted</w:t>
            </w:r>
          </w:p>
          <w:p w14:paraId="4DB20393" w14:textId="77777777" w:rsidR="000D7533" w:rsidRPr="00DA6422" w:rsidRDefault="000D7533" w:rsidP="000D7533">
            <w:pPr>
              <w:pStyle w:val="Punktliste"/>
              <w:numPr>
                <w:ilvl w:val="0"/>
                <w:numId w:val="40"/>
              </w:numPr>
              <w:ind w:left="1080"/>
              <w:contextualSpacing w:val="0"/>
              <w:rPr>
                <w:lang w:val="nb-NO"/>
              </w:rPr>
            </w:pPr>
            <w:r w:rsidRPr="00DA6422">
              <w:rPr>
                <w:sz w:val="20"/>
                <w:szCs w:val="20"/>
                <w:lang w:val="nb-NO"/>
              </w:rPr>
              <w:t>når prosjekt er hensiktsmessig</w:t>
            </w:r>
          </w:p>
          <w:p w14:paraId="413FF71E" w14:textId="77777777" w:rsidR="000D7533" w:rsidRPr="00DA6422" w:rsidRDefault="000D7533" w:rsidP="000D7533">
            <w:pPr>
              <w:pStyle w:val="Punktliste"/>
              <w:numPr>
                <w:ilvl w:val="0"/>
                <w:numId w:val="40"/>
              </w:numPr>
              <w:ind w:left="1080"/>
              <w:contextualSpacing w:val="0"/>
              <w:rPr>
                <w:lang w:val="nb-NO"/>
              </w:rPr>
            </w:pPr>
            <w:r w:rsidRPr="00DA6422">
              <w:rPr>
                <w:sz w:val="20"/>
                <w:szCs w:val="20"/>
                <w:lang w:val="nb-NO"/>
              </w:rPr>
              <w:t>prosjekt som arbeidsform</w:t>
            </w:r>
          </w:p>
          <w:p w14:paraId="4DF81622" w14:textId="77777777" w:rsidR="000D7533" w:rsidRPr="00DA6422" w:rsidRDefault="000D7533" w:rsidP="000D7533">
            <w:pPr>
              <w:pStyle w:val="Punktliste"/>
              <w:numPr>
                <w:ilvl w:val="0"/>
                <w:numId w:val="40"/>
              </w:numPr>
              <w:ind w:left="1080"/>
              <w:contextualSpacing w:val="0"/>
              <w:rPr>
                <w:lang w:val="nb-NO"/>
              </w:rPr>
            </w:pPr>
            <w:r w:rsidRPr="00DA6422">
              <w:rPr>
                <w:sz w:val="20"/>
                <w:szCs w:val="20"/>
                <w:lang w:val="nb-NO"/>
              </w:rPr>
              <w:t>roller og ansvarsdeling</w:t>
            </w:r>
          </w:p>
          <w:p w14:paraId="4339677F" w14:textId="77777777" w:rsidR="000D7533" w:rsidRPr="00AF3674" w:rsidRDefault="000D7533">
            <w:pPr>
              <w:pStyle w:val="Punktliste"/>
              <w:numPr>
                <w:ilvl w:val="0"/>
                <w:numId w:val="0"/>
              </w:numPr>
              <w:ind w:left="1080"/>
              <w:contextualSpacing w:val="0"/>
              <w:rPr>
                <w:lang w:val="nb-NO"/>
              </w:rPr>
            </w:pPr>
          </w:p>
        </w:tc>
      </w:tr>
    </w:tbl>
    <w:p w14:paraId="1D9B765E" w14:textId="4D620280"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2B164774"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705F28"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5E2F9CE1" w14:textId="77777777" w:rsidR="00151A69" w:rsidRPr="00DA6422" w:rsidRDefault="00151A69">
            <w:pPr>
              <w:spacing w:after="0" w:line="240" w:lineRule="auto"/>
              <w:rPr>
                <w:lang w:val="nb-NO"/>
              </w:rPr>
            </w:pPr>
            <w:r w:rsidRPr="00DA6422">
              <w:rPr>
                <w:lang w:val="nb-NO"/>
              </w:rPr>
              <w:t> </w:t>
            </w:r>
          </w:p>
          <w:p w14:paraId="7F34C234" w14:textId="2B69B382" w:rsidR="003B2FD4" w:rsidRPr="00DA6422" w:rsidRDefault="003B2FD4" w:rsidP="003B2FD4">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Prosjekter og prosjektledelse i bilverksteder</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580F2251" w14:textId="77777777" w:rsidR="003B2FD4" w:rsidRDefault="003B2FD4" w:rsidP="003B2FD4">
            <w:pPr>
              <w:spacing w:after="0" w:line="240" w:lineRule="auto"/>
              <w:rPr>
                <w:sz w:val="20"/>
                <w:szCs w:val="20"/>
                <w:lang w:val="nb-NO"/>
              </w:rPr>
            </w:pPr>
          </w:p>
          <w:p w14:paraId="28810F59" w14:textId="1F9952ED" w:rsidR="003B2FD4" w:rsidRPr="00DA6422" w:rsidRDefault="003B2FD4" w:rsidP="003B2FD4">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543245B" w14:textId="260B362F" w:rsidR="00151A69" w:rsidRPr="00DA6422" w:rsidRDefault="00151A69">
            <w:pPr>
              <w:spacing w:after="0" w:line="240" w:lineRule="auto"/>
              <w:rPr>
                <w:lang w:val="nb-NO"/>
              </w:rPr>
            </w:pPr>
          </w:p>
          <w:p w14:paraId="5BD69192" w14:textId="77777777" w:rsidR="00151A69" w:rsidRPr="00DA6422" w:rsidRDefault="00151A69">
            <w:pPr>
              <w:spacing w:after="0" w:line="240" w:lineRule="auto"/>
              <w:rPr>
                <w:lang w:val="nb-NO"/>
              </w:rPr>
            </w:pPr>
            <w:r w:rsidRPr="00DA6422">
              <w:rPr>
                <w:lang w:val="nb-NO"/>
              </w:rPr>
              <w:t> </w:t>
            </w:r>
          </w:p>
          <w:p w14:paraId="519B7810" w14:textId="77777777" w:rsidR="00151A69" w:rsidRPr="00DA6422" w:rsidRDefault="00151A69">
            <w:pPr>
              <w:spacing w:after="0" w:line="240" w:lineRule="auto"/>
              <w:rPr>
                <w:lang w:val="nb-NO"/>
              </w:rPr>
            </w:pPr>
            <w:r w:rsidRPr="00DA6422">
              <w:rPr>
                <w:lang w:val="nb-NO"/>
              </w:rPr>
              <w:t> </w:t>
            </w:r>
          </w:p>
          <w:p w14:paraId="5459D87A" w14:textId="77777777" w:rsidR="00151A69" w:rsidRPr="00DA6422" w:rsidRDefault="00151A69">
            <w:pPr>
              <w:spacing w:after="0" w:line="240" w:lineRule="auto"/>
              <w:rPr>
                <w:lang w:val="nb-NO"/>
              </w:rPr>
            </w:pPr>
            <w:r w:rsidRPr="00DA6422">
              <w:rPr>
                <w:lang w:val="nb-NO"/>
              </w:rPr>
              <w:t> </w:t>
            </w:r>
          </w:p>
          <w:p w14:paraId="15D291EC" w14:textId="77777777" w:rsidR="00151A69" w:rsidRPr="00DA6422" w:rsidRDefault="00151A69">
            <w:pPr>
              <w:spacing w:after="0" w:line="240" w:lineRule="auto"/>
              <w:rPr>
                <w:lang w:val="nb-NO"/>
              </w:rPr>
            </w:pPr>
            <w:r w:rsidRPr="00DA6422">
              <w:rPr>
                <w:lang w:val="nb-NO"/>
              </w:rPr>
              <w:t> </w:t>
            </w:r>
          </w:p>
          <w:p w14:paraId="4A34B6CB" w14:textId="77777777" w:rsidR="00151A69" w:rsidRPr="00DA6422" w:rsidRDefault="00151A69">
            <w:pPr>
              <w:spacing w:after="0" w:line="240" w:lineRule="auto"/>
              <w:rPr>
                <w:lang w:val="nb-NO"/>
              </w:rPr>
            </w:pPr>
            <w:r w:rsidRPr="00DA6422">
              <w:rPr>
                <w:lang w:val="nb-NO"/>
              </w:rPr>
              <w:t> </w:t>
            </w:r>
          </w:p>
          <w:p w14:paraId="63555C17" w14:textId="77777777" w:rsidR="00151A69" w:rsidRPr="00DA6422" w:rsidRDefault="00151A69">
            <w:pPr>
              <w:spacing w:after="0" w:line="240" w:lineRule="auto"/>
              <w:rPr>
                <w:lang w:val="nb-NO"/>
              </w:rPr>
            </w:pPr>
            <w:r w:rsidRPr="00DA6422">
              <w:rPr>
                <w:lang w:val="nb-NO"/>
              </w:rPr>
              <w:t> </w:t>
            </w:r>
          </w:p>
          <w:p w14:paraId="5CBAD018" w14:textId="77777777" w:rsidR="00151A69" w:rsidRPr="00DA6422" w:rsidRDefault="00151A69">
            <w:pPr>
              <w:spacing w:after="0" w:line="240" w:lineRule="auto"/>
              <w:rPr>
                <w:lang w:val="nb-NO"/>
              </w:rPr>
            </w:pPr>
            <w:r w:rsidRPr="00DA6422">
              <w:rPr>
                <w:lang w:val="nb-NO"/>
              </w:rPr>
              <w:t> </w:t>
            </w:r>
          </w:p>
          <w:p w14:paraId="05CE1E96" w14:textId="77777777" w:rsidR="00151A69" w:rsidRPr="00DA6422" w:rsidRDefault="00151A69">
            <w:pPr>
              <w:spacing w:after="0" w:line="240" w:lineRule="auto"/>
              <w:rPr>
                <w:lang w:val="nb-NO"/>
              </w:rPr>
            </w:pPr>
            <w:r w:rsidRPr="00DA6422">
              <w:rPr>
                <w:lang w:val="nb-NO"/>
              </w:rPr>
              <w:t> </w:t>
            </w:r>
          </w:p>
          <w:p w14:paraId="4F780941" w14:textId="77777777" w:rsidR="00151A69" w:rsidRPr="00DA6422" w:rsidRDefault="00151A69">
            <w:pPr>
              <w:spacing w:after="0" w:line="240" w:lineRule="auto"/>
              <w:rPr>
                <w:lang w:val="nb-NO"/>
              </w:rPr>
            </w:pPr>
            <w:r w:rsidRPr="00DA6422">
              <w:rPr>
                <w:lang w:val="nb-NO"/>
              </w:rPr>
              <w:t> </w:t>
            </w:r>
          </w:p>
          <w:p w14:paraId="4B07D542" w14:textId="77777777" w:rsidR="00151A69" w:rsidRPr="00DA6422" w:rsidRDefault="00151A69">
            <w:pPr>
              <w:spacing w:after="0" w:line="240" w:lineRule="auto"/>
              <w:rPr>
                <w:lang w:val="nb-NO"/>
              </w:rPr>
            </w:pPr>
            <w:r w:rsidRPr="00DA6422">
              <w:rPr>
                <w:lang w:val="nb-NO"/>
              </w:rPr>
              <w:t> </w:t>
            </w:r>
          </w:p>
          <w:p w14:paraId="7CFDAE57" w14:textId="068D2C3B" w:rsidR="001551C8" w:rsidRPr="00DA6422" w:rsidRDefault="00151A69" w:rsidP="00151A69">
            <w:pPr>
              <w:spacing w:after="0" w:line="240" w:lineRule="auto"/>
              <w:rPr>
                <w:lang w:val="nb-NO"/>
              </w:rPr>
            </w:pPr>
            <w:r w:rsidRPr="00DA6422">
              <w:rPr>
                <w:lang w:val="nb-NO"/>
              </w:rPr>
              <w:t> </w:t>
            </w:r>
          </w:p>
        </w:tc>
      </w:tr>
    </w:tbl>
    <w:p w14:paraId="42F23599"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4B89469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96697"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78D17E34"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17E37872" w14:textId="77777777" w:rsidR="001551C8" w:rsidRPr="00DA6422" w:rsidRDefault="001551C8">
            <w:pPr>
              <w:spacing w:after="0" w:line="240" w:lineRule="auto"/>
              <w:rPr>
                <w:lang w:val="nb-NO"/>
              </w:rPr>
            </w:pPr>
            <w:r w:rsidRPr="00DA6422">
              <w:rPr>
                <w:lang w:val="nb-NO"/>
              </w:rPr>
              <w:t> </w:t>
            </w:r>
          </w:p>
          <w:p w14:paraId="0C906218" w14:textId="77777777" w:rsidR="001551C8" w:rsidRPr="00DA6422" w:rsidRDefault="001551C8">
            <w:pPr>
              <w:spacing w:after="0" w:line="240" w:lineRule="auto"/>
              <w:rPr>
                <w:lang w:val="nb-NO"/>
              </w:rPr>
            </w:pPr>
            <w:r w:rsidRPr="00DA6422">
              <w:rPr>
                <w:lang w:val="nb-NO"/>
              </w:rPr>
              <w:t> </w:t>
            </w:r>
          </w:p>
          <w:p w14:paraId="1A0FDA6F" w14:textId="77777777" w:rsidR="001551C8" w:rsidRPr="00DA6422" w:rsidRDefault="001551C8">
            <w:pPr>
              <w:spacing w:after="0" w:line="240" w:lineRule="auto"/>
              <w:rPr>
                <w:lang w:val="nb-NO"/>
              </w:rPr>
            </w:pPr>
            <w:r w:rsidRPr="00DA6422">
              <w:rPr>
                <w:lang w:val="nb-NO"/>
              </w:rPr>
              <w:t> </w:t>
            </w:r>
          </w:p>
          <w:p w14:paraId="6D3B9223" w14:textId="77777777" w:rsidR="001551C8" w:rsidRPr="00DA6422" w:rsidRDefault="001551C8">
            <w:pPr>
              <w:spacing w:after="0" w:line="240" w:lineRule="auto"/>
              <w:rPr>
                <w:lang w:val="nb-NO"/>
              </w:rPr>
            </w:pPr>
            <w:r w:rsidRPr="00DA6422">
              <w:rPr>
                <w:lang w:val="nb-NO"/>
              </w:rPr>
              <w:t> </w:t>
            </w:r>
          </w:p>
          <w:p w14:paraId="2162434D" w14:textId="77777777" w:rsidR="001551C8" w:rsidRPr="00DA6422" w:rsidRDefault="001551C8">
            <w:pPr>
              <w:spacing w:after="0" w:line="240" w:lineRule="auto"/>
              <w:rPr>
                <w:lang w:val="nb-NO"/>
              </w:rPr>
            </w:pPr>
            <w:r w:rsidRPr="00DA6422">
              <w:rPr>
                <w:lang w:val="nb-NO"/>
              </w:rPr>
              <w:t> </w:t>
            </w:r>
          </w:p>
          <w:p w14:paraId="51BC9ABE" w14:textId="77777777" w:rsidR="001551C8" w:rsidRPr="00DA6422" w:rsidRDefault="001551C8">
            <w:pPr>
              <w:spacing w:after="0" w:line="240" w:lineRule="auto"/>
              <w:rPr>
                <w:lang w:val="nb-NO"/>
              </w:rPr>
            </w:pPr>
            <w:r w:rsidRPr="00DA6422">
              <w:rPr>
                <w:lang w:val="nb-NO"/>
              </w:rPr>
              <w:t> </w:t>
            </w:r>
          </w:p>
        </w:tc>
      </w:tr>
    </w:tbl>
    <w:p w14:paraId="3924DECD" w14:textId="77777777" w:rsidR="007553FE" w:rsidRPr="00DA6422" w:rsidRDefault="005A3995">
      <w:pPr>
        <w:rPr>
          <w:lang w:val="nb-NO"/>
        </w:rPr>
      </w:pPr>
      <w:r w:rsidRPr="00DA6422">
        <w:rPr>
          <w:lang w:val="nb-NO"/>
        </w:rPr>
        <w:br w:type="page"/>
      </w:r>
    </w:p>
    <w:p w14:paraId="1644148D"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2. Prosjektplan</w:t>
      </w:r>
    </w:p>
    <w:p w14:paraId="081CA1D4" w14:textId="77777777" w:rsidR="005B0F1C"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382"/>
        <w:gridCol w:w="4680"/>
      </w:tblGrid>
      <w:tr w:rsidR="005B0F1C" w:rsidRPr="00F54D36" w14:paraId="3D100CF0" w14:textId="77777777">
        <w:tc>
          <w:tcPr>
            <w:tcW w:w="4981" w:type="dxa"/>
          </w:tcPr>
          <w:p w14:paraId="53C8112A" w14:textId="77777777" w:rsidR="005B0F1C" w:rsidRPr="00DA6422" w:rsidRDefault="005B0F1C" w:rsidP="005B0F1C">
            <w:pPr>
              <w:spacing w:after="40"/>
              <w:rPr>
                <w:kern w:val="2"/>
                <w:lang w:val="nb-NO" w:eastAsia="nb-NO"/>
                <w14:ligatures w14:val="standardContextual"/>
              </w:rPr>
            </w:pPr>
            <w:r w:rsidRPr="00DA6422">
              <w:rPr>
                <w:b/>
                <w:bCs/>
                <w:sz w:val="20"/>
                <w:szCs w:val="20"/>
                <w:lang w:val="nb-NO"/>
              </w:rPr>
              <w:t>Hovedtema</w:t>
            </w:r>
          </w:p>
          <w:p w14:paraId="3D4747FB" w14:textId="77777777" w:rsidR="005B0F1C" w:rsidRPr="00DA6422" w:rsidRDefault="005B0F1C" w:rsidP="005B0F1C">
            <w:pPr>
              <w:rPr>
                <w:sz w:val="20"/>
                <w:szCs w:val="20"/>
                <w:lang w:val="nb-NO"/>
              </w:rPr>
            </w:pPr>
            <w:r w:rsidRPr="00DA6422">
              <w:rPr>
                <w:sz w:val="20"/>
                <w:szCs w:val="20"/>
                <w:lang w:val="nb-NO"/>
              </w:rPr>
              <w:t>Hovedområdet omhandler planlegging og organisering av et prosjekt.</w:t>
            </w:r>
          </w:p>
          <w:p w14:paraId="72A14C36" w14:textId="77777777" w:rsidR="005B0F1C" w:rsidRPr="00DA6422" w:rsidRDefault="005B0F1C" w:rsidP="005B0F1C">
            <w:pPr>
              <w:rPr>
                <w:lang w:val="nb-NO"/>
              </w:rPr>
            </w:pPr>
          </w:p>
          <w:p w14:paraId="4D79047A" w14:textId="30F5A044" w:rsidR="005B0F1C" w:rsidRPr="009C47F6" w:rsidRDefault="005B0F1C" w:rsidP="005B0F1C">
            <w:pPr>
              <w:rPr>
                <w:sz w:val="20"/>
                <w:szCs w:val="20"/>
                <w:lang w:val="nb-NO"/>
              </w:rPr>
            </w:pPr>
            <w:r w:rsidRPr="00DA6422">
              <w:rPr>
                <w:sz w:val="20"/>
                <w:szCs w:val="20"/>
                <w:lang w:val="nb-NO"/>
              </w:rPr>
              <w:t>Krav til dokumentasjon og sporbarhet er en del av hovedområdet.</w:t>
            </w:r>
          </w:p>
        </w:tc>
        <w:tc>
          <w:tcPr>
            <w:tcW w:w="4981" w:type="dxa"/>
          </w:tcPr>
          <w:p w14:paraId="35B8B12F" w14:textId="77777777" w:rsidR="005B0F1C" w:rsidRPr="00DA6422" w:rsidRDefault="005B0F1C" w:rsidP="005B0F1C">
            <w:pPr>
              <w:spacing w:after="40"/>
              <w:rPr>
                <w:lang w:val="nb-NO"/>
              </w:rPr>
            </w:pPr>
            <w:r w:rsidRPr="00DA6422">
              <w:rPr>
                <w:b/>
                <w:bCs/>
                <w:sz w:val="20"/>
                <w:szCs w:val="20"/>
                <w:lang w:val="nb-NO"/>
              </w:rPr>
              <w:t>Innhold</w:t>
            </w:r>
          </w:p>
          <w:p w14:paraId="09723151"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prosjektstyring og prosjektstyringsverktøy</w:t>
            </w:r>
          </w:p>
          <w:p w14:paraId="7CDAB0B6"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prosjektplan</w:t>
            </w:r>
          </w:p>
          <w:p w14:paraId="6CBA3079"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mål og hensikt</w:t>
            </w:r>
          </w:p>
          <w:p w14:paraId="3DE283A0"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framdriftsplan</w:t>
            </w:r>
          </w:p>
          <w:p w14:paraId="35E059BB"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ressursbehov</w:t>
            </w:r>
          </w:p>
          <w:p w14:paraId="7ADF3525" w14:textId="77777777" w:rsidR="005B0F1C" w:rsidRPr="00DA6422" w:rsidRDefault="005B0F1C" w:rsidP="005B0F1C">
            <w:pPr>
              <w:pStyle w:val="Punktliste"/>
              <w:numPr>
                <w:ilvl w:val="0"/>
                <w:numId w:val="41"/>
              </w:numPr>
              <w:ind w:left="1080"/>
              <w:contextualSpacing w:val="0"/>
              <w:rPr>
                <w:lang w:val="nb-NO"/>
              </w:rPr>
            </w:pPr>
            <w:r w:rsidRPr="00DA6422">
              <w:rPr>
                <w:sz w:val="20"/>
                <w:szCs w:val="20"/>
                <w:lang w:val="nb-NO"/>
              </w:rPr>
              <w:t>dokumentasjon og sporbarhet</w:t>
            </w:r>
          </w:p>
          <w:p w14:paraId="36AD9A95" w14:textId="6006C0F4" w:rsidR="005B0F1C" w:rsidRPr="00AF3674" w:rsidRDefault="005B0F1C" w:rsidP="005B0F1C">
            <w:pPr>
              <w:pStyle w:val="Punktliste"/>
              <w:numPr>
                <w:ilvl w:val="0"/>
                <w:numId w:val="0"/>
              </w:numPr>
              <w:ind w:left="1080"/>
              <w:contextualSpacing w:val="0"/>
              <w:rPr>
                <w:lang w:val="nb-NO"/>
              </w:rPr>
            </w:pPr>
            <w:r w:rsidRPr="00DA6422">
              <w:rPr>
                <w:sz w:val="20"/>
                <w:szCs w:val="20"/>
                <w:lang w:val="nb-NO"/>
              </w:rPr>
              <w:t>avslutning/overlevering</w:t>
            </w:r>
          </w:p>
        </w:tc>
      </w:tr>
    </w:tbl>
    <w:p w14:paraId="0A6A4C44" w14:textId="69DAC0A0"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495AE90F"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E50A18"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01031645" w14:textId="77777777" w:rsidR="005C72AD" w:rsidRPr="00DA6422" w:rsidRDefault="005C72AD" w:rsidP="005C72AD">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Prosjekter og prosjektledelse i bilverksteder</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6E7A12A8" w14:textId="77777777" w:rsidR="005C72AD" w:rsidRDefault="005C72AD" w:rsidP="005C72AD">
            <w:pPr>
              <w:spacing w:after="0" w:line="240" w:lineRule="auto"/>
              <w:rPr>
                <w:sz w:val="20"/>
                <w:szCs w:val="20"/>
                <w:lang w:val="nb-NO"/>
              </w:rPr>
            </w:pPr>
          </w:p>
          <w:p w14:paraId="5C2A9CB5" w14:textId="77777777" w:rsidR="005C72AD" w:rsidRPr="00DA6422" w:rsidRDefault="005C72AD" w:rsidP="005C72AD">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474EBF" w14:textId="77777777" w:rsidR="00151A69" w:rsidRPr="00DA6422" w:rsidRDefault="00151A69">
            <w:pPr>
              <w:spacing w:after="0" w:line="240" w:lineRule="auto"/>
              <w:rPr>
                <w:lang w:val="nb-NO"/>
              </w:rPr>
            </w:pPr>
            <w:r w:rsidRPr="00DA6422">
              <w:rPr>
                <w:lang w:val="nb-NO"/>
              </w:rPr>
              <w:t> </w:t>
            </w:r>
          </w:p>
          <w:p w14:paraId="55A4B18E" w14:textId="77777777" w:rsidR="00151A69" w:rsidRPr="00DA6422" w:rsidRDefault="00151A69">
            <w:pPr>
              <w:spacing w:after="0" w:line="240" w:lineRule="auto"/>
              <w:rPr>
                <w:lang w:val="nb-NO"/>
              </w:rPr>
            </w:pPr>
            <w:r w:rsidRPr="00DA6422">
              <w:rPr>
                <w:lang w:val="nb-NO"/>
              </w:rPr>
              <w:t> </w:t>
            </w:r>
          </w:p>
          <w:p w14:paraId="2A3C68F5" w14:textId="77777777" w:rsidR="00151A69" w:rsidRPr="00DA6422" w:rsidRDefault="00151A69">
            <w:pPr>
              <w:spacing w:after="0" w:line="240" w:lineRule="auto"/>
              <w:rPr>
                <w:lang w:val="nb-NO"/>
              </w:rPr>
            </w:pPr>
            <w:r w:rsidRPr="00DA6422">
              <w:rPr>
                <w:lang w:val="nb-NO"/>
              </w:rPr>
              <w:t> </w:t>
            </w:r>
          </w:p>
          <w:p w14:paraId="6A9346B5" w14:textId="77777777" w:rsidR="00151A69" w:rsidRPr="00DA6422" w:rsidRDefault="00151A69">
            <w:pPr>
              <w:spacing w:after="0" w:line="240" w:lineRule="auto"/>
              <w:rPr>
                <w:lang w:val="nb-NO"/>
              </w:rPr>
            </w:pPr>
            <w:r w:rsidRPr="00DA6422">
              <w:rPr>
                <w:lang w:val="nb-NO"/>
              </w:rPr>
              <w:t> </w:t>
            </w:r>
          </w:p>
          <w:p w14:paraId="2F0C8770" w14:textId="77777777" w:rsidR="00151A69" w:rsidRPr="00DA6422" w:rsidRDefault="00151A69">
            <w:pPr>
              <w:spacing w:after="0" w:line="240" w:lineRule="auto"/>
              <w:rPr>
                <w:lang w:val="nb-NO"/>
              </w:rPr>
            </w:pPr>
            <w:r w:rsidRPr="00DA6422">
              <w:rPr>
                <w:lang w:val="nb-NO"/>
              </w:rPr>
              <w:t> </w:t>
            </w:r>
          </w:p>
          <w:p w14:paraId="0EB4ACEE" w14:textId="77777777" w:rsidR="00151A69" w:rsidRPr="00DA6422" w:rsidRDefault="00151A69">
            <w:pPr>
              <w:spacing w:after="0" w:line="240" w:lineRule="auto"/>
              <w:rPr>
                <w:lang w:val="nb-NO"/>
              </w:rPr>
            </w:pPr>
            <w:r w:rsidRPr="00DA6422">
              <w:rPr>
                <w:lang w:val="nb-NO"/>
              </w:rPr>
              <w:t> </w:t>
            </w:r>
          </w:p>
          <w:p w14:paraId="445AE6C0" w14:textId="77777777" w:rsidR="00151A69" w:rsidRPr="00DA6422" w:rsidRDefault="00151A69">
            <w:pPr>
              <w:spacing w:after="0" w:line="240" w:lineRule="auto"/>
              <w:rPr>
                <w:lang w:val="nb-NO"/>
              </w:rPr>
            </w:pPr>
            <w:r w:rsidRPr="00DA6422">
              <w:rPr>
                <w:lang w:val="nb-NO"/>
              </w:rPr>
              <w:t> </w:t>
            </w:r>
          </w:p>
          <w:p w14:paraId="6E5327BE" w14:textId="77777777" w:rsidR="00151A69" w:rsidRPr="00DA6422" w:rsidRDefault="00151A69">
            <w:pPr>
              <w:spacing w:after="0" w:line="240" w:lineRule="auto"/>
              <w:rPr>
                <w:lang w:val="nb-NO"/>
              </w:rPr>
            </w:pPr>
            <w:r w:rsidRPr="00DA6422">
              <w:rPr>
                <w:lang w:val="nb-NO"/>
              </w:rPr>
              <w:t> </w:t>
            </w:r>
          </w:p>
          <w:p w14:paraId="0728959E" w14:textId="77777777" w:rsidR="00151A69" w:rsidRPr="00DA6422" w:rsidRDefault="00151A69">
            <w:pPr>
              <w:spacing w:after="0" w:line="240" w:lineRule="auto"/>
              <w:rPr>
                <w:lang w:val="nb-NO"/>
              </w:rPr>
            </w:pPr>
            <w:r w:rsidRPr="00DA6422">
              <w:rPr>
                <w:lang w:val="nb-NO"/>
              </w:rPr>
              <w:t> </w:t>
            </w:r>
          </w:p>
          <w:p w14:paraId="3B008FF6" w14:textId="77777777" w:rsidR="00151A69" w:rsidRPr="00DA6422" w:rsidRDefault="00151A69">
            <w:pPr>
              <w:spacing w:after="0" w:line="240" w:lineRule="auto"/>
              <w:rPr>
                <w:lang w:val="nb-NO"/>
              </w:rPr>
            </w:pPr>
            <w:r w:rsidRPr="00DA6422">
              <w:rPr>
                <w:lang w:val="nb-NO"/>
              </w:rPr>
              <w:t> </w:t>
            </w:r>
          </w:p>
          <w:p w14:paraId="1F9FA7BC" w14:textId="77777777" w:rsidR="00151A69" w:rsidRPr="00DA6422" w:rsidRDefault="00151A69">
            <w:pPr>
              <w:spacing w:after="0" w:line="240" w:lineRule="auto"/>
              <w:rPr>
                <w:lang w:val="nb-NO"/>
              </w:rPr>
            </w:pPr>
            <w:r w:rsidRPr="00DA6422">
              <w:rPr>
                <w:lang w:val="nb-NO"/>
              </w:rPr>
              <w:t> </w:t>
            </w:r>
          </w:p>
          <w:p w14:paraId="4AF2A931" w14:textId="77777777" w:rsidR="00151A69" w:rsidRPr="00DA6422" w:rsidRDefault="00151A69">
            <w:pPr>
              <w:spacing w:after="0" w:line="240" w:lineRule="auto"/>
              <w:rPr>
                <w:lang w:val="nb-NO"/>
              </w:rPr>
            </w:pPr>
            <w:r w:rsidRPr="00DA6422">
              <w:rPr>
                <w:lang w:val="nb-NO"/>
              </w:rPr>
              <w:t> </w:t>
            </w:r>
          </w:p>
          <w:p w14:paraId="5A51AB18" w14:textId="77777777" w:rsidR="00151A69" w:rsidRPr="00DA6422" w:rsidRDefault="00151A69">
            <w:pPr>
              <w:spacing w:after="0" w:line="240" w:lineRule="auto"/>
              <w:rPr>
                <w:lang w:val="nb-NO"/>
              </w:rPr>
            </w:pPr>
            <w:r w:rsidRPr="00DA6422">
              <w:rPr>
                <w:lang w:val="nb-NO"/>
              </w:rPr>
              <w:t> </w:t>
            </w:r>
          </w:p>
          <w:p w14:paraId="5AFA2499" w14:textId="0A1D9FF3" w:rsidR="001551C8" w:rsidRPr="00DA6422" w:rsidRDefault="00151A69" w:rsidP="00151A69">
            <w:pPr>
              <w:spacing w:after="0" w:line="240" w:lineRule="auto"/>
              <w:rPr>
                <w:lang w:val="nb-NO"/>
              </w:rPr>
            </w:pPr>
            <w:r w:rsidRPr="00DA6422">
              <w:rPr>
                <w:lang w:val="nb-NO"/>
              </w:rPr>
              <w:t> </w:t>
            </w:r>
          </w:p>
        </w:tc>
      </w:tr>
    </w:tbl>
    <w:p w14:paraId="6D25FF70"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6147B2EF"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D6018"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58DC2CA5"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11A98B10" w14:textId="77777777" w:rsidR="001551C8" w:rsidRPr="00DA6422" w:rsidRDefault="001551C8">
            <w:pPr>
              <w:spacing w:after="0" w:line="240" w:lineRule="auto"/>
              <w:rPr>
                <w:lang w:val="nb-NO"/>
              </w:rPr>
            </w:pPr>
            <w:r w:rsidRPr="00DA6422">
              <w:rPr>
                <w:lang w:val="nb-NO"/>
              </w:rPr>
              <w:t> </w:t>
            </w:r>
          </w:p>
          <w:p w14:paraId="3048A57A" w14:textId="77777777" w:rsidR="001551C8" w:rsidRPr="00DA6422" w:rsidRDefault="001551C8">
            <w:pPr>
              <w:spacing w:after="0" w:line="240" w:lineRule="auto"/>
              <w:rPr>
                <w:lang w:val="nb-NO"/>
              </w:rPr>
            </w:pPr>
            <w:r w:rsidRPr="00DA6422">
              <w:rPr>
                <w:lang w:val="nb-NO"/>
              </w:rPr>
              <w:t> </w:t>
            </w:r>
          </w:p>
          <w:p w14:paraId="6E0109CA" w14:textId="77777777" w:rsidR="001551C8" w:rsidRPr="00DA6422" w:rsidRDefault="001551C8">
            <w:pPr>
              <w:spacing w:after="0" w:line="240" w:lineRule="auto"/>
              <w:rPr>
                <w:lang w:val="nb-NO"/>
              </w:rPr>
            </w:pPr>
            <w:r w:rsidRPr="00DA6422">
              <w:rPr>
                <w:lang w:val="nb-NO"/>
              </w:rPr>
              <w:t> </w:t>
            </w:r>
          </w:p>
          <w:p w14:paraId="38E18DBC" w14:textId="77777777" w:rsidR="001551C8" w:rsidRPr="00DA6422" w:rsidRDefault="001551C8">
            <w:pPr>
              <w:spacing w:after="0" w:line="240" w:lineRule="auto"/>
              <w:rPr>
                <w:lang w:val="nb-NO"/>
              </w:rPr>
            </w:pPr>
            <w:r w:rsidRPr="00DA6422">
              <w:rPr>
                <w:lang w:val="nb-NO"/>
              </w:rPr>
              <w:t> </w:t>
            </w:r>
          </w:p>
          <w:p w14:paraId="400728CF" w14:textId="77777777" w:rsidR="001551C8" w:rsidRPr="00DA6422" w:rsidRDefault="001551C8">
            <w:pPr>
              <w:spacing w:after="0" w:line="240" w:lineRule="auto"/>
              <w:rPr>
                <w:lang w:val="nb-NO"/>
              </w:rPr>
            </w:pPr>
            <w:r w:rsidRPr="00DA6422">
              <w:rPr>
                <w:lang w:val="nb-NO"/>
              </w:rPr>
              <w:t> </w:t>
            </w:r>
          </w:p>
          <w:p w14:paraId="6DB559EC" w14:textId="77777777" w:rsidR="001551C8" w:rsidRPr="00DA6422" w:rsidRDefault="001551C8">
            <w:pPr>
              <w:spacing w:after="0" w:line="240" w:lineRule="auto"/>
              <w:rPr>
                <w:lang w:val="nb-NO"/>
              </w:rPr>
            </w:pPr>
            <w:r w:rsidRPr="00DA6422">
              <w:rPr>
                <w:lang w:val="nb-NO"/>
              </w:rPr>
              <w:t> </w:t>
            </w:r>
          </w:p>
        </w:tc>
      </w:tr>
    </w:tbl>
    <w:p w14:paraId="72E460B5" w14:textId="77777777" w:rsidR="007553FE" w:rsidRPr="00DA6422" w:rsidRDefault="005A3995">
      <w:pPr>
        <w:rPr>
          <w:lang w:val="nb-NO"/>
        </w:rPr>
      </w:pPr>
      <w:r w:rsidRPr="00DA6422">
        <w:rPr>
          <w:lang w:val="nb-NO"/>
        </w:rPr>
        <w:br w:type="page"/>
      </w:r>
    </w:p>
    <w:p w14:paraId="77CC14BE"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3. Prosjektleder og team</w:t>
      </w:r>
    </w:p>
    <w:p w14:paraId="18E9ECEF" w14:textId="77777777" w:rsidR="00EF6F72"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33"/>
        <w:gridCol w:w="4629"/>
      </w:tblGrid>
      <w:tr w:rsidR="00EF6F72" w:rsidRPr="00F54D36" w14:paraId="269C2CB9" w14:textId="77777777">
        <w:tc>
          <w:tcPr>
            <w:tcW w:w="4981" w:type="dxa"/>
          </w:tcPr>
          <w:p w14:paraId="195F3AC7" w14:textId="77777777" w:rsidR="00EF6F72" w:rsidRPr="00DA6422" w:rsidRDefault="00EF6F72" w:rsidP="00EF6F72">
            <w:pPr>
              <w:spacing w:after="40"/>
              <w:rPr>
                <w:kern w:val="2"/>
                <w:lang w:val="nb-NO" w:eastAsia="nb-NO"/>
                <w14:ligatures w14:val="standardContextual"/>
              </w:rPr>
            </w:pPr>
            <w:r w:rsidRPr="00DA6422">
              <w:rPr>
                <w:b/>
                <w:bCs/>
                <w:sz w:val="20"/>
                <w:szCs w:val="20"/>
                <w:lang w:val="nb-NO"/>
              </w:rPr>
              <w:t>Hovedtema</w:t>
            </w:r>
          </w:p>
          <w:p w14:paraId="755EABEC" w14:textId="77777777" w:rsidR="00EF6F72" w:rsidRPr="00DA6422" w:rsidRDefault="00EF6F72" w:rsidP="00EF6F72">
            <w:pPr>
              <w:rPr>
                <w:sz w:val="20"/>
                <w:szCs w:val="20"/>
                <w:lang w:val="nb-NO"/>
              </w:rPr>
            </w:pPr>
            <w:r w:rsidRPr="00DA6422">
              <w:rPr>
                <w:sz w:val="20"/>
                <w:szCs w:val="20"/>
                <w:lang w:val="nb-NO"/>
              </w:rPr>
              <w:t>Krav og forventinger til en prosjektleder står sentralt i hovedområdet.</w:t>
            </w:r>
          </w:p>
          <w:p w14:paraId="4BF66F73" w14:textId="77777777" w:rsidR="00EF6F72" w:rsidRPr="00DA6422" w:rsidRDefault="00EF6F72" w:rsidP="00EF6F72">
            <w:pPr>
              <w:rPr>
                <w:lang w:val="nb-NO"/>
              </w:rPr>
            </w:pPr>
          </w:p>
          <w:p w14:paraId="61335A13" w14:textId="481E6C36" w:rsidR="00EF6F72" w:rsidRPr="009C47F6" w:rsidRDefault="00EF6F72" w:rsidP="00EF6F72">
            <w:pPr>
              <w:rPr>
                <w:sz w:val="20"/>
                <w:szCs w:val="20"/>
                <w:lang w:val="nb-NO"/>
              </w:rPr>
            </w:pPr>
            <w:r w:rsidRPr="00DA6422">
              <w:rPr>
                <w:sz w:val="20"/>
                <w:szCs w:val="20"/>
                <w:lang w:val="nb-NO"/>
              </w:rPr>
              <w:t>Videre handler det om sammensetting av prosjektteam, rollefordeling og samhandling.</w:t>
            </w:r>
          </w:p>
        </w:tc>
        <w:tc>
          <w:tcPr>
            <w:tcW w:w="4981" w:type="dxa"/>
          </w:tcPr>
          <w:p w14:paraId="29DF5D2D" w14:textId="77777777" w:rsidR="00EF6F72" w:rsidRPr="00DA6422" w:rsidRDefault="00EF6F72" w:rsidP="00EF6F72">
            <w:pPr>
              <w:spacing w:after="40"/>
              <w:rPr>
                <w:lang w:val="nb-NO"/>
              </w:rPr>
            </w:pPr>
            <w:r w:rsidRPr="00DA6422">
              <w:rPr>
                <w:b/>
                <w:bCs/>
                <w:sz w:val="20"/>
                <w:szCs w:val="20"/>
                <w:lang w:val="nb-NO"/>
              </w:rPr>
              <w:t>Innhold</w:t>
            </w:r>
          </w:p>
          <w:p w14:paraId="790658CB" w14:textId="77777777" w:rsidR="00EF6F72" w:rsidRPr="00DA6422" w:rsidRDefault="00EF6F72" w:rsidP="00EF6F72">
            <w:pPr>
              <w:pStyle w:val="Punktliste"/>
              <w:numPr>
                <w:ilvl w:val="0"/>
                <w:numId w:val="42"/>
              </w:numPr>
              <w:ind w:left="1080"/>
              <w:contextualSpacing w:val="0"/>
              <w:rPr>
                <w:lang w:val="nb-NO"/>
              </w:rPr>
            </w:pPr>
            <w:r w:rsidRPr="00DA6422">
              <w:rPr>
                <w:sz w:val="20"/>
                <w:szCs w:val="20"/>
                <w:lang w:val="nb-NO"/>
              </w:rPr>
              <w:t>prosjektlederens rolle</w:t>
            </w:r>
          </w:p>
          <w:p w14:paraId="03894E99" w14:textId="77777777" w:rsidR="00EF6F72" w:rsidRPr="00DA6422" w:rsidRDefault="00EF6F72" w:rsidP="00EF6F72">
            <w:pPr>
              <w:pStyle w:val="Punktliste"/>
              <w:numPr>
                <w:ilvl w:val="0"/>
                <w:numId w:val="42"/>
              </w:numPr>
              <w:ind w:left="1080"/>
              <w:contextualSpacing w:val="0"/>
              <w:rPr>
                <w:lang w:val="nb-NO"/>
              </w:rPr>
            </w:pPr>
            <w:r w:rsidRPr="00DA6422">
              <w:rPr>
                <w:sz w:val="20"/>
                <w:szCs w:val="20"/>
                <w:lang w:val="nb-NO"/>
              </w:rPr>
              <w:t>rekruttering av prosjektdeltakere</w:t>
            </w:r>
          </w:p>
          <w:p w14:paraId="4598F7F5" w14:textId="77777777" w:rsidR="00EF6F72" w:rsidRPr="00DA6422" w:rsidRDefault="00EF6F72" w:rsidP="00EF6F72">
            <w:pPr>
              <w:pStyle w:val="Punktliste"/>
              <w:numPr>
                <w:ilvl w:val="0"/>
                <w:numId w:val="42"/>
              </w:numPr>
              <w:ind w:left="1080"/>
              <w:contextualSpacing w:val="0"/>
              <w:rPr>
                <w:lang w:val="nb-NO"/>
              </w:rPr>
            </w:pPr>
            <w:r w:rsidRPr="00DA6422">
              <w:rPr>
                <w:sz w:val="20"/>
                <w:szCs w:val="20"/>
                <w:lang w:val="nb-NO"/>
              </w:rPr>
              <w:t>etablering av prosjektteam</w:t>
            </w:r>
          </w:p>
          <w:p w14:paraId="186D4A92" w14:textId="77777777" w:rsidR="00EF6F72" w:rsidRPr="00DA6422" w:rsidRDefault="00EF6F72" w:rsidP="00EF6F72">
            <w:pPr>
              <w:pStyle w:val="Punktliste"/>
              <w:numPr>
                <w:ilvl w:val="0"/>
                <w:numId w:val="42"/>
              </w:numPr>
              <w:ind w:left="1080"/>
              <w:contextualSpacing w:val="0"/>
              <w:rPr>
                <w:lang w:val="nb-NO"/>
              </w:rPr>
            </w:pPr>
            <w:r w:rsidRPr="00DA6422">
              <w:rPr>
                <w:sz w:val="20"/>
                <w:szCs w:val="20"/>
                <w:lang w:val="nb-NO"/>
              </w:rPr>
              <w:t>spilleregler i prosjektteam</w:t>
            </w:r>
          </w:p>
          <w:p w14:paraId="0A136F29" w14:textId="33D29157" w:rsidR="00EF6F72" w:rsidRPr="00AF3674" w:rsidRDefault="00EF6F72" w:rsidP="00EF6F72">
            <w:pPr>
              <w:pStyle w:val="Punktliste"/>
              <w:numPr>
                <w:ilvl w:val="0"/>
                <w:numId w:val="0"/>
              </w:numPr>
              <w:ind w:left="1080"/>
              <w:contextualSpacing w:val="0"/>
              <w:rPr>
                <w:lang w:val="nb-NO"/>
              </w:rPr>
            </w:pPr>
            <w:r w:rsidRPr="00DA6422">
              <w:rPr>
                <w:sz w:val="20"/>
                <w:szCs w:val="20"/>
                <w:lang w:val="nb-NO"/>
              </w:rPr>
              <w:t>prosjektteamets utvikling</w:t>
            </w:r>
          </w:p>
        </w:tc>
      </w:tr>
    </w:tbl>
    <w:p w14:paraId="726C47D8" w14:textId="437C76E4" w:rsidR="001551C8" w:rsidRPr="00DA6422"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DA6422" w14:paraId="62A8933B"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607AEF"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5EA7CF57" w14:textId="77777777" w:rsidR="005C72AD" w:rsidRPr="00DA6422" w:rsidRDefault="005C72AD" w:rsidP="005C72AD">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Prosjekter og prosjektledelse i bilverksteder</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66CA1FF5" w14:textId="77777777" w:rsidR="005C72AD" w:rsidRDefault="005C72AD" w:rsidP="005C72AD">
            <w:pPr>
              <w:spacing w:after="0" w:line="240" w:lineRule="auto"/>
              <w:rPr>
                <w:sz w:val="20"/>
                <w:szCs w:val="20"/>
                <w:lang w:val="nb-NO"/>
              </w:rPr>
            </w:pPr>
          </w:p>
          <w:p w14:paraId="7338F4A9" w14:textId="77777777" w:rsidR="005C72AD" w:rsidRPr="00DA6422" w:rsidRDefault="005C72AD" w:rsidP="005C72AD">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1CD0A4C" w14:textId="77777777" w:rsidR="00151A69" w:rsidRPr="00DA6422" w:rsidRDefault="00151A69">
            <w:pPr>
              <w:spacing w:after="0" w:line="240" w:lineRule="auto"/>
              <w:rPr>
                <w:lang w:val="nb-NO"/>
              </w:rPr>
            </w:pPr>
            <w:r w:rsidRPr="00DA6422">
              <w:rPr>
                <w:lang w:val="nb-NO"/>
              </w:rPr>
              <w:t> </w:t>
            </w:r>
          </w:p>
          <w:p w14:paraId="0210CC32" w14:textId="77777777" w:rsidR="00151A69" w:rsidRPr="00DA6422" w:rsidRDefault="00151A69">
            <w:pPr>
              <w:spacing w:after="0" w:line="240" w:lineRule="auto"/>
              <w:rPr>
                <w:lang w:val="nb-NO"/>
              </w:rPr>
            </w:pPr>
            <w:r w:rsidRPr="00DA6422">
              <w:rPr>
                <w:lang w:val="nb-NO"/>
              </w:rPr>
              <w:t> </w:t>
            </w:r>
          </w:p>
          <w:p w14:paraId="597651AF" w14:textId="77777777" w:rsidR="00151A69" w:rsidRPr="00DA6422" w:rsidRDefault="00151A69">
            <w:pPr>
              <w:spacing w:after="0" w:line="240" w:lineRule="auto"/>
              <w:rPr>
                <w:lang w:val="nb-NO"/>
              </w:rPr>
            </w:pPr>
            <w:r w:rsidRPr="00DA6422">
              <w:rPr>
                <w:lang w:val="nb-NO"/>
              </w:rPr>
              <w:t> </w:t>
            </w:r>
          </w:p>
          <w:p w14:paraId="2B289745" w14:textId="77777777" w:rsidR="00151A69" w:rsidRPr="00DA6422" w:rsidRDefault="00151A69">
            <w:pPr>
              <w:spacing w:after="0" w:line="240" w:lineRule="auto"/>
              <w:rPr>
                <w:lang w:val="nb-NO"/>
              </w:rPr>
            </w:pPr>
            <w:r w:rsidRPr="00DA6422">
              <w:rPr>
                <w:lang w:val="nb-NO"/>
              </w:rPr>
              <w:t> </w:t>
            </w:r>
          </w:p>
          <w:p w14:paraId="4F4003BD" w14:textId="77777777" w:rsidR="00151A69" w:rsidRPr="00DA6422" w:rsidRDefault="00151A69">
            <w:pPr>
              <w:spacing w:after="0" w:line="240" w:lineRule="auto"/>
              <w:rPr>
                <w:lang w:val="nb-NO"/>
              </w:rPr>
            </w:pPr>
            <w:r w:rsidRPr="00DA6422">
              <w:rPr>
                <w:lang w:val="nb-NO"/>
              </w:rPr>
              <w:t> </w:t>
            </w:r>
          </w:p>
          <w:p w14:paraId="65DC430C" w14:textId="77777777" w:rsidR="00151A69" w:rsidRPr="00DA6422" w:rsidRDefault="00151A69">
            <w:pPr>
              <w:spacing w:after="0" w:line="240" w:lineRule="auto"/>
              <w:rPr>
                <w:lang w:val="nb-NO"/>
              </w:rPr>
            </w:pPr>
            <w:r w:rsidRPr="00DA6422">
              <w:rPr>
                <w:lang w:val="nb-NO"/>
              </w:rPr>
              <w:t> </w:t>
            </w:r>
          </w:p>
          <w:p w14:paraId="4E0517F2" w14:textId="77777777" w:rsidR="00151A69" w:rsidRPr="00DA6422" w:rsidRDefault="00151A69">
            <w:pPr>
              <w:spacing w:after="0" w:line="240" w:lineRule="auto"/>
              <w:rPr>
                <w:lang w:val="nb-NO"/>
              </w:rPr>
            </w:pPr>
            <w:r w:rsidRPr="00DA6422">
              <w:rPr>
                <w:lang w:val="nb-NO"/>
              </w:rPr>
              <w:t> </w:t>
            </w:r>
          </w:p>
          <w:p w14:paraId="34749108" w14:textId="77777777" w:rsidR="00151A69" w:rsidRPr="00DA6422" w:rsidRDefault="00151A69">
            <w:pPr>
              <w:spacing w:after="0" w:line="240" w:lineRule="auto"/>
              <w:rPr>
                <w:lang w:val="nb-NO"/>
              </w:rPr>
            </w:pPr>
            <w:r w:rsidRPr="00DA6422">
              <w:rPr>
                <w:lang w:val="nb-NO"/>
              </w:rPr>
              <w:t> </w:t>
            </w:r>
          </w:p>
          <w:p w14:paraId="76ECABE1" w14:textId="77777777" w:rsidR="00151A69" w:rsidRPr="00DA6422" w:rsidRDefault="00151A69">
            <w:pPr>
              <w:spacing w:after="0" w:line="240" w:lineRule="auto"/>
              <w:rPr>
                <w:lang w:val="nb-NO"/>
              </w:rPr>
            </w:pPr>
            <w:r w:rsidRPr="00DA6422">
              <w:rPr>
                <w:lang w:val="nb-NO"/>
              </w:rPr>
              <w:t> </w:t>
            </w:r>
          </w:p>
          <w:p w14:paraId="708ADDFB" w14:textId="77777777" w:rsidR="00151A69" w:rsidRPr="00DA6422" w:rsidRDefault="00151A69">
            <w:pPr>
              <w:spacing w:after="0" w:line="240" w:lineRule="auto"/>
              <w:rPr>
                <w:lang w:val="nb-NO"/>
              </w:rPr>
            </w:pPr>
            <w:r w:rsidRPr="00DA6422">
              <w:rPr>
                <w:lang w:val="nb-NO"/>
              </w:rPr>
              <w:t> </w:t>
            </w:r>
          </w:p>
          <w:p w14:paraId="1A72E125" w14:textId="77777777" w:rsidR="00151A69" w:rsidRPr="00DA6422" w:rsidRDefault="00151A69">
            <w:pPr>
              <w:spacing w:after="0" w:line="240" w:lineRule="auto"/>
              <w:rPr>
                <w:lang w:val="nb-NO"/>
              </w:rPr>
            </w:pPr>
            <w:r w:rsidRPr="00DA6422">
              <w:rPr>
                <w:lang w:val="nb-NO"/>
              </w:rPr>
              <w:t> </w:t>
            </w:r>
          </w:p>
          <w:p w14:paraId="4433FEC4" w14:textId="77777777" w:rsidR="00151A69" w:rsidRPr="00DA6422" w:rsidRDefault="00151A69">
            <w:pPr>
              <w:spacing w:after="0" w:line="240" w:lineRule="auto"/>
              <w:rPr>
                <w:lang w:val="nb-NO"/>
              </w:rPr>
            </w:pPr>
            <w:r w:rsidRPr="00DA6422">
              <w:rPr>
                <w:lang w:val="nb-NO"/>
              </w:rPr>
              <w:t> </w:t>
            </w:r>
          </w:p>
          <w:p w14:paraId="19C17322" w14:textId="77777777" w:rsidR="00151A69" w:rsidRPr="00DA6422" w:rsidRDefault="00151A69">
            <w:pPr>
              <w:spacing w:after="0" w:line="240" w:lineRule="auto"/>
              <w:rPr>
                <w:lang w:val="nb-NO"/>
              </w:rPr>
            </w:pPr>
            <w:r w:rsidRPr="00DA6422">
              <w:rPr>
                <w:lang w:val="nb-NO"/>
              </w:rPr>
              <w:t> </w:t>
            </w:r>
          </w:p>
          <w:p w14:paraId="78655631" w14:textId="2D6A8F3B" w:rsidR="001551C8" w:rsidRPr="00DA6422" w:rsidRDefault="00151A69" w:rsidP="00151A69">
            <w:pPr>
              <w:spacing w:after="0" w:line="240" w:lineRule="auto"/>
              <w:rPr>
                <w:lang w:val="nb-NO"/>
              </w:rPr>
            </w:pPr>
            <w:r w:rsidRPr="00DA6422">
              <w:rPr>
                <w:lang w:val="nb-NO"/>
              </w:rPr>
              <w:t> </w:t>
            </w:r>
          </w:p>
        </w:tc>
      </w:tr>
    </w:tbl>
    <w:p w14:paraId="553DD853"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5F19CA0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0F8C3"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3E4434F2"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59AFF52A" w14:textId="77777777" w:rsidR="001551C8" w:rsidRPr="00DA6422" w:rsidRDefault="001551C8">
            <w:pPr>
              <w:spacing w:after="0" w:line="240" w:lineRule="auto"/>
              <w:rPr>
                <w:lang w:val="nb-NO"/>
              </w:rPr>
            </w:pPr>
            <w:r w:rsidRPr="00DA6422">
              <w:rPr>
                <w:lang w:val="nb-NO"/>
              </w:rPr>
              <w:t> </w:t>
            </w:r>
          </w:p>
          <w:p w14:paraId="4E5D3083" w14:textId="77777777" w:rsidR="001551C8" w:rsidRPr="00DA6422" w:rsidRDefault="001551C8">
            <w:pPr>
              <w:spacing w:after="0" w:line="240" w:lineRule="auto"/>
              <w:rPr>
                <w:lang w:val="nb-NO"/>
              </w:rPr>
            </w:pPr>
            <w:r w:rsidRPr="00DA6422">
              <w:rPr>
                <w:lang w:val="nb-NO"/>
              </w:rPr>
              <w:t> </w:t>
            </w:r>
          </w:p>
          <w:p w14:paraId="681AECC7" w14:textId="77777777" w:rsidR="001551C8" w:rsidRPr="00DA6422" w:rsidRDefault="001551C8">
            <w:pPr>
              <w:spacing w:after="0" w:line="240" w:lineRule="auto"/>
              <w:rPr>
                <w:lang w:val="nb-NO"/>
              </w:rPr>
            </w:pPr>
            <w:r w:rsidRPr="00DA6422">
              <w:rPr>
                <w:lang w:val="nb-NO"/>
              </w:rPr>
              <w:t> </w:t>
            </w:r>
          </w:p>
          <w:p w14:paraId="6BFA6A4D" w14:textId="77777777" w:rsidR="001551C8" w:rsidRPr="00DA6422" w:rsidRDefault="001551C8">
            <w:pPr>
              <w:spacing w:after="0" w:line="240" w:lineRule="auto"/>
              <w:rPr>
                <w:lang w:val="nb-NO"/>
              </w:rPr>
            </w:pPr>
            <w:r w:rsidRPr="00DA6422">
              <w:rPr>
                <w:lang w:val="nb-NO"/>
              </w:rPr>
              <w:t> </w:t>
            </w:r>
          </w:p>
          <w:p w14:paraId="00CD0E47" w14:textId="77777777" w:rsidR="001551C8" w:rsidRPr="00DA6422" w:rsidRDefault="001551C8">
            <w:pPr>
              <w:spacing w:after="0" w:line="240" w:lineRule="auto"/>
              <w:rPr>
                <w:lang w:val="nb-NO"/>
              </w:rPr>
            </w:pPr>
            <w:r w:rsidRPr="00DA6422">
              <w:rPr>
                <w:lang w:val="nb-NO"/>
              </w:rPr>
              <w:t> </w:t>
            </w:r>
          </w:p>
          <w:p w14:paraId="55A96879" w14:textId="77777777" w:rsidR="001551C8" w:rsidRPr="00DA6422" w:rsidRDefault="001551C8">
            <w:pPr>
              <w:spacing w:after="0" w:line="240" w:lineRule="auto"/>
              <w:rPr>
                <w:lang w:val="nb-NO"/>
              </w:rPr>
            </w:pPr>
            <w:r w:rsidRPr="00DA6422">
              <w:rPr>
                <w:lang w:val="nb-NO"/>
              </w:rPr>
              <w:t> </w:t>
            </w:r>
          </w:p>
        </w:tc>
      </w:tr>
    </w:tbl>
    <w:p w14:paraId="4071DE6F" w14:textId="77777777" w:rsidR="007553FE" w:rsidRPr="00DA6422" w:rsidRDefault="005A3995">
      <w:pPr>
        <w:rPr>
          <w:lang w:val="nb-NO"/>
        </w:rPr>
      </w:pPr>
      <w:r w:rsidRPr="00DA6422">
        <w:rPr>
          <w:lang w:val="nb-NO"/>
        </w:rPr>
        <w:br w:type="page"/>
      </w:r>
    </w:p>
    <w:p w14:paraId="673C2671" w14:textId="77777777" w:rsidR="00FA04D8" w:rsidRPr="00DA6422" w:rsidRDefault="00FA04D8" w:rsidP="00FA04D8">
      <w:pPr>
        <w:pStyle w:val="Overskrift2"/>
        <w:rPr>
          <w:kern w:val="2"/>
          <w:lang w:val="nb-NO" w:eastAsia="nb-NO"/>
          <w14:ligatures w14:val="standardContextual"/>
        </w:rPr>
      </w:pPr>
      <w:r w:rsidRPr="00DA6422">
        <w:rPr>
          <w:lang w:val="nb-NO"/>
        </w:rPr>
        <w:lastRenderedPageBreak/>
        <w:t>4. Prosjektøkonomi</w:t>
      </w:r>
    </w:p>
    <w:p w14:paraId="0CDBAA43" w14:textId="77777777" w:rsidR="00053ABA" w:rsidRPr="00DA6422" w:rsidRDefault="001551C8">
      <w:pPr>
        <w:rPr>
          <w:kern w:val="2"/>
          <w:lang w:val="nb-NO" w:eastAsia="nb-NO"/>
          <w14:ligatures w14:val="standardContextual"/>
        </w:rPr>
      </w:pPr>
      <w:r w:rsidRPr="00DA6422">
        <w:rPr>
          <w:lang w:val="nb-NO"/>
        </w:rPr>
        <w:t> </w:t>
      </w:r>
    </w:p>
    <w:tbl>
      <w:tblPr>
        <w:tblStyle w:val="Tabellrutenett"/>
        <w:tblW w:w="0" w:type="dxa"/>
        <w:tblLook w:val="04A0" w:firstRow="1" w:lastRow="0" w:firstColumn="1" w:lastColumn="0" w:noHBand="0" w:noVBand="1"/>
      </w:tblPr>
      <w:tblGrid>
        <w:gridCol w:w="4425"/>
        <w:gridCol w:w="4637"/>
      </w:tblGrid>
      <w:tr w:rsidR="00053ABA" w:rsidRPr="00F54D36" w14:paraId="4CF5DC89" w14:textId="77777777">
        <w:tc>
          <w:tcPr>
            <w:tcW w:w="4981" w:type="dxa"/>
          </w:tcPr>
          <w:p w14:paraId="43D6E7D6" w14:textId="77777777" w:rsidR="00053ABA" w:rsidRPr="00DA6422" w:rsidRDefault="00053ABA" w:rsidP="00053ABA">
            <w:pPr>
              <w:spacing w:after="40"/>
              <w:rPr>
                <w:kern w:val="2"/>
                <w:lang w:val="nb-NO" w:eastAsia="nb-NO"/>
                <w14:ligatures w14:val="standardContextual"/>
              </w:rPr>
            </w:pPr>
            <w:r w:rsidRPr="00DA6422">
              <w:rPr>
                <w:b/>
                <w:bCs/>
                <w:sz w:val="20"/>
                <w:szCs w:val="20"/>
                <w:lang w:val="nb-NO"/>
              </w:rPr>
              <w:t>Hovedtema</w:t>
            </w:r>
          </w:p>
          <w:p w14:paraId="2688E844" w14:textId="77777777" w:rsidR="00053ABA" w:rsidRPr="00DA6422" w:rsidRDefault="00053ABA" w:rsidP="00053ABA">
            <w:pPr>
              <w:rPr>
                <w:sz w:val="20"/>
                <w:szCs w:val="20"/>
                <w:lang w:val="nb-NO"/>
              </w:rPr>
            </w:pPr>
            <w:r w:rsidRPr="00DA6422">
              <w:rPr>
                <w:sz w:val="20"/>
                <w:szCs w:val="20"/>
                <w:lang w:val="nb-NO"/>
              </w:rPr>
              <w:t>Hovedområdet handler om budsjett, budsjettoppsett, oppfølging og rapportering av økonomien i prosjektet.</w:t>
            </w:r>
          </w:p>
          <w:p w14:paraId="6D434547" w14:textId="77777777" w:rsidR="00053ABA" w:rsidRPr="00DA6422" w:rsidRDefault="00053ABA" w:rsidP="00053ABA">
            <w:pPr>
              <w:rPr>
                <w:lang w:val="nb-NO"/>
              </w:rPr>
            </w:pPr>
          </w:p>
          <w:p w14:paraId="48C5A70F" w14:textId="77777777" w:rsidR="00053ABA" w:rsidRPr="00DA6422" w:rsidRDefault="00053ABA" w:rsidP="00053ABA">
            <w:pPr>
              <w:rPr>
                <w:sz w:val="20"/>
                <w:szCs w:val="20"/>
                <w:lang w:val="nb-NO"/>
              </w:rPr>
            </w:pPr>
            <w:r w:rsidRPr="00DA6422">
              <w:rPr>
                <w:sz w:val="20"/>
                <w:szCs w:val="20"/>
                <w:lang w:val="nb-NO"/>
              </w:rPr>
              <w:t xml:space="preserve">Videre handler det om usikkerhet i prosjekter. </w:t>
            </w:r>
          </w:p>
          <w:p w14:paraId="621F801D" w14:textId="61A6C470" w:rsidR="00053ABA" w:rsidRPr="009C47F6" w:rsidRDefault="00053ABA" w:rsidP="00053ABA">
            <w:pPr>
              <w:rPr>
                <w:sz w:val="20"/>
                <w:szCs w:val="20"/>
                <w:lang w:val="nb-NO"/>
              </w:rPr>
            </w:pPr>
            <w:r w:rsidRPr="00DA6422">
              <w:rPr>
                <w:sz w:val="20"/>
                <w:szCs w:val="20"/>
                <w:lang w:val="nb-NO"/>
              </w:rPr>
              <w:t>Avvik og avvikshåndtering er en del av dette arbeidet.</w:t>
            </w:r>
          </w:p>
        </w:tc>
        <w:tc>
          <w:tcPr>
            <w:tcW w:w="4981" w:type="dxa"/>
          </w:tcPr>
          <w:p w14:paraId="60416B3B" w14:textId="77777777" w:rsidR="00053ABA" w:rsidRPr="00DA6422" w:rsidRDefault="00053ABA" w:rsidP="00053ABA">
            <w:pPr>
              <w:spacing w:after="40"/>
              <w:rPr>
                <w:lang w:val="nb-NO"/>
              </w:rPr>
            </w:pPr>
            <w:r w:rsidRPr="00DA6422">
              <w:rPr>
                <w:b/>
                <w:bCs/>
                <w:sz w:val="20"/>
                <w:szCs w:val="20"/>
                <w:lang w:val="nb-NO"/>
              </w:rPr>
              <w:t>Innhold</w:t>
            </w:r>
          </w:p>
          <w:p w14:paraId="48BBA913" w14:textId="77777777" w:rsidR="00053ABA" w:rsidRPr="00DA6422" w:rsidRDefault="00053ABA" w:rsidP="00053ABA">
            <w:pPr>
              <w:pStyle w:val="Punktliste"/>
              <w:numPr>
                <w:ilvl w:val="0"/>
                <w:numId w:val="43"/>
              </w:numPr>
              <w:ind w:left="1080"/>
              <w:contextualSpacing w:val="0"/>
              <w:rPr>
                <w:lang w:val="nb-NO"/>
              </w:rPr>
            </w:pPr>
            <w:r w:rsidRPr="00DA6422">
              <w:rPr>
                <w:sz w:val="20"/>
                <w:szCs w:val="20"/>
                <w:lang w:val="nb-NO"/>
              </w:rPr>
              <w:t>bruk av budsjett som verktøy</w:t>
            </w:r>
          </w:p>
          <w:p w14:paraId="6252144B" w14:textId="77777777" w:rsidR="00053ABA" w:rsidRPr="00DA6422" w:rsidRDefault="00053ABA" w:rsidP="00053ABA">
            <w:pPr>
              <w:pStyle w:val="Punktliste"/>
              <w:numPr>
                <w:ilvl w:val="0"/>
                <w:numId w:val="43"/>
              </w:numPr>
              <w:ind w:left="1080"/>
              <w:contextualSpacing w:val="0"/>
              <w:rPr>
                <w:lang w:val="nb-NO"/>
              </w:rPr>
            </w:pPr>
            <w:r w:rsidRPr="00DA6422">
              <w:rPr>
                <w:sz w:val="20"/>
                <w:szCs w:val="20"/>
                <w:lang w:val="nb-NO"/>
              </w:rPr>
              <w:t>vurdering og håndtering av usikkerhet</w:t>
            </w:r>
          </w:p>
          <w:p w14:paraId="01E16BA6" w14:textId="77777777" w:rsidR="00053ABA" w:rsidRPr="00DA6422" w:rsidRDefault="00053ABA" w:rsidP="00053ABA">
            <w:pPr>
              <w:pStyle w:val="Punktliste"/>
              <w:numPr>
                <w:ilvl w:val="0"/>
                <w:numId w:val="43"/>
              </w:numPr>
              <w:ind w:left="1080"/>
              <w:contextualSpacing w:val="0"/>
              <w:rPr>
                <w:lang w:val="nb-NO"/>
              </w:rPr>
            </w:pPr>
            <w:r w:rsidRPr="00DA6422">
              <w:rPr>
                <w:sz w:val="20"/>
                <w:szCs w:val="20"/>
                <w:lang w:val="nb-NO"/>
              </w:rPr>
              <w:t>fastsettelse av risiko</w:t>
            </w:r>
          </w:p>
          <w:p w14:paraId="3FEB7015" w14:textId="77777777" w:rsidR="00053ABA" w:rsidRPr="00DA6422" w:rsidRDefault="00053ABA" w:rsidP="00053ABA">
            <w:pPr>
              <w:pStyle w:val="Punktliste"/>
              <w:numPr>
                <w:ilvl w:val="0"/>
                <w:numId w:val="43"/>
              </w:numPr>
              <w:ind w:left="1080"/>
              <w:contextualSpacing w:val="0"/>
              <w:rPr>
                <w:lang w:val="nb-NO"/>
              </w:rPr>
            </w:pPr>
            <w:r w:rsidRPr="00DA6422">
              <w:rPr>
                <w:sz w:val="20"/>
                <w:szCs w:val="20"/>
                <w:lang w:val="nb-NO"/>
              </w:rPr>
              <w:t>kostnadsoppfølging</w:t>
            </w:r>
          </w:p>
          <w:p w14:paraId="4637B8FC" w14:textId="77777777" w:rsidR="00053ABA" w:rsidRPr="00DA6422" w:rsidRDefault="00053ABA" w:rsidP="00053ABA">
            <w:pPr>
              <w:pStyle w:val="Punktliste"/>
              <w:numPr>
                <w:ilvl w:val="0"/>
                <w:numId w:val="43"/>
              </w:numPr>
              <w:ind w:left="1080"/>
              <w:contextualSpacing w:val="0"/>
              <w:rPr>
                <w:lang w:val="nb-NO"/>
              </w:rPr>
            </w:pPr>
            <w:r w:rsidRPr="00DA6422">
              <w:rPr>
                <w:sz w:val="20"/>
                <w:szCs w:val="20"/>
                <w:lang w:val="nb-NO"/>
              </w:rPr>
              <w:t>vurdering av avvik og konsekvens</w:t>
            </w:r>
          </w:p>
          <w:p w14:paraId="6D82C614" w14:textId="62C086D8" w:rsidR="00053ABA" w:rsidRPr="00AF3674" w:rsidRDefault="00053ABA" w:rsidP="00053ABA">
            <w:pPr>
              <w:pStyle w:val="Punktliste"/>
              <w:numPr>
                <w:ilvl w:val="0"/>
                <w:numId w:val="0"/>
              </w:numPr>
              <w:ind w:left="1080"/>
              <w:contextualSpacing w:val="0"/>
              <w:rPr>
                <w:lang w:val="nb-NO"/>
              </w:rPr>
            </w:pPr>
            <w:r w:rsidRPr="00DA6422">
              <w:rPr>
                <w:sz w:val="20"/>
                <w:szCs w:val="20"/>
                <w:lang w:val="nb-NO"/>
              </w:rPr>
              <w:t>rapportering</w:t>
            </w:r>
          </w:p>
        </w:tc>
      </w:tr>
    </w:tbl>
    <w:p w14:paraId="7C7870AE" w14:textId="59682EE3" w:rsidR="001551C8" w:rsidRPr="00DA6422" w:rsidRDefault="001551C8">
      <w:pPr>
        <w:rPr>
          <w:kern w:val="2"/>
          <w:lang w:val="nb-NO" w:eastAsia="nb-NO"/>
          <w14:ligatures w14:val="standardContextual"/>
        </w:rPr>
      </w:pPr>
    </w:p>
    <w:tbl>
      <w:tblPr>
        <w:tblW w:w="9231" w:type="dxa"/>
        <w:tblCellSpacing w:w="15" w:type="dxa"/>
        <w:tblCellMar>
          <w:top w:w="15" w:type="dxa"/>
          <w:left w:w="15" w:type="dxa"/>
          <w:bottom w:w="15" w:type="dxa"/>
          <w:right w:w="15" w:type="dxa"/>
        </w:tblCellMar>
        <w:tblLook w:val="04A0" w:firstRow="1" w:lastRow="0" w:firstColumn="1" w:lastColumn="0" w:noHBand="0" w:noVBand="1"/>
      </w:tblPr>
      <w:tblGrid>
        <w:gridCol w:w="9231"/>
      </w:tblGrid>
      <w:tr w:rsidR="001551C8" w:rsidRPr="00DA6422" w14:paraId="3DF70F52" w14:textId="77777777" w:rsidTr="00053ABA">
        <w:trPr>
          <w:trHeight w:val="6097"/>
          <w:tblCellSpacing w:w="15" w:type="dxa"/>
        </w:trPr>
        <w:tc>
          <w:tcPr>
            <w:tcW w:w="91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35EAEC" w14:textId="77777777" w:rsidR="00151A69" w:rsidRPr="00DA6422" w:rsidRDefault="00151A69">
            <w:pPr>
              <w:spacing w:after="40" w:line="240" w:lineRule="auto"/>
              <w:rPr>
                <w:kern w:val="2"/>
                <w:lang w:val="nb-NO" w:eastAsia="nb-NO"/>
                <w14:ligatures w14:val="standardContextual"/>
              </w:rPr>
            </w:pPr>
            <w:r w:rsidRPr="00DA6422">
              <w:rPr>
                <w:b/>
                <w:bCs/>
                <w:sz w:val="20"/>
                <w:szCs w:val="20"/>
                <w:lang w:val="nb-NO"/>
              </w:rPr>
              <w:t>Egenvurdering (skriv her)</w:t>
            </w:r>
          </w:p>
          <w:p w14:paraId="18129D88" w14:textId="77777777" w:rsidR="005C72AD" w:rsidRPr="00DA6422" w:rsidRDefault="005C72AD" w:rsidP="005C72AD">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Prosjekter og prosjektledelse i bilverksteder</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1D322C0C" w14:textId="77777777" w:rsidR="005C72AD" w:rsidRDefault="005C72AD" w:rsidP="005C72AD">
            <w:pPr>
              <w:spacing w:after="0" w:line="240" w:lineRule="auto"/>
              <w:rPr>
                <w:sz w:val="20"/>
                <w:szCs w:val="20"/>
                <w:lang w:val="nb-NO"/>
              </w:rPr>
            </w:pPr>
          </w:p>
          <w:p w14:paraId="28D08055" w14:textId="77777777" w:rsidR="005C72AD" w:rsidRPr="00DA6422" w:rsidRDefault="005C72AD" w:rsidP="005C72AD">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A76C514" w14:textId="77777777" w:rsidR="00151A69" w:rsidRPr="00DA6422" w:rsidRDefault="00151A69">
            <w:pPr>
              <w:spacing w:after="0" w:line="240" w:lineRule="auto"/>
              <w:rPr>
                <w:lang w:val="nb-NO"/>
              </w:rPr>
            </w:pPr>
            <w:r w:rsidRPr="00DA6422">
              <w:rPr>
                <w:lang w:val="nb-NO"/>
              </w:rPr>
              <w:t> </w:t>
            </w:r>
          </w:p>
          <w:p w14:paraId="797367B4" w14:textId="77777777" w:rsidR="00151A69" w:rsidRPr="00DA6422" w:rsidRDefault="00151A69">
            <w:pPr>
              <w:spacing w:after="0" w:line="240" w:lineRule="auto"/>
              <w:rPr>
                <w:lang w:val="nb-NO"/>
              </w:rPr>
            </w:pPr>
            <w:r w:rsidRPr="00DA6422">
              <w:rPr>
                <w:lang w:val="nb-NO"/>
              </w:rPr>
              <w:t> </w:t>
            </w:r>
          </w:p>
          <w:p w14:paraId="5B5E639E" w14:textId="77777777" w:rsidR="00151A69" w:rsidRPr="00DA6422" w:rsidRDefault="00151A69">
            <w:pPr>
              <w:spacing w:after="0" w:line="240" w:lineRule="auto"/>
              <w:rPr>
                <w:lang w:val="nb-NO"/>
              </w:rPr>
            </w:pPr>
            <w:r w:rsidRPr="00DA6422">
              <w:rPr>
                <w:lang w:val="nb-NO"/>
              </w:rPr>
              <w:t> </w:t>
            </w:r>
          </w:p>
          <w:p w14:paraId="4F208EB9" w14:textId="77777777" w:rsidR="00151A69" w:rsidRPr="00DA6422" w:rsidRDefault="00151A69">
            <w:pPr>
              <w:spacing w:after="0" w:line="240" w:lineRule="auto"/>
              <w:rPr>
                <w:lang w:val="nb-NO"/>
              </w:rPr>
            </w:pPr>
            <w:r w:rsidRPr="00DA6422">
              <w:rPr>
                <w:lang w:val="nb-NO"/>
              </w:rPr>
              <w:t> </w:t>
            </w:r>
          </w:p>
          <w:p w14:paraId="2F101F62" w14:textId="77777777" w:rsidR="00151A69" w:rsidRPr="00DA6422" w:rsidRDefault="00151A69">
            <w:pPr>
              <w:spacing w:after="0" w:line="240" w:lineRule="auto"/>
              <w:rPr>
                <w:lang w:val="nb-NO"/>
              </w:rPr>
            </w:pPr>
            <w:r w:rsidRPr="00DA6422">
              <w:rPr>
                <w:lang w:val="nb-NO"/>
              </w:rPr>
              <w:t> </w:t>
            </w:r>
          </w:p>
          <w:p w14:paraId="1890B3B8" w14:textId="77777777" w:rsidR="00151A69" w:rsidRPr="00DA6422" w:rsidRDefault="00151A69">
            <w:pPr>
              <w:spacing w:after="0" w:line="240" w:lineRule="auto"/>
              <w:rPr>
                <w:lang w:val="nb-NO"/>
              </w:rPr>
            </w:pPr>
            <w:r w:rsidRPr="00DA6422">
              <w:rPr>
                <w:lang w:val="nb-NO"/>
              </w:rPr>
              <w:t> </w:t>
            </w:r>
          </w:p>
          <w:p w14:paraId="024B4767" w14:textId="77777777" w:rsidR="00151A69" w:rsidRPr="00DA6422" w:rsidRDefault="00151A69">
            <w:pPr>
              <w:spacing w:after="0" w:line="240" w:lineRule="auto"/>
              <w:rPr>
                <w:lang w:val="nb-NO"/>
              </w:rPr>
            </w:pPr>
            <w:r w:rsidRPr="00DA6422">
              <w:rPr>
                <w:lang w:val="nb-NO"/>
              </w:rPr>
              <w:t> </w:t>
            </w:r>
          </w:p>
          <w:p w14:paraId="1CFEFEAE" w14:textId="77777777" w:rsidR="00151A69" w:rsidRPr="00DA6422" w:rsidRDefault="00151A69">
            <w:pPr>
              <w:spacing w:after="0" w:line="240" w:lineRule="auto"/>
              <w:rPr>
                <w:lang w:val="nb-NO"/>
              </w:rPr>
            </w:pPr>
            <w:r w:rsidRPr="00DA6422">
              <w:rPr>
                <w:lang w:val="nb-NO"/>
              </w:rPr>
              <w:t> </w:t>
            </w:r>
          </w:p>
          <w:p w14:paraId="7D7D1EE5" w14:textId="77777777" w:rsidR="00151A69" w:rsidRPr="00DA6422" w:rsidRDefault="00151A69">
            <w:pPr>
              <w:spacing w:after="0" w:line="240" w:lineRule="auto"/>
              <w:rPr>
                <w:lang w:val="nb-NO"/>
              </w:rPr>
            </w:pPr>
            <w:r w:rsidRPr="00DA6422">
              <w:rPr>
                <w:lang w:val="nb-NO"/>
              </w:rPr>
              <w:t> </w:t>
            </w:r>
          </w:p>
          <w:p w14:paraId="44172530" w14:textId="77777777" w:rsidR="00151A69" w:rsidRPr="00DA6422" w:rsidRDefault="00151A69">
            <w:pPr>
              <w:spacing w:after="0" w:line="240" w:lineRule="auto"/>
              <w:rPr>
                <w:lang w:val="nb-NO"/>
              </w:rPr>
            </w:pPr>
            <w:r w:rsidRPr="00DA6422">
              <w:rPr>
                <w:lang w:val="nb-NO"/>
              </w:rPr>
              <w:t> </w:t>
            </w:r>
          </w:p>
          <w:p w14:paraId="46FA6ECA" w14:textId="77777777" w:rsidR="00151A69" w:rsidRPr="00DA6422" w:rsidRDefault="00151A69">
            <w:pPr>
              <w:spacing w:after="0" w:line="240" w:lineRule="auto"/>
              <w:rPr>
                <w:lang w:val="nb-NO"/>
              </w:rPr>
            </w:pPr>
            <w:r w:rsidRPr="00DA6422">
              <w:rPr>
                <w:lang w:val="nb-NO"/>
              </w:rPr>
              <w:t> </w:t>
            </w:r>
          </w:p>
          <w:p w14:paraId="107918BF" w14:textId="77777777" w:rsidR="00151A69" w:rsidRPr="00DA6422" w:rsidRDefault="00151A69">
            <w:pPr>
              <w:spacing w:after="0" w:line="240" w:lineRule="auto"/>
              <w:rPr>
                <w:lang w:val="nb-NO"/>
              </w:rPr>
            </w:pPr>
            <w:r w:rsidRPr="00DA6422">
              <w:rPr>
                <w:lang w:val="nb-NO"/>
              </w:rPr>
              <w:t> </w:t>
            </w:r>
          </w:p>
          <w:p w14:paraId="10B7174E" w14:textId="77777777" w:rsidR="00151A69" w:rsidRPr="00DA6422" w:rsidRDefault="00151A69">
            <w:pPr>
              <w:spacing w:after="0" w:line="240" w:lineRule="auto"/>
              <w:rPr>
                <w:lang w:val="nb-NO"/>
              </w:rPr>
            </w:pPr>
            <w:r w:rsidRPr="00DA6422">
              <w:rPr>
                <w:lang w:val="nb-NO"/>
              </w:rPr>
              <w:t> </w:t>
            </w:r>
          </w:p>
          <w:p w14:paraId="1F66988D" w14:textId="5B05BC7D" w:rsidR="001551C8" w:rsidRPr="00DA6422" w:rsidRDefault="00151A69" w:rsidP="00151A69">
            <w:pPr>
              <w:spacing w:after="0" w:line="240" w:lineRule="auto"/>
              <w:rPr>
                <w:lang w:val="nb-NO"/>
              </w:rPr>
            </w:pPr>
            <w:r w:rsidRPr="00DA6422">
              <w:rPr>
                <w:lang w:val="nb-NO"/>
              </w:rPr>
              <w:t> </w:t>
            </w:r>
          </w:p>
        </w:tc>
      </w:tr>
    </w:tbl>
    <w:p w14:paraId="33D4D224" w14:textId="77777777" w:rsidR="001551C8" w:rsidRPr="00DA6422" w:rsidRDefault="001551C8">
      <w:pPr>
        <w:rPr>
          <w:kern w:val="2"/>
          <w:lang w:val="nb-NO" w:eastAsia="nb-NO"/>
          <w14:ligatures w14:val="standardContextual"/>
        </w:rPr>
      </w:pPr>
      <w:r w:rsidRPr="00DA6422">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623530" w14:paraId="18BA9879"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8BA468" w14:textId="77777777" w:rsidR="001551C8" w:rsidRPr="00DA6422" w:rsidRDefault="001551C8">
            <w:pPr>
              <w:spacing w:after="40" w:line="240" w:lineRule="auto"/>
              <w:rPr>
                <w:kern w:val="2"/>
                <w:lang w:val="nb-NO" w:eastAsia="nb-NO"/>
                <w14:ligatures w14:val="standardContextual"/>
              </w:rPr>
            </w:pPr>
            <w:r w:rsidRPr="00DA6422">
              <w:rPr>
                <w:b/>
                <w:bCs/>
                <w:sz w:val="20"/>
                <w:szCs w:val="20"/>
                <w:lang w:val="nb-NO"/>
              </w:rPr>
              <w:t>Relevante vedlegg (liste/henvisninger)</w:t>
            </w:r>
          </w:p>
          <w:p w14:paraId="1B2EFCA8" w14:textId="77777777" w:rsidR="001551C8" w:rsidRPr="00DA6422" w:rsidRDefault="001551C8">
            <w:pPr>
              <w:spacing w:after="0" w:line="240" w:lineRule="auto"/>
              <w:rPr>
                <w:lang w:val="nb-NO"/>
              </w:rPr>
            </w:pPr>
            <w:r w:rsidRPr="00DA6422">
              <w:rPr>
                <w:sz w:val="20"/>
                <w:szCs w:val="20"/>
                <w:lang w:val="nb-NO"/>
              </w:rPr>
              <w:t>Oppgi vedleggsnummer og kort beskrivelse av dokumentasjonen.</w:t>
            </w:r>
          </w:p>
          <w:p w14:paraId="749F6875" w14:textId="77777777" w:rsidR="001551C8" w:rsidRPr="00DA6422" w:rsidRDefault="001551C8">
            <w:pPr>
              <w:spacing w:after="0" w:line="240" w:lineRule="auto"/>
              <w:rPr>
                <w:lang w:val="nb-NO"/>
              </w:rPr>
            </w:pPr>
            <w:r w:rsidRPr="00DA6422">
              <w:rPr>
                <w:lang w:val="nb-NO"/>
              </w:rPr>
              <w:t> </w:t>
            </w:r>
          </w:p>
          <w:p w14:paraId="22774FE2" w14:textId="77777777" w:rsidR="001551C8" w:rsidRPr="00DA6422" w:rsidRDefault="001551C8">
            <w:pPr>
              <w:spacing w:after="0" w:line="240" w:lineRule="auto"/>
              <w:rPr>
                <w:lang w:val="nb-NO"/>
              </w:rPr>
            </w:pPr>
            <w:r w:rsidRPr="00DA6422">
              <w:rPr>
                <w:lang w:val="nb-NO"/>
              </w:rPr>
              <w:t> </w:t>
            </w:r>
          </w:p>
          <w:p w14:paraId="564062D9" w14:textId="77777777" w:rsidR="001551C8" w:rsidRPr="00DA6422" w:rsidRDefault="001551C8">
            <w:pPr>
              <w:spacing w:after="0" w:line="240" w:lineRule="auto"/>
              <w:rPr>
                <w:lang w:val="nb-NO"/>
              </w:rPr>
            </w:pPr>
            <w:r w:rsidRPr="00DA6422">
              <w:rPr>
                <w:lang w:val="nb-NO"/>
              </w:rPr>
              <w:t> </w:t>
            </w:r>
          </w:p>
          <w:p w14:paraId="7F1CFF30" w14:textId="77777777" w:rsidR="001551C8" w:rsidRPr="00DA6422" w:rsidRDefault="001551C8">
            <w:pPr>
              <w:spacing w:after="0" w:line="240" w:lineRule="auto"/>
              <w:rPr>
                <w:lang w:val="nb-NO"/>
              </w:rPr>
            </w:pPr>
            <w:r w:rsidRPr="00DA6422">
              <w:rPr>
                <w:lang w:val="nb-NO"/>
              </w:rPr>
              <w:t> </w:t>
            </w:r>
          </w:p>
          <w:p w14:paraId="1676C4E8" w14:textId="77777777" w:rsidR="001551C8" w:rsidRPr="00DA6422" w:rsidRDefault="001551C8">
            <w:pPr>
              <w:spacing w:after="0" w:line="240" w:lineRule="auto"/>
              <w:rPr>
                <w:lang w:val="nb-NO"/>
              </w:rPr>
            </w:pPr>
            <w:r w:rsidRPr="00DA6422">
              <w:rPr>
                <w:lang w:val="nb-NO"/>
              </w:rPr>
              <w:t> </w:t>
            </w:r>
          </w:p>
          <w:p w14:paraId="656CC47B" w14:textId="77777777" w:rsidR="001551C8" w:rsidRPr="00DA6422" w:rsidRDefault="001551C8">
            <w:pPr>
              <w:spacing w:after="0" w:line="240" w:lineRule="auto"/>
              <w:rPr>
                <w:lang w:val="nb-NO"/>
              </w:rPr>
            </w:pPr>
            <w:r w:rsidRPr="00DA6422">
              <w:rPr>
                <w:lang w:val="nb-NO"/>
              </w:rPr>
              <w:t> </w:t>
            </w:r>
          </w:p>
        </w:tc>
      </w:tr>
    </w:tbl>
    <w:p w14:paraId="7B40D134" w14:textId="5BAFFBD9" w:rsidR="007553FE" w:rsidRPr="00DA6422" w:rsidRDefault="007553FE">
      <w:pPr>
        <w:rPr>
          <w:lang w:val="nb-NO"/>
        </w:rPr>
      </w:pPr>
    </w:p>
    <w:sectPr w:rsidR="007553FE" w:rsidRPr="00DA642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D44E" w14:textId="77777777" w:rsidR="00955540" w:rsidRDefault="00955540" w:rsidP="007553D2">
      <w:pPr>
        <w:spacing w:after="0" w:line="240" w:lineRule="auto"/>
      </w:pPr>
      <w:r>
        <w:separator/>
      </w:r>
    </w:p>
  </w:endnote>
  <w:endnote w:type="continuationSeparator" w:id="0">
    <w:p w14:paraId="25235071" w14:textId="77777777" w:rsidR="00955540" w:rsidRDefault="00955540" w:rsidP="0075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774902"/>
      <w:docPartObj>
        <w:docPartGallery w:val="Page Numbers (Bottom of Page)"/>
        <w:docPartUnique/>
      </w:docPartObj>
    </w:sdtPr>
    <w:sdtContent>
      <w:p w14:paraId="335A9FF8" w14:textId="35BA4B1D" w:rsidR="007553D2" w:rsidRDefault="007553D2">
        <w:pPr>
          <w:pStyle w:val="Bunntekst"/>
          <w:jc w:val="center"/>
        </w:pPr>
        <w:r>
          <w:fldChar w:fldCharType="begin"/>
        </w:r>
        <w:r>
          <w:instrText>PAGE   \* MERGEFORMAT</w:instrText>
        </w:r>
        <w:r>
          <w:fldChar w:fldCharType="separate"/>
        </w:r>
        <w:r>
          <w:rPr>
            <w:lang w:val="nb-NO"/>
          </w:rPr>
          <w:t>2</w:t>
        </w:r>
        <w:r>
          <w:fldChar w:fldCharType="end"/>
        </w:r>
      </w:p>
    </w:sdtContent>
  </w:sdt>
  <w:p w14:paraId="34D708B9" w14:textId="77777777" w:rsidR="007553D2" w:rsidRDefault="007553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307E" w14:textId="77777777" w:rsidR="00955540" w:rsidRDefault="00955540" w:rsidP="007553D2">
      <w:pPr>
        <w:spacing w:after="0" w:line="240" w:lineRule="auto"/>
      </w:pPr>
      <w:r>
        <w:separator/>
      </w:r>
    </w:p>
  </w:footnote>
  <w:footnote w:type="continuationSeparator" w:id="0">
    <w:p w14:paraId="677A9216" w14:textId="77777777" w:rsidR="00955540" w:rsidRDefault="00955540" w:rsidP="00755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867CB1F0"/>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27D1932"/>
    <w:multiLevelType w:val="multilevel"/>
    <w:tmpl w:val="7A18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8C7F73"/>
    <w:multiLevelType w:val="multilevel"/>
    <w:tmpl w:val="60F4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D3292"/>
    <w:multiLevelType w:val="multilevel"/>
    <w:tmpl w:val="6B94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0657DA"/>
    <w:multiLevelType w:val="hybridMultilevel"/>
    <w:tmpl w:val="174AC0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28409A3"/>
    <w:multiLevelType w:val="multilevel"/>
    <w:tmpl w:val="BE46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F2D43"/>
    <w:multiLevelType w:val="multilevel"/>
    <w:tmpl w:val="266C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CE169F"/>
    <w:multiLevelType w:val="multilevel"/>
    <w:tmpl w:val="309A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937B86"/>
    <w:multiLevelType w:val="multilevel"/>
    <w:tmpl w:val="0C50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B764AF"/>
    <w:multiLevelType w:val="multilevel"/>
    <w:tmpl w:val="923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33726A"/>
    <w:multiLevelType w:val="multilevel"/>
    <w:tmpl w:val="4544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10188D"/>
    <w:multiLevelType w:val="multilevel"/>
    <w:tmpl w:val="2488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EA4EDD"/>
    <w:multiLevelType w:val="multilevel"/>
    <w:tmpl w:val="4E4A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044032"/>
    <w:multiLevelType w:val="multilevel"/>
    <w:tmpl w:val="FB16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F864F0"/>
    <w:multiLevelType w:val="multilevel"/>
    <w:tmpl w:val="2172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CE6C9C"/>
    <w:multiLevelType w:val="multilevel"/>
    <w:tmpl w:val="E5E2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0580C"/>
    <w:multiLevelType w:val="multilevel"/>
    <w:tmpl w:val="0C4C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ED0C11"/>
    <w:multiLevelType w:val="multilevel"/>
    <w:tmpl w:val="32A0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F80F0E"/>
    <w:multiLevelType w:val="multilevel"/>
    <w:tmpl w:val="6732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5618EA"/>
    <w:multiLevelType w:val="multilevel"/>
    <w:tmpl w:val="DFDE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27114"/>
    <w:multiLevelType w:val="multilevel"/>
    <w:tmpl w:val="DAFE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7D703D"/>
    <w:multiLevelType w:val="multilevel"/>
    <w:tmpl w:val="6742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DA2161"/>
    <w:multiLevelType w:val="multilevel"/>
    <w:tmpl w:val="8D2C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340FD7"/>
    <w:multiLevelType w:val="hybridMultilevel"/>
    <w:tmpl w:val="CB3409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BEF1ECE"/>
    <w:multiLevelType w:val="multilevel"/>
    <w:tmpl w:val="E702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E63D49"/>
    <w:multiLevelType w:val="multilevel"/>
    <w:tmpl w:val="91D6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933A08"/>
    <w:multiLevelType w:val="multilevel"/>
    <w:tmpl w:val="2CAE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14970"/>
    <w:multiLevelType w:val="multilevel"/>
    <w:tmpl w:val="424A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15005E"/>
    <w:multiLevelType w:val="multilevel"/>
    <w:tmpl w:val="8362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9A5C0B"/>
    <w:multiLevelType w:val="multilevel"/>
    <w:tmpl w:val="DA3E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BC79CF"/>
    <w:multiLevelType w:val="multilevel"/>
    <w:tmpl w:val="A1C2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4C10A9"/>
    <w:multiLevelType w:val="multilevel"/>
    <w:tmpl w:val="CBF0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445B78"/>
    <w:multiLevelType w:val="multilevel"/>
    <w:tmpl w:val="BDD8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73E0190C"/>
    <w:multiLevelType w:val="multilevel"/>
    <w:tmpl w:val="123C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670D79"/>
    <w:multiLevelType w:val="multilevel"/>
    <w:tmpl w:val="39F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315">
    <w:abstractNumId w:val="6"/>
  </w:num>
  <w:num w:numId="2" w16cid:durableId="1281952815">
    <w:abstractNumId w:val="2"/>
  </w:num>
  <w:num w:numId="3" w16cid:durableId="1605577180">
    <w:abstractNumId w:val="23"/>
  </w:num>
  <w:num w:numId="4" w16cid:durableId="1791625383">
    <w:abstractNumId w:val="7"/>
  </w:num>
  <w:num w:numId="5" w16cid:durableId="1936863494">
    <w:abstractNumId w:val="0"/>
  </w:num>
  <w:num w:numId="6" w16cid:durableId="334461709">
    <w:abstractNumId w:val="8"/>
  </w:num>
  <w:num w:numId="7" w16cid:durableId="476190644">
    <w:abstractNumId w:val="4"/>
  </w:num>
  <w:num w:numId="8" w16cid:durableId="62680864">
    <w:abstractNumId w:val="42"/>
  </w:num>
  <w:num w:numId="9" w16cid:durableId="658391341">
    <w:abstractNumId w:val="1"/>
  </w:num>
  <w:num w:numId="10" w16cid:durableId="69474312">
    <w:abstractNumId w:val="44"/>
  </w:num>
  <w:num w:numId="11" w16cid:durableId="697465411">
    <w:abstractNumId w:val="3"/>
  </w:num>
  <w:num w:numId="12" w16cid:durableId="842352189">
    <w:abstractNumId w:val="5"/>
  </w:num>
  <w:num w:numId="13" w16cid:durableId="759722279">
    <w:abstractNumId w:val="29"/>
  </w:num>
  <w:num w:numId="14" w16cid:durableId="1287738203">
    <w:abstractNumId w:val="33"/>
  </w:num>
  <w:num w:numId="15" w16cid:durableId="824977327">
    <w:abstractNumId w:val="25"/>
  </w:num>
  <w:num w:numId="16" w16cid:durableId="765610208">
    <w:abstractNumId w:val="37"/>
  </w:num>
  <w:num w:numId="17" w16cid:durableId="59255068">
    <w:abstractNumId w:val="24"/>
  </w:num>
  <w:num w:numId="18" w16cid:durableId="12608837">
    <w:abstractNumId w:val="30"/>
  </w:num>
  <w:num w:numId="19" w16cid:durableId="356665342">
    <w:abstractNumId w:val="38"/>
  </w:num>
  <w:num w:numId="20" w16cid:durableId="294606702">
    <w:abstractNumId w:val="16"/>
  </w:num>
  <w:num w:numId="21" w16cid:durableId="716776818">
    <w:abstractNumId w:val="31"/>
  </w:num>
  <w:num w:numId="22" w16cid:durableId="1300644288">
    <w:abstractNumId w:val="21"/>
  </w:num>
  <w:num w:numId="23" w16cid:durableId="1879660203">
    <w:abstractNumId w:val="36"/>
  </w:num>
  <w:num w:numId="24" w16cid:durableId="1263534127">
    <w:abstractNumId w:val="26"/>
  </w:num>
  <w:num w:numId="25" w16cid:durableId="1883588275">
    <w:abstractNumId w:val="34"/>
  </w:num>
  <w:num w:numId="26" w16cid:durableId="65886867">
    <w:abstractNumId w:val="15"/>
  </w:num>
  <w:num w:numId="27" w16cid:durableId="688139226">
    <w:abstractNumId w:val="11"/>
  </w:num>
  <w:num w:numId="28" w16cid:durableId="305205743">
    <w:abstractNumId w:val="20"/>
  </w:num>
  <w:num w:numId="29" w16cid:durableId="2015525690">
    <w:abstractNumId w:val="28"/>
  </w:num>
  <w:num w:numId="30" w16cid:durableId="494347860">
    <w:abstractNumId w:val="40"/>
  </w:num>
  <w:num w:numId="31" w16cid:durableId="2083945525">
    <w:abstractNumId w:val="43"/>
  </w:num>
  <w:num w:numId="32" w16cid:durableId="496457126">
    <w:abstractNumId w:val="19"/>
  </w:num>
  <w:num w:numId="33" w16cid:durableId="926309369">
    <w:abstractNumId w:val="14"/>
  </w:num>
  <w:num w:numId="34" w16cid:durableId="806557790">
    <w:abstractNumId w:val="27"/>
  </w:num>
  <w:num w:numId="35" w16cid:durableId="152189183">
    <w:abstractNumId w:val="13"/>
  </w:num>
  <w:num w:numId="36" w16cid:durableId="1648582826">
    <w:abstractNumId w:val="9"/>
  </w:num>
  <w:num w:numId="37" w16cid:durableId="600070151">
    <w:abstractNumId w:val="18"/>
  </w:num>
  <w:num w:numId="38" w16cid:durableId="588003862">
    <w:abstractNumId w:val="41"/>
  </w:num>
  <w:num w:numId="39" w16cid:durableId="957612743">
    <w:abstractNumId w:val="22"/>
  </w:num>
  <w:num w:numId="40" w16cid:durableId="2020307721">
    <w:abstractNumId w:val="39"/>
  </w:num>
  <w:num w:numId="41" w16cid:durableId="891814613">
    <w:abstractNumId w:val="17"/>
  </w:num>
  <w:num w:numId="42" w16cid:durableId="1520004754">
    <w:abstractNumId w:val="35"/>
  </w:num>
  <w:num w:numId="43" w16cid:durableId="1362975144">
    <w:abstractNumId w:val="10"/>
  </w:num>
  <w:num w:numId="44" w16cid:durableId="1649552863">
    <w:abstractNumId w:val="12"/>
  </w:num>
  <w:num w:numId="45" w16cid:durableId="19626160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E83"/>
    <w:rsid w:val="0001653F"/>
    <w:rsid w:val="000340C1"/>
    <w:rsid w:val="00034616"/>
    <w:rsid w:val="000457B0"/>
    <w:rsid w:val="00053ABA"/>
    <w:rsid w:val="0005530E"/>
    <w:rsid w:val="0006063C"/>
    <w:rsid w:val="000A5225"/>
    <w:rsid w:val="000B0F29"/>
    <w:rsid w:val="000C184F"/>
    <w:rsid w:val="000C4976"/>
    <w:rsid w:val="000C6415"/>
    <w:rsid w:val="000C7921"/>
    <w:rsid w:val="000D7533"/>
    <w:rsid w:val="00101632"/>
    <w:rsid w:val="00107716"/>
    <w:rsid w:val="001249D4"/>
    <w:rsid w:val="00124C34"/>
    <w:rsid w:val="00132605"/>
    <w:rsid w:val="0015074B"/>
    <w:rsid w:val="00151A69"/>
    <w:rsid w:val="001551C8"/>
    <w:rsid w:val="001844BD"/>
    <w:rsid w:val="0019422A"/>
    <w:rsid w:val="001C13DF"/>
    <w:rsid w:val="001D0F32"/>
    <w:rsid w:val="001D6AB6"/>
    <w:rsid w:val="0020373C"/>
    <w:rsid w:val="002151AF"/>
    <w:rsid w:val="00231C80"/>
    <w:rsid w:val="00242390"/>
    <w:rsid w:val="00272ECB"/>
    <w:rsid w:val="00274496"/>
    <w:rsid w:val="0029639D"/>
    <w:rsid w:val="002A0082"/>
    <w:rsid w:val="002A1A5B"/>
    <w:rsid w:val="002A6727"/>
    <w:rsid w:val="002C4064"/>
    <w:rsid w:val="002E37A5"/>
    <w:rsid w:val="002F6169"/>
    <w:rsid w:val="002F74A1"/>
    <w:rsid w:val="002F765A"/>
    <w:rsid w:val="002F7C8F"/>
    <w:rsid w:val="0030378B"/>
    <w:rsid w:val="00304EB1"/>
    <w:rsid w:val="00326F90"/>
    <w:rsid w:val="003564D3"/>
    <w:rsid w:val="00367F9F"/>
    <w:rsid w:val="003931ED"/>
    <w:rsid w:val="0039597B"/>
    <w:rsid w:val="00397A11"/>
    <w:rsid w:val="003B1EAE"/>
    <w:rsid w:val="003B2FD4"/>
    <w:rsid w:val="003C2557"/>
    <w:rsid w:val="003D7E64"/>
    <w:rsid w:val="003F1AE1"/>
    <w:rsid w:val="004062DF"/>
    <w:rsid w:val="004142CC"/>
    <w:rsid w:val="00415E11"/>
    <w:rsid w:val="00420E1D"/>
    <w:rsid w:val="00451B5D"/>
    <w:rsid w:val="00470149"/>
    <w:rsid w:val="00484522"/>
    <w:rsid w:val="00492ACF"/>
    <w:rsid w:val="004B1219"/>
    <w:rsid w:val="004B363D"/>
    <w:rsid w:val="004D2999"/>
    <w:rsid w:val="004D4332"/>
    <w:rsid w:val="004E14ED"/>
    <w:rsid w:val="00502112"/>
    <w:rsid w:val="0051706C"/>
    <w:rsid w:val="00536262"/>
    <w:rsid w:val="0054000E"/>
    <w:rsid w:val="00572387"/>
    <w:rsid w:val="005A3995"/>
    <w:rsid w:val="005B0F1C"/>
    <w:rsid w:val="005B486D"/>
    <w:rsid w:val="005B71E2"/>
    <w:rsid w:val="005C11BE"/>
    <w:rsid w:val="005C72AD"/>
    <w:rsid w:val="005D0ACA"/>
    <w:rsid w:val="005F2FF6"/>
    <w:rsid w:val="0060182B"/>
    <w:rsid w:val="00614AEA"/>
    <w:rsid w:val="00623530"/>
    <w:rsid w:val="006248A0"/>
    <w:rsid w:val="00647CE0"/>
    <w:rsid w:val="006509BF"/>
    <w:rsid w:val="006618F2"/>
    <w:rsid w:val="00686446"/>
    <w:rsid w:val="00694DA9"/>
    <w:rsid w:val="006A5577"/>
    <w:rsid w:val="006C4F88"/>
    <w:rsid w:val="006E2F79"/>
    <w:rsid w:val="006E6F13"/>
    <w:rsid w:val="006F39A7"/>
    <w:rsid w:val="00714865"/>
    <w:rsid w:val="00743DEA"/>
    <w:rsid w:val="00754137"/>
    <w:rsid w:val="007553D2"/>
    <w:rsid w:val="007553FE"/>
    <w:rsid w:val="00771613"/>
    <w:rsid w:val="007A0C9C"/>
    <w:rsid w:val="007A14D9"/>
    <w:rsid w:val="007A47F8"/>
    <w:rsid w:val="007C79AB"/>
    <w:rsid w:val="007E7A46"/>
    <w:rsid w:val="00805F65"/>
    <w:rsid w:val="008317CF"/>
    <w:rsid w:val="008508F8"/>
    <w:rsid w:val="00873B0E"/>
    <w:rsid w:val="00880BAF"/>
    <w:rsid w:val="008A28AF"/>
    <w:rsid w:val="00907615"/>
    <w:rsid w:val="0093712D"/>
    <w:rsid w:val="00955540"/>
    <w:rsid w:val="00957899"/>
    <w:rsid w:val="00970229"/>
    <w:rsid w:val="009B127B"/>
    <w:rsid w:val="009B6D59"/>
    <w:rsid w:val="009C47F6"/>
    <w:rsid w:val="009E6969"/>
    <w:rsid w:val="00A050BE"/>
    <w:rsid w:val="00A35191"/>
    <w:rsid w:val="00A627DE"/>
    <w:rsid w:val="00A83228"/>
    <w:rsid w:val="00A842F9"/>
    <w:rsid w:val="00A92C20"/>
    <w:rsid w:val="00AA1D8D"/>
    <w:rsid w:val="00AE3F2E"/>
    <w:rsid w:val="00AF3674"/>
    <w:rsid w:val="00B12740"/>
    <w:rsid w:val="00B47730"/>
    <w:rsid w:val="00B97ECB"/>
    <w:rsid w:val="00BC4026"/>
    <w:rsid w:val="00BC682A"/>
    <w:rsid w:val="00BD08C1"/>
    <w:rsid w:val="00BD2DAE"/>
    <w:rsid w:val="00C24A76"/>
    <w:rsid w:val="00C405C3"/>
    <w:rsid w:val="00C653AA"/>
    <w:rsid w:val="00C852C7"/>
    <w:rsid w:val="00CB0664"/>
    <w:rsid w:val="00CC5159"/>
    <w:rsid w:val="00CF696F"/>
    <w:rsid w:val="00D00B9A"/>
    <w:rsid w:val="00D01F2C"/>
    <w:rsid w:val="00D124A7"/>
    <w:rsid w:val="00D4665D"/>
    <w:rsid w:val="00D47CA0"/>
    <w:rsid w:val="00D57529"/>
    <w:rsid w:val="00DA6422"/>
    <w:rsid w:val="00DA7121"/>
    <w:rsid w:val="00DE2847"/>
    <w:rsid w:val="00DE7F02"/>
    <w:rsid w:val="00DF44C6"/>
    <w:rsid w:val="00E27CC5"/>
    <w:rsid w:val="00E8131D"/>
    <w:rsid w:val="00EA1096"/>
    <w:rsid w:val="00EA69B6"/>
    <w:rsid w:val="00EC0F7F"/>
    <w:rsid w:val="00EC67F3"/>
    <w:rsid w:val="00EF6F72"/>
    <w:rsid w:val="00F10A32"/>
    <w:rsid w:val="00F54D36"/>
    <w:rsid w:val="00F929C6"/>
    <w:rsid w:val="00FA04D8"/>
    <w:rsid w:val="00FA167E"/>
    <w:rsid w:val="00FB481D"/>
    <w:rsid w:val="00FC693F"/>
    <w:rsid w:val="00FD6AB2"/>
    <w:rsid w:val="00FF1CE3"/>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43F3035-116A-41DF-8D71-D28184B1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6"/>
      </w:numPr>
      <w:contextualSpacing/>
    </w:pPr>
  </w:style>
  <w:style w:type="paragraph" w:styleId="Punktliste2">
    <w:name w:val="List Bullet 2"/>
    <w:basedOn w:val="Normal"/>
    <w:uiPriority w:val="99"/>
    <w:unhideWhenUsed/>
    <w:rsid w:val="00326F90"/>
    <w:pPr>
      <w:numPr>
        <w:numId w:val="1"/>
      </w:numPr>
      <w:contextualSpacing/>
    </w:pPr>
  </w:style>
  <w:style w:type="paragraph" w:styleId="Punktliste3">
    <w:name w:val="List Bullet 3"/>
    <w:basedOn w:val="Normal"/>
    <w:uiPriority w:val="99"/>
    <w:unhideWhenUsed/>
    <w:rsid w:val="00326F90"/>
    <w:pPr>
      <w:numPr>
        <w:numId w:val="12"/>
      </w:numPr>
      <w:contextualSpacing/>
    </w:pPr>
  </w:style>
  <w:style w:type="paragraph" w:styleId="Nummerertliste">
    <w:name w:val="List Number"/>
    <w:basedOn w:val="Normal"/>
    <w:uiPriority w:val="99"/>
    <w:unhideWhenUsed/>
    <w:rsid w:val="00326F90"/>
    <w:pPr>
      <w:numPr>
        <w:numId w:val="4"/>
      </w:numPr>
      <w:contextualSpacing/>
    </w:pPr>
  </w:style>
  <w:style w:type="paragraph" w:styleId="Nummerertliste2">
    <w:name w:val="List Number 2"/>
    <w:basedOn w:val="Normal"/>
    <w:uiPriority w:val="99"/>
    <w:unhideWhenUsed/>
    <w:rsid w:val="0029639D"/>
    <w:pPr>
      <w:numPr>
        <w:numId w:val="11"/>
      </w:numPr>
      <w:contextualSpacing/>
    </w:pPr>
  </w:style>
  <w:style w:type="paragraph" w:styleId="Nummerertliste3">
    <w:name w:val="List Number 3"/>
    <w:basedOn w:val="Normal"/>
    <w:uiPriority w:val="99"/>
    <w:unhideWhenUsed/>
    <w:rsid w:val="0029639D"/>
    <w:pPr>
      <w:numPr>
        <w:numId w:val="2"/>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sterbrev.no/bli-mester/bli-mester/mesterfagene-2/bilfa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2.xml><?xml version="1.0" encoding="utf-8"?>
<ds:datastoreItem xmlns:ds="http://schemas.openxmlformats.org/officeDocument/2006/customXml" ds:itemID="{4104F376-9AF3-4562-A977-B07762152074}">
  <ds:schemaRefs>
    <ds:schemaRef ds:uri="http://schemas.openxmlformats.org/officeDocument/2006/bibliography"/>
  </ds:schemaRefs>
</ds:datastoreItem>
</file>

<file path=customXml/itemProps3.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2276</Words>
  <Characters>15438</Characters>
  <Application>Microsoft Office Word</Application>
  <DocSecurity>0</DocSecurity>
  <Lines>857</Lines>
  <Paragraphs>310</Paragraphs>
  <ScaleCrop>false</ScaleCrop>
  <Manager/>
  <Company/>
  <LinksUpToDate>false</LinksUpToDate>
  <CharactersWithSpaces>17404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Jørgen Hallvik</cp:lastModifiedBy>
  <cp:revision>72</cp:revision>
  <cp:lastPrinted>2026-05-18T08:21:00Z</cp:lastPrinted>
  <dcterms:created xsi:type="dcterms:W3CDTF">2026-05-21T11:39:00Z</dcterms:created>
  <dcterms:modified xsi:type="dcterms:W3CDTF">2026-06-03T11:38:00Z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