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EBC05" w14:textId="77777777" w:rsidR="004158A8" w:rsidRPr="006F10B1" w:rsidRDefault="009B34F3">
      <w:pPr>
        <w:pStyle w:val="Tittel"/>
        <w:rPr>
          <w:lang w:val="nb-NO"/>
        </w:rPr>
      </w:pPr>
      <w:r w:rsidRPr="006F10B1">
        <w:rPr>
          <w:lang w:val="nb-NO"/>
        </w:rPr>
        <w:t>Egenvurdering – Bedriftsledelse</w:t>
      </w:r>
    </w:p>
    <w:p w14:paraId="11B0061A" w14:textId="77777777" w:rsidR="004158A8" w:rsidRPr="006F10B1" w:rsidRDefault="009B34F3">
      <w:pPr>
        <w:rPr>
          <w:lang w:val="nb-NO"/>
        </w:rPr>
      </w:pPr>
      <w:r w:rsidRPr="006F10B1">
        <w:rPr>
          <w:sz w:val="20"/>
          <w:lang w:val="nb-NO"/>
        </w:rPr>
        <w:t>Navn: ____________________    Fag: ____________________    Ref.nr.: ____________________</w:t>
      </w:r>
    </w:p>
    <w:p w14:paraId="28E6D7B5" w14:textId="77777777" w:rsidR="004158A8" w:rsidRPr="006F10B1" w:rsidRDefault="004158A8">
      <w:pPr>
        <w:rPr>
          <w:lang w:val="nb-NO"/>
        </w:rPr>
      </w:pPr>
    </w:p>
    <w:p w14:paraId="4223C36F" w14:textId="77777777" w:rsidR="006F10B1" w:rsidRPr="006F10B1" w:rsidRDefault="006F10B1" w:rsidP="006F10B1">
      <w:pPr>
        <w:pStyle w:val="Overskrift2"/>
        <w:rPr>
          <w:rFonts w:cs="Arial"/>
          <w:b w:val="0"/>
          <w:lang w:val="nb-NO"/>
        </w:rPr>
      </w:pPr>
      <w:r w:rsidRPr="006F10B1">
        <w:rPr>
          <w:lang w:val="nb-NO"/>
        </w:rPr>
        <w:t>Informasjon om utfylling av egenvurdering</w:t>
      </w:r>
    </w:p>
    <w:p w14:paraId="59B1DAD5" w14:textId="43DF811F" w:rsidR="00CC719A" w:rsidRPr="00541801" w:rsidRDefault="00CC719A">
      <w:pPr>
        <w:rPr>
          <w:lang w:val="nb-NO"/>
        </w:rPr>
      </w:pPr>
      <w:r w:rsidRPr="00CC719A">
        <w:rPr>
          <w:rFonts w:ascii="Arial" w:hAnsi="Arial" w:cs="Arial"/>
          <w:lang w:val="nb-NO"/>
        </w:rPr>
        <w:t xml:space="preserve">Fagområdet bedriftsledelse er felles for alle mesterfagene og gir innsikt </w:t>
      </w:r>
      <w:r w:rsidR="00541801" w:rsidRPr="00541801">
        <w:rPr>
          <w:rFonts w:ascii="Arial" w:hAnsi="Arial" w:cs="Arial"/>
          <w:lang w:val="nb-NO"/>
        </w:rPr>
        <w:t>i hva som kreves for å utøve god ledelse, både på strategisk og administrativt nivå</w:t>
      </w:r>
      <w:r w:rsidR="00541801">
        <w:rPr>
          <w:rFonts w:ascii="Arial" w:hAnsi="Arial" w:cs="Arial"/>
          <w:lang w:val="nb-NO"/>
        </w:rPr>
        <w:t xml:space="preserve"> </w:t>
      </w:r>
    </w:p>
    <w:p w14:paraId="149C24FA" w14:textId="43030DEA" w:rsidR="00D10CF7" w:rsidRDefault="006F10B1" w:rsidP="006F10B1">
      <w:pPr>
        <w:rPr>
          <w:rFonts w:ascii="Arial" w:hAnsi="Arial" w:cs="Arial"/>
          <w:lang w:val="nb-NO"/>
        </w:rPr>
      </w:pPr>
      <w:r w:rsidRPr="77F3E4A7">
        <w:rPr>
          <w:rFonts w:ascii="Arial" w:hAnsi="Arial" w:cs="Arial"/>
          <w:lang w:val="nb-NO"/>
        </w:rPr>
        <w:t xml:space="preserve">I egenvurderingen skal du selv beskrive kompetansen du har opparbeidet deg som leder i mesterfaget. Dette innebærer at du skal forklare og beskrive hvilke erfaringer du har gjort deg relatert til læringsutbyttene som </w:t>
      </w:r>
      <w:proofErr w:type="gramStart"/>
      <w:r w:rsidRPr="77F3E4A7">
        <w:rPr>
          <w:rFonts w:ascii="Arial" w:hAnsi="Arial" w:cs="Arial"/>
          <w:lang w:val="nb-NO"/>
        </w:rPr>
        <w:t>fremkommer</w:t>
      </w:r>
      <w:proofErr w:type="gramEnd"/>
      <w:r w:rsidRPr="77F3E4A7">
        <w:rPr>
          <w:rFonts w:ascii="Arial" w:hAnsi="Arial" w:cs="Arial"/>
          <w:lang w:val="nb-NO"/>
        </w:rPr>
        <w:t xml:space="preserve"> i </w:t>
      </w:r>
      <w:hyperlink r:id="rId9">
        <w:r w:rsidRPr="77F3E4A7">
          <w:rPr>
            <w:rStyle w:val="Hyperkobling"/>
            <w:rFonts w:ascii="Arial" w:hAnsi="Arial" w:cs="Arial"/>
            <w:lang w:val="nb-NO"/>
          </w:rPr>
          <w:t>studieplanen</w:t>
        </w:r>
      </w:hyperlink>
      <w:r w:rsidR="77A019E3" w:rsidRPr="77F3E4A7">
        <w:rPr>
          <w:rFonts w:ascii="Arial" w:hAnsi="Arial" w:cs="Arial"/>
          <w:lang w:val="nb-NO"/>
        </w:rPr>
        <w:t xml:space="preserve"> (trykk på lenken)</w:t>
      </w:r>
      <w:r w:rsidR="00D10CF7" w:rsidRPr="77F3E4A7">
        <w:rPr>
          <w:rFonts w:ascii="Arial" w:hAnsi="Arial" w:cs="Arial"/>
          <w:lang w:val="nb-NO"/>
        </w:rPr>
        <w:t>.</w:t>
      </w:r>
      <w:r w:rsidR="0094486F" w:rsidRPr="77F3E4A7">
        <w:rPr>
          <w:rFonts w:ascii="Arial" w:hAnsi="Arial" w:cs="Arial"/>
          <w:lang w:val="nb-NO"/>
        </w:rPr>
        <w:t xml:space="preserve"> Vi anbefaler at du gjør deg kjent med studieplanen før du begynner å utarbeide egenvurderingen. </w:t>
      </w:r>
    </w:p>
    <w:p w14:paraId="0C6D66F8" w14:textId="3CBC0A82" w:rsidR="006F10B1" w:rsidRPr="006F10B1" w:rsidRDefault="006F10B1" w:rsidP="006F10B1">
      <w:pPr>
        <w:pStyle w:val="Overskrift2"/>
        <w:rPr>
          <w:lang w:val="nb-NO"/>
        </w:rPr>
      </w:pPr>
      <w:r w:rsidRPr="006F10B1">
        <w:rPr>
          <w:lang w:val="nb-NO"/>
        </w:rPr>
        <w:t xml:space="preserve">Når du </w:t>
      </w:r>
      <w:r w:rsidR="00EA00E7">
        <w:rPr>
          <w:lang w:val="nb-NO"/>
        </w:rPr>
        <w:t xml:space="preserve">skriver </w:t>
      </w:r>
      <w:r w:rsidRPr="006F10B1">
        <w:rPr>
          <w:lang w:val="nb-NO"/>
        </w:rPr>
        <w:t>egenvurderingen, anbefales følgende fremgangsmåte:</w:t>
      </w:r>
    </w:p>
    <w:p w14:paraId="0682AC36" w14:textId="10233B08" w:rsidR="006F10B1" w:rsidRPr="006F10B1" w:rsidRDefault="006F10B1" w:rsidP="006F10B1">
      <w:pPr>
        <w:numPr>
          <w:ilvl w:val="0"/>
          <w:numId w:val="10"/>
        </w:numPr>
        <w:spacing w:after="0" w:line="240" w:lineRule="auto"/>
        <w:rPr>
          <w:rFonts w:ascii="Arial" w:hAnsi="Arial" w:cs="Arial"/>
          <w:lang w:val="nb-NO"/>
        </w:rPr>
      </w:pPr>
      <w:r w:rsidRPr="006F10B1">
        <w:rPr>
          <w:rFonts w:ascii="Arial" w:hAnsi="Arial" w:cs="Arial"/>
          <w:lang w:val="nb-NO"/>
        </w:rPr>
        <w:t>Ta utgangspunkt i hvert hovedtema og tilhørende innhold</w:t>
      </w:r>
      <w:r w:rsidR="00433EE4">
        <w:rPr>
          <w:rFonts w:ascii="Arial" w:hAnsi="Arial" w:cs="Arial"/>
          <w:lang w:val="nb-NO"/>
        </w:rPr>
        <w:t xml:space="preserve">. </w:t>
      </w:r>
      <w:r w:rsidR="00433EE4" w:rsidRPr="00274496">
        <w:rPr>
          <w:rFonts w:ascii="Arial" w:hAnsi="Arial" w:cs="Arial"/>
          <w:lang w:val="nb-NO"/>
        </w:rPr>
        <w:t>Hovedtemaene utgjør en helhet som samlet uttrykker den fagspesifikke kompetansen til en</w:t>
      </w:r>
      <w:r w:rsidR="00433EE4">
        <w:rPr>
          <w:rFonts w:ascii="Arial" w:hAnsi="Arial" w:cs="Arial"/>
          <w:lang w:val="nb-NO"/>
        </w:rPr>
        <w:t xml:space="preserve"> mester. </w:t>
      </w:r>
    </w:p>
    <w:p w14:paraId="5E1540CC" w14:textId="77777777" w:rsidR="006F10B1" w:rsidRPr="006F10B1" w:rsidRDefault="006F10B1" w:rsidP="006F10B1">
      <w:pPr>
        <w:numPr>
          <w:ilvl w:val="0"/>
          <w:numId w:val="10"/>
        </w:numPr>
        <w:spacing w:after="0" w:line="240" w:lineRule="auto"/>
        <w:rPr>
          <w:rFonts w:ascii="Arial" w:hAnsi="Arial" w:cs="Arial"/>
          <w:lang w:val="nb-NO"/>
        </w:rPr>
      </w:pPr>
      <w:r w:rsidRPr="006F10B1">
        <w:rPr>
          <w:rFonts w:ascii="Arial" w:hAnsi="Arial" w:cs="Arial"/>
          <w:lang w:val="nb-NO"/>
        </w:rPr>
        <w:t>Beskriv egen yrkeserfaring med eksempler fra arbeidshverdagen</w:t>
      </w:r>
    </w:p>
    <w:p w14:paraId="7063C040" w14:textId="77777777" w:rsidR="006F10B1" w:rsidRPr="00D4341D" w:rsidRDefault="006F10B1" w:rsidP="006F10B1">
      <w:pPr>
        <w:numPr>
          <w:ilvl w:val="0"/>
          <w:numId w:val="10"/>
        </w:numPr>
        <w:spacing w:after="0" w:line="240" w:lineRule="auto"/>
        <w:rPr>
          <w:rFonts w:ascii="Arial" w:hAnsi="Arial" w:cs="Arial"/>
          <w:lang w:val="nb-NO"/>
        </w:rPr>
      </w:pPr>
      <w:r w:rsidRPr="00D4341D">
        <w:rPr>
          <w:rFonts w:ascii="Arial" w:hAnsi="Arial" w:cs="Arial"/>
          <w:lang w:val="nb-NO"/>
        </w:rPr>
        <w:t xml:space="preserve">Forklar: </w:t>
      </w:r>
    </w:p>
    <w:p w14:paraId="3DD357E7" w14:textId="77777777" w:rsidR="006F10B1" w:rsidRPr="00D4341D" w:rsidRDefault="006F10B1" w:rsidP="006F10B1">
      <w:pPr>
        <w:numPr>
          <w:ilvl w:val="1"/>
          <w:numId w:val="10"/>
        </w:numPr>
        <w:spacing w:after="0" w:line="240" w:lineRule="auto"/>
        <w:rPr>
          <w:rFonts w:ascii="Arial" w:hAnsi="Arial" w:cs="Arial"/>
          <w:lang w:val="nb-NO"/>
        </w:rPr>
      </w:pPr>
      <w:r w:rsidRPr="00D4341D">
        <w:rPr>
          <w:rFonts w:ascii="Arial" w:hAnsi="Arial" w:cs="Arial"/>
          <w:lang w:val="nb-NO"/>
        </w:rPr>
        <w:t>hva du gjør</w:t>
      </w:r>
    </w:p>
    <w:p w14:paraId="6FE00E1C" w14:textId="77777777" w:rsidR="006F10B1" w:rsidRPr="00D4341D" w:rsidRDefault="006F10B1" w:rsidP="006F10B1">
      <w:pPr>
        <w:numPr>
          <w:ilvl w:val="1"/>
          <w:numId w:val="10"/>
        </w:numPr>
        <w:spacing w:after="0" w:line="240" w:lineRule="auto"/>
        <w:rPr>
          <w:rFonts w:ascii="Arial" w:hAnsi="Arial" w:cs="Arial"/>
          <w:lang w:val="nb-NO"/>
        </w:rPr>
      </w:pPr>
      <w:r w:rsidRPr="00D4341D">
        <w:rPr>
          <w:rFonts w:ascii="Arial" w:hAnsi="Arial" w:cs="Arial"/>
          <w:lang w:val="nb-NO"/>
        </w:rPr>
        <w:t>hvordan du gjør det</w:t>
      </w:r>
    </w:p>
    <w:p w14:paraId="018A362C" w14:textId="77777777" w:rsidR="006F10B1" w:rsidRPr="006F10B1" w:rsidRDefault="006F10B1" w:rsidP="006F10B1">
      <w:pPr>
        <w:numPr>
          <w:ilvl w:val="1"/>
          <w:numId w:val="10"/>
        </w:numPr>
        <w:spacing w:after="0" w:line="240" w:lineRule="auto"/>
        <w:rPr>
          <w:rFonts w:ascii="Arial" w:hAnsi="Arial" w:cs="Arial"/>
          <w:lang w:val="nb-NO"/>
        </w:rPr>
      </w:pPr>
      <w:r w:rsidRPr="006F10B1">
        <w:rPr>
          <w:rFonts w:ascii="Arial" w:hAnsi="Arial" w:cs="Arial"/>
          <w:lang w:val="nb-NO"/>
        </w:rPr>
        <w:t>hvorfor du gjør det på denne måten</w:t>
      </w:r>
    </w:p>
    <w:p w14:paraId="2E4CDBF9" w14:textId="77777777" w:rsidR="006F10B1" w:rsidRPr="006F10B1" w:rsidRDefault="006F10B1" w:rsidP="006F10B1">
      <w:pPr>
        <w:rPr>
          <w:rFonts w:ascii="Arial" w:hAnsi="Arial" w:cs="Arial"/>
          <w:lang w:val="nb-NO"/>
        </w:rPr>
      </w:pPr>
    </w:p>
    <w:p w14:paraId="559FBCD1" w14:textId="77777777" w:rsidR="006F10B1" w:rsidRPr="006F10B1" w:rsidRDefault="006F10B1" w:rsidP="006F10B1">
      <w:pPr>
        <w:rPr>
          <w:rFonts w:ascii="Arial" w:hAnsi="Arial" w:cs="Arial"/>
          <w:lang w:val="nb-NO"/>
        </w:rPr>
      </w:pPr>
      <w:r w:rsidRPr="006F10B1">
        <w:rPr>
          <w:rFonts w:ascii="Arial" w:hAnsi="Arial" w:cs="Arial"/>
          <w:lang w:val="nb-NO"/>
        </w:rPr>
        <w:t>Det er viktig at beskrivelsene dine viser forståelse, refleksjon og sammenheng, ikke bare opplisting av oppgaver.</w:t>
      </w:r>
    </w:p>
    <w:p w14:paraId="0173EE21" w14:textId="77777777" w:rsidR="00305DBB" w:rsidRDefault="00305DBB" w:rsidP="006F10B1">
      <w:pPr>
        <w:pStyle w:val="Overskrift2"/>
        <w:rPr>
          <w:lang w:val="nb-NO"/>
        </w:rPr>
      </w:pPr>
    </w:p>
    <w:p w14:paraId="4EEFE1C4" w14:textId="34A38D63" w:rsidR="006F10B1" w:rsidRPr="006F10B1" w:rsidRDefault="006F10B1" w:rsidP="006F10B1">
      <w:pPr>
        <w:pStyle w:val="Overskrift2"/>
        <w:rPr>
          <w:rFonts w:cs="Arial"/>
          <w:b w:val="0"/>
          <w:lang w:val="nb-NO"/>
        </w:rPr>
      </w:pPr>
      <w:r w:rsidRPr="006F10B1">
        <w:rPr>
          <w:lang w:val="nb-NO"/>
        </w:rPr>
        <w:t>Ved vurdering av egenvurderingen legges det særlig vekt på om du:</w:t>
      </w:r>
    </w:p>
    <w:p w14:paraId="31D6C415" w14:textId="77777777" w:rsidR="006F10B1" w:rsidRPr="00305DBB" w:rsidRDefault="006F10B1" w:rsidP="006F10B1">
      <w:pPr>
        <w:numPr>
          <w:ilvl w:val="0"/>
          <w:numId w:val="11"/>
        </w:numPr>
        <w:spacing w:after="0" w:line="240" w:lineRule="auto"/>
        <w:rPr>
          <w:rFonts w:ascii="Arial" w:hAnsi="Arial" w:cs="Arial"/>
          <w:lang w:val="nb-NO"/>
        </w:rPr>
      </w:pPr>
      <w:r w:rsidRPr="00305DBB">
        <w:rPr>
          <w:rFonts w:ascii="Arial" w:hAnsi="Arial" w:cs="Arial"/>
          <w:lang w:val="nb-NO"/>
        </w:rPr>
        <w:t>dokumenterer relevant og tilstrekkelig praksis</w:t>
      </w:r>
    </w:p>
    <w:p w14:paraId="172D1BA5" w14:textId="77777777" w:rsidR="006F10B1" w:rsidRPr="00D4341D" w:rsidRDefault="006F10B1" w:rsidP="006F10B1">
      <w:pPr>
        <w:numPr>
          <w:ilvl w:val="0"/>
          <w:numId w:val="11"/>
        </w:numPr>
        <w:spacing w:after="0" w:line="240" w:lineRule="auto"/>
        <w:rPr>
          <w:rFonts w:ascii="Arial" w:hAnsi="Arial" w:cs="Arial"/>
          <w:lang w:val="nb-NO"/>
        </w:rPr>
      </w:pPr>
      <w:r w:rsidRPr="00D4341D">
        <w:rPr>
          <w:rFonts w:ascii="Arial" w:hAnsi="Arial" w:cs="Arial"/>
          <w:lang w:val="nb-NO"/>
        </w:rPr>
        <w:t>viser helhetlig forståelse for rollen som leder/næringsdrivende</w:t>
      </w:r>
    </w:p>
    <w:p w14:paraId="388A3D64" w14:textId="77777777" w:rsidR="006F10B1" w:rsidRPr="00D4341D" w:rsidRDefault="006F10B1" w:rsidP="006F10B1">
      <w:pPr>
        <w:numPr>
          <w:ilvl w:val="0"/>
          <w:numId w:val="11"/>
        </w:numPr>
        <w:spacing w:after="0" w:line="240" w:lineRule="auto"/>
        <w:rPr>
          <w:rFonts w:ascii="Arial" w:hAnsi="Arial" w:cs="Arial"/>
          <w:lang w:val="nb-NO"/>
        </w:rPr>
      </w:pPr>
      <w:r w:rsidRPr="00D4341D">
        <w:rPr>
          <w:rFonts w:ascii="Arial" w:hAnsi="Arial" w:cs="Arial"/>
          <w:lang w:val="nb-NO"/>
        </w:rPr>
        <w:t>kan begrunne valg og handlinger i egen praksis</w:t>
      </w:r>
    </w:p>
    <w:p w14:paraId="2A6204DD" w14:textId="77777777" w:rsidR="006F10B1" w:rsidRPr="006F10B1" w:rsidRDefault="006F10B1" w:rsidP="006F10B1">
      <w:pPr>
        <w:numPr>
          <w:ilvl w:val="0"/>
          <w:numId w:val="11"/>
        </w:numPr>
        <w:spacing w:after="0" w:line="240" w:lineRule="auto"/>
        <w:rPr>
          <w:rFonts w:ascii="Arial" w:hAnsi="Arial" w:cs="Arial"/>
          <w:lang w:val="nb-NO"/>
        </w:rPr>
      </w:pPr>
      <w:r w:rsidRPr="006F10B1">
        <w:rPr>
          <w:rFonts w:ascii="Arial" w:hAnsi="Arial" w:cs="Arial"/>
          <w:lang w:val="nb-NO"/>
        </w:rPr>
        <w:t>viser at kompetansen er tilsvarende det som kreves i mesterutdanningen</w:t>
      </w:r>
    </w:p>
    <w:p w14:paraId="446F3345" w14:textId="77777777" w:rsidR="00647E69" w:rsidRDefault="00647E69" w:rsidP="006F10B1">
      <w:pPr>
        <w:rPr>
          <w:rFonts w:ascii="Arial" w:hAnsi="Arial" w:cs="Arial"/>
          <w:lang w:val="nb-NO"/>
        </w:rPr>
      </w:pPr>
    </w:p>
    <w:p w14:paraId="0D615C78" w14:textId="77777777" w:rsidR="006F10B1" w:rsidRPr="006F10B1" w:rsidRDefault="006F10B1" w:rsidP="006F10B1">
      <w:pPr>
        <w:rPr>
          <w:rFonts w:ascii="Arial" w:hAnsi="Arial" w:cs="Arial"/>
          <w:lang w:val="nb-NO"/>
        </w:rPr>
      </w:pPr>
      <w:r w:rsidRPr="006F10B1">
        <w:rPr>
          <w:rFonts w:ascii="Arial" w:hAnsi="Arial" w:cs="Arial"/>
          <w:lang w:val="nb-NO"/>
        </w:rPr>
        <w:t>Det er kvaliteten på beskrivelsene som vurderes, ikke omfang eller bruk av fagterminologi.</w:t>
      </w:r>
    </w:p>
    <w:p w14:paraId="6B251453" w14:textId="77777777" w:rsidR="006F10B1" w:rsidRPr="006F10B1" w:rsidRDefault="006F10B1" w:rsidP="006F10B1">
      <w:pPr>
        <w:rPr>
          <w:rFonts w:ascii="Arial" w:hAnsi="Arial" w:cs="Arial"/>
          <w:lang w:val="nb-NO"/>
        </w:rPr>
      </w:pPr>
    </w:p>
    <w:p w14:paraId="229FDDD9" w14:textId="77777777" w:rsidR="006F10B1" w:rsidRPr="006F10B1" w:rsidRDefault="006F10B1" w:rsidP="006F10B1">
      <w:pPr>
        <w:pStyle w:val="Overskrift2"/>
        <w:rPr>
          <w:rFonts w:cs="Arial"/>
          <w:b w:val="0"/>
          <w:lang w:val="nb-NO"/>
        </w:rPr>
      </w:pPr>
      <w:r w:rsidRPr="006F10B1">
        <w:rPr>
          <w:lang w:val="nb-NO"/>
        </w:rPr>
        <w:t>Dokumentasjon og vedlegg</w:t>
      </w:r>
    </w:p>
    <w:p w14:paraId="43353144" w14:textId="77777777" w:rsidR="00463EB8" w:rsidRPr="00463EB8" w:rsidRDefault="00463EB8" w:rsidP="00463EB8">
      <w:pPr>
        <w:rPr>
          <w:rFonts w:ascii="Arial" w:hAnsi="Arial" w:cs="Arial"/>
          <w:lang w:val="nb-NO"/>
        </w:rPr>
      </w:pPr>
      <w:r w:rsidRPr="00463EB8">
        <w:rPr>
          <w:rFonts w:ascii="Arial" w:hAnsi="Arial" w:cs="Arial"/>
          <w:lang w:val="nb-NO"/>
        </w:rPr>
        <w:t>Når det gjelder dokumentasjon til egenvurderingene skal denne bygge opp under den kompetansen du beskriver, og det må være sammenheng mellom dine opplysninger og det som dokumenteres.  </w:t>
      </w:r>
      <w:r w:rsidRPr="00463EB8">
        <w:rPr>
          <w:rFonts w:ascii="Arial" w:hAnsi="Arial" w:cs="Arial"/>
          <w:b/>
          <w:bCs/>
          <w:lang w:val="nb-NO"/>
        </w:rPr>
        <w:t>I beskrivelsen må du henvise til vedlegg som dokumenterer dine beskrivelser. Det er viktig at all dokumentasjon er tydelig nummerert. </w:t>
      </w:r>
      <w:r w:rsidRPr="00463EB8">
        <w:rPr>
          <w:rFonts w:ascii="Arial" w:hAnsi="Arial" w:cs="Arial"/>
          <w:lang w:val="nb-NO"/>
        </w:rPr>
        <w:t> </w:t>
      </w:r>
    </w:p>
    <w:p w14:paraId="6AAFE52D" w14:textId="77777777" w:rsidR="00463EB8" w:rsidRPr="00463EB8" w:rsidRDefault="00463EB8" w:rsidP="00463EB8">
      <w:pPr>
        <w:rPr>
          <w:rFonts w:ascii="Arial" w:hAnsi="Arial" w:cs="Arial"/>
          <w:lang w:val="nb-NO"/>
        </w:rPr>
      </w:pPr>
      <w:r w:rsidRPr="00463EB8">
        <w:rPr>
          <w:rFonts w:ascii="Arial" w:hAnsi="Arial" w:cs="Arial"/>
          <w:lang w:val="nb-NO"/>
        </w:rPr>
        <w:t>Dersom du har utdanning eller kurs som er relevant for din kompetanse må beskrivelse av innhold, vitnemål eller kursbevis legges ved. </w:t>
      </w:r>
    </w:p>
    <w:p w14:paraId="4A607CCE" w14:textId="77777777" w:rsidR="006F10B1" w:rsidRPr="006F10B1" w:rsidRDefault="006F10B1" w:rsidP="006F10B1">
      <w:pPr>
        <w:rPr>
          <w:rFonts w:ascii="Arial" w:hAnsi="Arial" w:cs="Arial"/>
          <w:lang w:val="nb-NO"/>
        </w:rPr>
      </w:pPr>
    </w:p>
    <w:p w14:paraId="1B1384A1" w14:textId="77777777" w:rsidR="006F10B1" w:rsidRPr="006F10B1" w:rsidRDefault="006F10B1" w:rsidP="006F10B1">
      <w:pPr>
        <w:pStyle w:val="Overskrift2"/>
        <w:rPr>
          <w:rFonts w:cs="Arial"/>
          <w:b w:val="0"/>
          <w:lang w:val="nb-NO"/>
        </w:rPr>
      </w:pPr>
      <w:r w:rsidRPr="006F10B1">
        <w:rPr>
          <w:lang w:val="nb-NO"/>
        </w:rPr>
        <w:t>Viktig å være oppmerksom på</w:t>
      </w:r>
    </w:p>
    <w:p w14:paraId="56D3C929" w14:textId="77777777" w:rsidR="006F10B1" w:rsidRPr="006F10B1" w:rsidRDefault="006F10B1" w:rsidP="006F10B1">
      <w:pPr>
        <w:numPr>
          <w:ilvl w:val="0"/>
          <w:numId w:val="13"/>
        </w:numPr>
        <w:spacing w:after="0" w:line="240" w:lineRule="auto"/>
        <w:rPr>
          <w:rFonts w:ascii="Arial" w:hAnsi="Arial" w:cs="Arial"/>
          <w:lang w:val="nb-NO"/>
        </w:rPr>
      </w:pPr>
      <w:r w:rsidRPr="006F10B1">
        <w:rPr>
          <w:rFonts w:ascii="Arial" w:hAnsi="Arial" w:cs="Arial"/>
          <w:lang w:val="nb-NO"/>
        </w:rPr>
        <w:t>Egenvurderingen må være basert på egen erfaring og egen formulering</w:t>
      </w:r>
    </w:p>
    <w:p w14:paraId="15D91E56" w14:textId="77777777" w:rsidR="006F10B1" w:rsidRPr="006F10B1" w:rsidRDefault="006F10B1" w:rsidP="006F10B1">
      <w:pPr>
        <w:numPr>
          <w:ilvl w:val="0"/>
          <w:numId w:val="13"/>
        </w:numPr>
        <w:spacing w:after="0" w:line="240" w:lineRule="auto"/>
        <w:rPr>
          <w:rFonts w:ascii="Arial" w:hAnsi="Arial" w:cs="Arial"/>
          <w:lang w:val="nb-NO"/>
        </w:rPr>
      </w:pPr>
      <w:r w:rsidRPr="006F10B1">
        <w:rPr>
          <w:rFonts w:ascii="Arial" w:hAnsi="Arial" w:cs="Arial"/>
          <w:lang w:val="nb-NO"/>
        </w:rPr>
        <w:t>Det er ikke tillatt å få bistand fra konsulenter eller andre til å skrive søknaden</w:t>
      </w:r>
    </w:p>
    <w:p w14:paraId="456D870F" w14:textId="77777777" w:rsidR="006F10B1" w:rsidRDefault="006F10B1" w:rsidP="006F10B1">
      <w:pPr>
        <w:numPr>
          <w:ilvl w:val="0"/>
          <w:numId w:val="13"/>
        </w:numPr>
        <w:spacing w:after="0" w:line="240" w:lineRule="auto"/>
        <w:rPr>
          <w:rFonts w:ascii="Arial" w:hAnsi="Arial" w:cs="Arial"/>
          <w:lang w:val="nb-NO"/>
        </w:rPr>
      </w:pPr>
      <w:r w:rsidRPr="006F10B1">
        <w:rPr>
          <w:rFonts w:ascii="Arial" w:hAnsi="Arial" w:cs="Arial"/>
          <w:lang w:val="nb-NO"/>
        </w:rPr>
        <w:t>Realkompetanse er et snevert unntak fra utdanningsløpet og stiller høye krav til dokumentasjon og refleksjon</w:t>
      </w:r>
    </w:p>
    <w:p w14:paraId="2C71E87C" w14:textId="77777777" w:rsidR="00B9059E" w:rsidRPr="006F10B1" w:rsidRDefault="00B9059E" w:rsidP="00B9059E">
      <w:pPr>
        <w:spacing w:after="0" w:line="240" w:lineRule="auto"/>
        <w:ind w:left="720"/>
        <w:rPr>
          <w:rFonts w:ascii="Arial" w:hAnsi="Arial" w:cs="Arial"/>
          <w:lang w:val="nb-NO"/>
        </w:rPr>
      </w:pPr>
    </w:p>
    <w:p w14:paraId="31284C50" w14:textId="60DE125A" w:rsidR="004158A8" w:rsidRPr="006F10B1" w:rsidRDefault="009B34F3" w:rsidP="006F10B1">
      <w:pPr>
        <w:rPr>
          <w:lang w:val="nb-NO"/>
        </w:rPr>
      </w:pPr>
      <w:r w:rsidRPr="006F10B1">
        <w:rPr>
          <w:lang w:val="nb-NO"/>
        </w:rPr>
        <w:br w:type="page"/>
      </w:r>
    </w:p>
    <w:p w14:paraId="72047213" w14:textId="77777777" w:rsidR="004158A8" w:rsidRPr="006F10B1" w:rsidRDefault="009B34F3">
      <w:pPr>
        <w:rPr>
          <w:lang w:val="nb-NO"/>
        </w:rPr>
      </w:pPr>
      <w:r w:rsidRPr="006F10B1">
        <w:rPr>
          <w:b/>
          <w:lang w:val="nb-NO"/>
        </w:rPr>
        <w:lastRenderedPageBreak/>
        <w:t>Modul: Organisasjon, ledelse og administrasjon</w:t>
      </w:r>
    </w:p>
    <w:p w14:paraId="2F993B04" w14:textId="77777777" w:rsidR="004158A8" w:rsidRPr="00C41F11" w:rsidRDefault="009B34F3">
      <w:pPr>
        <w:pStyle w:val="Overskrift1"/>
        <w:rPr>
          <w:lang w:val="nb-NO"/>
        </w:rPr>
      </w:pPr>
      <w:r w:rsidRPr="00C41F11">
        <w:rPr>
          <w:lang w:val="nb-NO"/>
        </w:rPr>
        <w:t>Ledelse av håndverksbedrifter</w:t>
      </w:r>
    </w:p>
    <w:tbl>
      <w:tblPr>
        <w:tblStyle w:val="Tabellrutenett"/>
        <w:tblW w:w="0" w:type="auto"/>
        <w:tblLook w:val="04A0" w:firstRow="1" w:lastRow="0" w:firstColumn="1" w:lastColumn="0" w:noHBand="0" w:noVBand="1"/>
      </w:tblPr>
      <w:tblGrid>
        <w:gridCol w:w="5095"/>
        <w:gridCol w:w="5095"/>
      </w:tblGrid>
      <w:tr w:rsidR="004158A8" w:rsidRPr="00BF49ED" w14:paraId="2F94E65E" w14:textId="77777777">
        <w:trPr>
          <w:cantSplit/>
        </w:trPr>
        <w:tc>
          <w:tcPr>
            <w:tcW w:w="5100" w:type="dxa"/>
          </w:tcPr>
          <w:p w14:paraId="2479C286" w14:textId="77777777" w:rsidR="004158A8" w:rsidRPr="006F10B1" w:rsidRDefault="009B34F3">
            <w:pPr>
              <w:spacing w:after="40"/>
              <w:rPr>
                <w:lang w:val="nb-NO"/>
              </w:rPr>
            </w:pPr>
            <w:r w:rsidRPr="006F10B1">
              <w:rPr>
                <w:b/>
                <w:sz w:val="20"/>
                <w:lang w:val="nb-NO"/>
              </w:rPr>
              <w:t>Hovedtema</w:t>
            </w:r>
          </w:p>
          <w:p w14:paraId="6E285FC0" w14:textId="77777777" w:rsidR="004158A8" w:rsidRPr="006F10B1" w:rsidRDefault="009B34F3">
            <w:pPr>
              <w:rPr>
                <w:lang w:val="nb-NO"/>
              </w:rPr>
            </w:pPr>
            <w:r w:rsidRPr="006F10B1">
              <w:rPr>
                <w:sz w:val="20"/>
                <w:lang w:val="nb-NO"/>
              </w:rPr>
              <w:t>Hovedtemaet handler om hva som kreves for å utøve god ledelse. Det handler videre om å utvikle en egen lederstil basert på moderne ledelsesprinsipper.</w:t>
            </w:r>
          </w:p>
          <w:p w14:paraId="1DEE371F" w14:textId="77777777" w:rsidR="004158A8" w:rsidRPr="006F10B1" w:rsidRDefault="009B34F3">
            <w:pPr>
              <w:rPr>
                <w:lang w:val="nb-NO"/>
              </w:rPr>
            </w:pPr>
            <w:r w:rsidRPr="006F10B1">
              <w:rPr>
                <w:sz w:val="20"/>
                <w:lang w:val="nb-NO"/>
              </w:rPr>
              <w:t>Strategisk ledelse og endringsledelse er en del av hovedtemaet. Her dreier det seg om å forstå og lede bedriftens utvikling i et langsiktig perspektiv, herunder også planlegging og iverksetting av nødvendige endringer.</w:t>
            </w:r>
          </w:p>
        </w:tc>
        <w:tc>
          <w:tcPr>
            <w:tcW w:w="5100" w:type="dxa"/>
          </w:tcPr>
          <w:p w14:paraId="56C5692A" w14:textId="77777777" w:rsidR="004158A8" w:rsidRPr="00D4341D" w:rsidRDefault="009B34F3">
            <w:pPr>
              <w:spacing w:after="40"/>
              <w:rPr>
                <w:lang w:val="nb-NO"/>
              </w:rPr>
            </w:pPr>
            <w:r w:rsidRPr="00D4341D">
              <w:rPr>
                <w:b/>
                <w:sz w:val="20"/>
                <w:lang w:val="nb-NO"/>
              </w:rPr>
              <w:t>Innhold</w:t>
            </w:r>
          </w:p>
          <w:p w14:paraId="6E606658" w14:textId="77777777" w:rsidR="004158A8" w:rsidRPr="00D4341D" w:rsidRDefault="009B34F3">
            <w:pPr>
              <w:pStyle w:val="Punktliste"/>
              <w:rPr>
                <w:lang w:val="nb-NO"/>
              </w:rPr>
            </w:pPr>
            <w:r w:rsidRPr="00D4341D">
              <w:rPr>
                <w:sz w:val="20"/>
                <w:lang w:val="nb-NO"/>
              </w:rPr>
              <w:t>sentrale ledelsesbegreper</w:t>
            </w:r>
          </w:p>
          <w:p w14:paraId="03432201" w14:textId="77777777" w:rsidR="004158A8" w:rsidRPr="00D4341D" w:rsidRDefault="009B34F3">
            <w:pPr>
              <w:pStyle w:val="Punktliste"/>
              <w:rPr>
                <w:lang w:val="nb-NO"/>
              </w:rPr>
            </w:pPr>
            <w:r w:rsidRPr="00D4341D">
              <w:rPr>
                <w:sz w:val="20"/>
                <w:lang w:val="nb-NO"/>
              </w:rPr>
              <w:t>kommunikasjon</w:t>
            </w:r>
          </w:p>
          <w:p w14:paraId="417C205C" w14:textId="77777777" w:rsidR="004158A8" w:rsidRPr="00D4341D" w:rsidRDefault="009B34F3">
            <w:pPr>
              <w:pStyle w:val="Punktliste"/>
              <w:rPr>
                <w:lang w:val="nb-NO"/>
              </w:rPr>
            </w:pPr>
            <w:r w:rsidRPr="00D4341D">
              <w:rPr>
                <w:sz w:val="20"/>
                <w:lang w:val="nb-NO"/>
              </w:rPr>
              <w:t>ledelse basert på moderne ledelsesprinsipper</w:t>
            </w:r>
          </w:p>
          <w:p w14:paraId="51F23267" w14:textId="77777777" w:rsidR="004158A8" w:rsidRPr="00D4341D" w:rsidRDefault="009B34F3">
            <w:pPr>
              <w:pStyle w:val="Punktliste"/>
              <w:rPr>
                <w:lang w:val="nb-NO"/>
              </w:rPr>
            </w:pPr>
            <w:r w:rsidRPr="00D4341D">
              <w:rPr>
                <w:sz w:val="20"/>
                <w:lang w:val="nb-NO"/>
              </w:rPr>
              <w:t>strategisk ledelse</w:t>
            </w:r>
          </w:p>
          <w:p w14:paraId="5384871D" w14:textId="77777777" w:rsidR="004158A8" w:rsidRPr="006F10B1" w:rsidRDefault="009B34F3">
            <w:pPr>
              <w:pStyle w:val="Punktliste"/>
              <w:rPr>
                <w:lang w:val="nb-NO"/>
              </w:rPr>
            </w:pPr>
            <w:r w:rsidRPr="006F10B1">
              <w:rPr>
                <w:sz w:val="20"/>
                <w:lang w:val="nb-NO"/>
              </w:rPr>
              <w:t>verktøy i strategiarbeidet (GAP-analyser, SWOT-analyser mv.)</w:t>
            </w:r>
          </w:p>
          <w:p w14:paraId="1E403A61" w14:textId="77777777" w:rsidR="004158A8" w:rsidRPr="00D4341D" w:rsidRDefault="009B34F3">
            <w:pPr>
              <w:pStyle w:val="Punktliste"/>
              <w:rPr>
                <w:lang w:val="nb-NO"/>
              </w:rPr>
            </w:pPr>
            <w:r w:rsidRPr="00D4341D">
              <w:rPr>
                <w:sz w:val="20"/>
                <w:lang w:val="nb-NO"/>
              </w:rPr>
              <w:t>prosjektledelse</w:t>
            </w:r>
          </w:p>
          <w:p w14:paraId="210C62B9" w14:textId="77777777" w:rsidR="004158A8" w:rsidRPr="00D4341D" w:rsidRDefault="009B34F3">
            <w:pPr>
              <w:pStyle w:val="Punktliste"/>
              <w:rPr>
                <w:lang w:val="nb-NO"/>
              </w:rPr>
            </w:pPr>
            <w:r w:rsidRPr="00D4341D">
              <w:rPr>
                <w:sz w:val="20"/>
                <w:lang w:val="nb-NO"/>
              </w:rPr>
              <w:t>rammebetingelser for en bedrift</w:t>
            </w:r>
          </w:p>
          <w:p w14:paraId="7334119F" w14:textId="77777777" w:rsidR="004158A8" w:rsidRPr="006F10B1" w:rsidRDefault="009B34F3">
            <w:pPr>
              <w:pStyle w:val="Punktliste"/>
              <w:rPr>
                <w:lang w:val="nb-NO"/>
              </w:rPr>
            </w:pPr>
            <w:r w:rsidRPr="006F10B1">
              <w:rPr>
                <w:sz w:val="20"/>
                <w:lang w:val="nb-NO"/>
              </w:rPr>
              <w:t>endring som kontinuerlig prosess og som forutsetning for innovasjon og større konkurransekraft</w:t>
            </w:r>
          </w:p>
        </w:tc>
      </w:tr>
    </w:tbl>
    <w:p w14:paraId="7E56634F"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EA00E7" w:rsidRPr="00032FD2" w14:paraId="616BB439"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6AF388A0" w14:textId="77777777" w:rsidR="002A5CA9" w:rsidRPr="002A5CA9" w:rsidRDefault="002A5CA9">
            <w:pPr>
              <w:spacing w:after="40"/>
              <w:rPr>
                <w:lang w:val="nb-NO"/>
              </w:rPr>
            </w:pPr>
            <w:r w:rsidRPr="002A5CA9">
              <w:rPr>
                <w:b/>
                <w:bCs/>
                <w:sz w:val="20"/>
                <w:szCs w:val="20"/>
                <w:lang w:val="nb-NO"/>
              </w:rPr>
              <w:t>Egenvurdering (skriv her)</w:t>
            </w:r>
          </w:p>
          <w:p w14:paraId="1BCD50CC" w14:textId="77777777" w:rsidR="002A5CA9" w:rsidRPr="002A5CA9" w:rsidRDefault="002A5CA9">
            <w:pPr>
              <w:rPr>
                <w:lang w:val="nb-NO"/>
              </w:rPr>
            </w:pPr>
            <w:r w:rsidRPr="002A5CA9">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EA16087" w14:textId="77777777" w:rsidR="002A5CA9" w:rsidRPr="002A5CA9" w:rsidRDefault="002A5CA9">
            <w:pPr>
              <w:rPr>
                <w:lang w:val="nb-NO"/>
              </w:rPr>
            </w:pPr>
            <w:r w:rsidRPr="002A5CA9">
              <w:rPr>
                <w:lang w:val="nb-NO"/>
              </w:rPr>
              <w:t> </w:t>
            </w:r>
          </w:p>
          <w:p w14:paraId="0000DA49" w14:textId="77777777" w:rsidR="002A5CA9" w:rsidRPr="002A5CA9" w:rsidRDefault="002A5CA9">
            <w:pPr>
              <w:rPr>
                <w:lang w:val="nb-NO"/>
              </w:rPr>
            </w:pPr>
            <w:r w:rsidRPr="002A5CA9">
              <w:rPr>
                <w:lang w:val="nb-NO"/>
              </w:rPr>
              <w:t> </w:t>
            </w:r>
          </w:p>
          <w:p w14:paraId="3BC2E1AF" w14:textId="77777777" w:rsidR="002A5CA9" w:rsidRPr="002A5CA9" w:rsidRDefault="002A5CA9">
            <w:pPr>
              <w:rPr>
                <w:lang w:val="nb-NO"/>
              </w:rPr>
            </w:pPr>
            <w:r w:rsidRPr="002A5CA9">
              <w:rPr>
                <w:i/>
                <w:iCs/>
                <w:lang w:val="nb-NO"/>
              </w:rPr>
              <w:t xml:space="preserve">Veiledning </w:t>
            </w:r>
          </w:p>
          <w:p w14:paraId="3E58D523" w14:textId="77777777" w:rsidR="002A5CA9" w:rsidRPr="002A5CA9" w:rsidRDefault="002A5CA9">
            <w:pPr>
              <w:rPr>
                <w:lang w:val="nb-NO"/>
              </w:rPr>
            </w:pPr>
            <w:r w:rsidRPr="002A5CA9">
              <w:rPr>
                <w:i/>
                <w:iCs/>
                <w:lang w:val="nb-NO"/>
              </w:rPr>
              <w:t>Fremgangsmåten som er skissert nedenfor kan du følge i alle hovedtemaer.</w:t>
            </w:r>
          </w:p>
          <w:p w14:paraId="70F569D1" w14:textId="77777777" w:rsidR="002A5CA9" w:rsidRPr="002A5CA9" w:rsidRDefault="002A5CA9">
            <w:pPr>
              <w:rPr>
                <w:lang w:val="nb-NO"/>
              </w:rPr>
            </w:pPr>
            <w:r w:rsidRPr="002A5CA9">
              <w:rPr>
                <w:i/>
                <w:iCs/>
                <w:lang w:val="nb-NO"/>
              </w:rPr>
              <w:t> </w:t>
            </w:r>
          </w:p>
          <w:p w14:paraId="11E9696B" w14:textId="77777777" w:rsidR="002A5CA9" w:rsidRPr="002A5CA9" w:rsidRDefault="002A5CA9">
            <w:pPr>
              <w:rPr>
                <w:lang w:val="nb-NO"/>
              </w:rPr>
            </w:pPr>
            <w:r w:rsidRPr="002A5CA9">
              <w:rPr>
                <w:i/>
                <w:iCs/>
                <w:lang w:val="nb-NO"/>
              </w:rPr>
              <w:t>I egenvurderingen skal du:</w:t>
            </w:r>
          </w:p>
          <w:p w14:paraId="427DF654" w14:textId="77777777" w:rsidR="002A5CA9" w:rsidRPr="002A5CA9" w:rsidRDefault="002A5CA9">
            <w:pPr>
              <w:rPr>
                <w:lang w:val="nb-NO"/>
              </w:rPr>
            </w:pPr>
            <w:r w:rsidRPr="002A5CA9">
              <w:rPr>
                <w:i/>
                <w:iCs/>
                <w:lang w:val="nb-NO"/>
              </w:rPr>
              <w:t>1.            Beskrive hva du mener er god ledelse</w:t>
            </w:r>
          </w:p>
          <w:p w14:paraId="755FC0CA" w14:textId="77777777" w:rsidR="002A5CA9" w:rsidRPr="002A5CA9" w:rsidRDefault="002A5CA9">
            <w:pPr>
              <w:rPr>
                <w:lang w:val="nb-NO"/>
              </w:rPr>
            </w:pPr>
            <w:r w:rsidRPr="002A5CA9">
              <w:rPr>
                <w:i/>
                <w:iCs/>
                <w:lang w:val="nb-NO"/>
              </w:rPr>
              <w:t>2.            Gi konkrete eksempler med utgangspunkt i hovedtemaets innhold på hvordan du leder eller har ledet en bedrift</w:t>
            </w:r>
          </w:p>
          <w:p w14:paraId="75740223" w14:textId="77777777" w:rsidR="002A5CA9" w:rsidRPr="002A5CA9" w:rsidRDefault="002A5CA9">
            <w:pPr>
              <w:rPr>
                <w:lang w:val="nb-NO"/>
              </w:rPr>
            </w:pPr>
            <w:r w:rsidRPr="002A5CA9">
              <w:rPr>
                <w:i/>
                <w:iCs/>
                <w:lang w:val="nb-NO"/>
              </w:rPr>
              <w:t>3.            Beskrivelsene du gir må underbygges med relevant dokumentasjon</w:t>
            </w:r>
          </w:p>
          <w:p w14:paraId="7E82E32F" w14:textId="77777777" w:rsidR="002A5CA9" w:rsidRPr="002A5CA9" w:rsidRDefault="002A5CA9">
            <w:pPr>
              <w:rPr>
                <w:lang w:val="nb-NO"/>
              </w:rPr>
            </w:pPr>
            <w:r w:rsidRPr="002A5CA9">
              <w:rPr>
                <w:i/>
                <w:iCs/>
                <w:lang w:val="nb-NO"/>
              </w:rPr>
              <w:t> </w:t>
            </w:r>
          </w:p>
          <w:p w14:paraId="7E52869E" w14:textId="77777777" w:rsidR="002A5CA9" w:rsidRPr="002A5CA9" w:rsidRDefault="002A5CA9">
            <w:pPr>
              <w:rPr>
                <w:lang w:val="nb-NO"/>
              </w:rPr>
            </w:pPr>
            <w:r w:rsidRPr="002A5CA9">
              <w:rPr>
                <w:i/>
                <w:iCs/>
                <w:lang w:val="nb-NO"/>
              </w:rPr>
              <w:t>Det er viktig at du beskriver:</w:t>
            </w:r>
          </w:p>
          <w:p w14:paraId="3F03680A" w14:textId="77777777" w:rsidR="002A5CA9" w:rsidRPr="002A5CA9" w:rsidRDefault="002A5CA9">
            <w:pPr>
              <w:rPr>
                <w:lang w:val="nb-NO"/>
              </w:rPr>
            </w:pPr>
            <w:r w:rsidRPr="002A5CA9">
              <w:rPr>
                <w:i/>
                <w:iCs/>
                <w:lang w:val="nb-NO"/>
              </w:rPr>
              <w:t>•             hva du gjør</w:t>
            </w:r>
          </w:p>
          <w:p w14:paraId="00BB1F3A" w14:textId="77777777" w:rsidR="002A5CA9" w:rsidRPr="002A5CA9" w:rsidRDefault="002A5CA9">
            <w:pPr>
              <w:rPr>
                <w:lang w:val="nb-NO"/>
              </w:rPr>
            </w:pPr>
            <w:r w:rsidRPr="002A5CA9">
              <w:rPr>
                <w:i/>
                <w:iCs/>
                <w:lang w:val="nb-NO"/>
              </w:rPr>
              <w:t>•             hvordan du gjør det</w:t>
            </w:r>
          </w:p>
          <w:p w14:paraId="25A9B483" w14:textId="77777777" w:rsidR="002A5CA9" w:rsidRPr="002A5CA9" w:rsidRDefault="002A5CA9">
            <w:pPr>
              <w:rPr>
                <w:lang w:val="nb-NO"/>
              </w:rPr>
            </w:pPr>
            <w:r w:rsidRPr="002A5CA9">
              <w:rPr>
                <w:i/>
                <w:iCs/>
                <w:lang w:val="nb-NO"/>
              </w:rPr>
              <w:t>•             hvorfor du gjør det på denne måten</w:t>
            </w:r>
          </w:p>
          <w:p w14:paraId="7A7EC128" w14:textId="77777777" w:rsidR="002A5CA9" w:rsidRPr="002A5CA9" w:rsidRDefault="002A5CA9">
            <w:pPr>
              <w:rPr>
                <w:lang w:val="nb-NO"/>
              </w:rPr>
            </w:pPr>
            <w:r w:rsidRPr="002A5CA9">
              <w:rPr>
                <w:i/>
                <w:iCs/>
                <w:lang w:val="nb-NO"/>
              </w:rPr>
              <w:t>Beskrivelsene skal være basert på egen erfaring, ikke teori alene</w:t>
            </w:r>
          </w:p>
          <w:p w14:paraId="6BC51061" w14:textId="77777777" w:rsidR="002A5CA9" w:rsidRPr="002A5CA9" w:rsidRDefault="002A5CA9">
            <w:pPr>
              <w:rPr>
                <w:lang w:val="nb-NO"/>
              </w:rPr>
            </w:pPr>
            <w:r w:rsidRPr="002A5CA9">
              <w:rPr>
                <w:i/>
                <w:iCs/>
                <w:lang w:val="nb-NO"/>
              </w:rPr>
              <w:t> </w:t>
            </w:r>
          </w:p>
          <w:p w14:paraId="0212509A" w14:textId="77777777" w:rsidR="002A5CA9" w:rsidRPr="002A5CA9" w:rsidRDefault="002A5CA9">
            <w:pPr>
              <w:rPr>
                <w:lang w:val="nb-NO"/>
              </w:rPr>
            </w:pPr>
            <w:r w:rsidRPr="002A5CA9">
              <w:rPr>
                <w:i/>
                <w:iCs/>
                <w:lang w:val="nb-NO"/>
              </w:rPr>
              <w:t>Viktig å huske</w:t>
            </w:r>
          </w:p>
          <w:p w14:paraId="13AAE510" w14:textId="77777777" w:rsidR="002A5CA9" w:rsidRPr="002A5CA9" w:rsidRDefault="002A5CA9">
            <w:pPr>
              <w:rPr>
                <w:lang w:val="nb-NO"/>
              </w:rPr>
            </w:pPr>
            <w:r w:rsidRPr="002A5CA9">
              <w:rPr>
                <w:i/>
                <w:iCs/>
                <w:lang w:val="nb-NO"/>
              </w:rPr>
              <w:t>•             Bruk egne erfaringer og eksempler</w:t>
            </w:r>
          </w:p>
          <w:p w14:paraId="1E224460" w14:textId="77777777" w:rsidR="002A5CA9" w:rsidRPr="002A5CA9" w:rsidRDefault="002A5CA9">
            <w:pPr>
              <w:rPr>
                <w:lang w:val="nb-NO"/>
              </w:rPr>
            </w:pPr>
            <w:r w:rsidRPr="002A5CA9">
              <w:rPr>
                <w:i/>
                <w:iCs/>
                <w:lang w:val="nb-NO"/>
              </w:rPr>
              <w:t>•             Vis sammenheng mellom erfaring og hovedtemaets innhold</w:t>
            </w:r>
          </w:p>
          <w:p w14:paraId="23A5CBC7" w14:textId="77777777" w:rsidR="002A5CA9" w:rsidRPr="002A5CA9" w:rsidRDefault="002A5CA9">
            <w:pPr>
              <w:rPr>
                <w:lang w:val="nb-NO"/>
              </w:rPr>
            </w:pPr>
            <w:r w:rsidRPr="002A5CA9">
              <w:rPr>
                <w:i/>
                <w:iCs/>
                <w:lang w:val="nb-NO"/>
              </w:rPr>
              <w:t>•             Det er ikke krav om fagbegreper, men det er viktig å vise refleksjon og forståelse</w:t>
            </w:r>
          </w:p>
          <w:p w14:paraId="2A874DE9" w14:textId="77777777" w:rsidR="002A5CA9" w:rsidRPr="00032FD2" w:rsidRDefault="002A5CA9">
            <w:pPr>
              <w:rPr>
                <w:lang w:val="nb-NO"/>
              </w:rPr>
            </w:pPr>
            <w:r w:rsidRPr="00032FD2">
              <w:rPr>
                <w:i/>
                <w:lang w:val="nb-NO"/>
              </w:rPr>
              <w:t>•             Det er kvaliteten på beskrivelsene som vurderes – ikke omfang alene</w:t>
            </w:r>
          </w:p>
          <w:p w14:paraId="23C4BB76" w14:textId="77777777" w:rsidR="002A5CA9" w:rsidRPr="00032FD2" w:rsidRDefault="002A5CA9">
            <w:pPr>
              <w:rPr>
                <w:lang w:val="nb-NO"/>
              </w:rPr>
            </w:pPr>
            <w:r w:rsidRPr="00032FD2">
              <w:rPr>
                <w:i/>
                <w:lang w:val="nb-NO"/>
              </w:rPr>
              <w:t> </w:t>
            </w:r>
          </w:p>
          <w:p w14:paraId="15AE792F" w14:textId="77777777" w:rsidR="002A5CA9" w:rsidRPr="00032FD2" w:rsidRDefault="002A5CA9">
            <w:pPr>
              <w:rPr>
                <w:lang w:val="nb-NO"/>
              </w:rPr>
            </w:pPr>
            <w:r w:rsidRPr="00032FD2">
              <w:rPr>
                <w:lang w:val="nb-NO"/>
              </w:rPr>
              <w:t> </w:t>
            </w:r>
          </w:p>
        </w:tc>
      </w:tr>
    </w:tbl>
    <w:p w14:paraId="2F6EEB09" w14:textId="77777777" w:rsidR="004158A8" w:rsidRPr="00F97E95" w:rsidRDefault="004158A8">
      <w:pPr>
        <w:rPr>
          <w:lang w:val="nb-NO"/>
        </w:rPr>
      </w:pPr>
    </w:p>
    <w:tbl>
      <w:tblPr>
        <w:tblStyle w:val="Tabellrutenett"/>
        <w:tblW w:w="0" w:type="auto"/>
        <w:tblLook w:val="04A0" w:firstRow="1" w:lastRow="0" w:firstColumn="1" w:lastColumn="0" w:noHBand="0" w:noVBand="1"/>
      </w:tblPr>
      <w:tblGrid>
        <w:gridCol w:w="10190"/>
      </w:tblGrid>
      <w:tr w:rsidR="004158A8" w:rsidRPr="00D4341D" w14:paraId="4B960736" w14:textId="77777777">
        <w:trPr>
          <w:cantSplit/>
          <w:trHeight w:val="2381"/>
        </w:trPr>
        <w:tc>
          <w:tcPr>
            <w:tcW w:w="10200" w:type="dxa"/>
          </w:tcPr>
          <w:p w14:paraId="4D3B72F0" w14:textId="77777777" w:rsidR="004158A8" w:rsidRPr="006F10B1" w:rsidRDefault="009B34F3">
            <w:pPr>
              <w:spacing w:after="40"/>
              <w:rPr>
                <w:lang w:val="nb-NO"/>
              </w:rPr>
            </w:pPr>
            <w:r w:rsidRPr="006F10B1">
              <w:rPr>
                <w:b/>
                <w:sz w:val="20"/>
                <w:lang w:val="nb-NO"/>
              </w:rPr>
              <w:lastRenderedPageBreak/>
              <w:t>Relevante vedlegg (liste/henvisninger)</w:t>
            </w:r>
          </w:p>
          <w:p w14:paraId="7CB543A4" w14:textId="331A811F" w:rsidR="004158A8" w:rsidRPr="006F10B1" w:rsidRDefault="009B34F3">
            <w:pPr>
              <w:rPr>
                <w:lang w:val="nb-NO"/>
              </w:rPr>
            </w:pPr>
            <w:r w:rsidRPr="006F10B1">
              <w:rPr>
                <w:sz w:val="20"/>
                <w:lang w:val="nb-NO"/>
              </w:rPr>
              <w:t>Oppgi vedleggsnummer og kort beskrivelse av dokumentasjonen</w:t>
            </w:r>
          </w:p>
          <w:p w14:paraId="50F0DE57" w14:textId="77777777" w:rsidR="004158A8" w:rsidRPr="00D4341D" w:rsidRDefault="009B34F3">
            <w:pPr>
              <w:rPr>
                <w:lang w:val="nb-NO"/>
              </w:rPr>
            </w:pPr>
            <w:r w:rsidRPr="00D4341D">
              <w:rPr>
                <w:b/>
                <w:sz w:val="20"/>
                <w:lang w:val="nb-NO"/>
              </w:rPr>
              <w:t>Eksempel/henvisning fra malen:</w:t>
            </w:r>
          </w:p>
          <w:p w14:paraId="438EA1DF" w14:textId="77777777" w:rsidR="004158A8" w:rsidRPr="00D4341D" w:rsidRDefault="009B34F3">
            <w:pPr>
              <w:pStyle w:val="Punktliste"/>
              <w:rPr>
                <w:lang w:val="nb-NO"/>
              </w:rPr>
            </w:pPr>
            <w:r w:rsidRPr="00D4341D">
              <w:rPr>
                <w:sz w:val="20"/>
                <w:lang w:val="nb-NO"/>
              </w:rPr>
              <w:t>1, 2 og 3</w:t>
            </w:r>
          </w:p>
          <w:p w14:paraId="51E4C1ED" w14:textId="77777777" w:rsidR="004158A8" w:rsidRPr="00D4341D" w:rsidRDefault="004158A8">
            <w:pPr>
              <w:rPr>
                <w:lang w:val="nb-NO"/>
              </w:rPr>
            </w:pPr>
          </w:p>
          <w:p w14:paraId="4FF079BD" w14:textId="77777777" w:rsidR="004158A8" w:rsidRPr="00D4341D" w:rsidRDefault="004158A8">
            <w:pPr>
              <w:rPr>
                <w:lang w:val="nb-NO"/>
              </w:rPr>
            </w:pPr>
          </w:p>
          <w:p w14:paraId="577B1CED" w14:textId="77777777" w:rsidR="004158A8" w:rsidRPr="00D4341D" w:rsidRDefault="004158A8">
            <w:pPr>
              <w:rPr>
                <w:lang w:val="nb-NO"/>
              </w:rPr>
            </w:pPr>
          </w:p>
          <w:p w14:paraId="2911A510" w14:textId="77777777" w:rsidR="004158A8" w:rsidRPr="00D4341D" w:rsidRDefault="004158A8">
            <w:pPr>
              <w:rPr>
                <w:lang w:val="nb-NO"/>
              </w:rPr>
            </w:pPr>
          </w:p>
          <w:p w14:paraId="24F61F0C" w14:textId="77777777" w:rsidR="004158A8" w:rsidRPr="00D4341D" w:rsidRDefault="004158A8">
            <w:pPr>
              <w:rPr>
                <w:lang w:val="nb-NO"/>
              </w:rPr>
            </w:pPr>
          </w:p>
          <w:p w14:paraId="1111C6BC" w14:textId="77777777" w:rsidR="004158A8" w:rsidRPr="00D4341D" w:rsidRDefault="004158A8">
            <w:pPr>
              <w:rPr>
                <w:lang w:val="nb-NO"/>
              </w:rPr>
            </w:pPr>
          </w:p>
          <w:p w14:paraId="7201D6B0" w14:textId="77777777" w:rsidR="004158A8" w:rsidRPr="00D4341D" w:rsidRDefault="004158A8">
            <w:pPr>
              <w:rPr>
                <w:lang w:val="nb-NO"/>
              </w:rPr>
            </w:pPr>
          </w:p>
        </w:tc>
      </w:tr>
    </w:tbl>
    <w:p w14:paraId="559F8466" w14:textId="77777777" w:rsidR="004158A8" w:rsidRPr="00D4341D" w:rsidRDefault="009B34F3">
      <w:pPr>
        <w:rPr>
          <w:lang w:val="nb-NO"/>
        </w:rPr>
      </w:pPr>
      <w:r w:rsidRPr="00D4341D">
        <w:rPr>
          <w:lang w:val="nb-NO"/>
        </w:rPr>
        <w:br w:type="page"/>
      </w:r>
    </w:p>
    <w:p w14:paraId="63A71877" w14:textId="77777777" w:rsidR="004158A8" w:rsidRPr="00D4341D" w:rsidRDefault="009B34F3">
      <w:pPr>
        <w:rPr>
          <w:lang w:val="nb-NO"/>
        </w:rPr>
      </w:pPr>
      <w:r w:rsidRPr="00D4341D">
        <w:rPr>
          <w:b/>
          <w:lang w:val="nb-NO"/>
        </w:rPr>
        <w:lastRenderedPageBreak/>
        <w:t>Modul: Organisasjon, ledelse og administrasjon</w:t>
      </w:r>
    </w:p>
    <w:p w14:paraId="1C627E26" w14:textId="77777777" w:rsidR="004158A8" w:rsidRPr="00D4341D" w:rsidRDefault="009B34F3">
      <w:pPr>
        <w:pStyle w:val="Overskrift1"/>
        <w:rPr>
          <w:lang w:val="nb-NO"/>
        </w:rPr>
      </w:pPr>
      <w:r w:rsidRPr="00D4341D">
        <w:rPr>
          <w:lang w:val="nb-NO"/>
        </w:rPr>
        <w:t>Organisasjon og administrasjon</w:t>
      </w:r>
    </w:p>
    <w:tbl>
      <w:tblPr>
        <w:tblStyle w:val="Tabellrutenett"/>
        <w:tblW w:w="0" w:type="auto"/>
        <w:tblLook w:val="04A0" w:firstRow="1" w:lastRow="0" w:firstColumn="1" w:lastColumn="0" w:noHBand="0" w:noVBand="1"/>
      </w:tblPr>
      <w:tblGrid>
        <w:gridCol w:w="5095"/>
        <w:gridCol w:w="5095"/>
      </w:tblGrid>
      <w:tr w:rsidR="004158A8" w:rsidRPr="00D4341D" w14:paraId="308E6BDA" w14:textId="77777777">
        <w:trPr>
          <w:cantSplit/>
        </w:trPr>
        <w:tc>
          <w:tcPr>
            <w:tcW w:w="5100" w:type="dxa"/>
          </w:tcPr>
          <w:p w14:paraId="098E4762" w14:textId="77777777" w:rsidR="004158A8" w:rsidRPr="00D4341D" w:rsidRDefault="009B34F3">
            <w:pPr>
              <w:spacing w:after="40"/>
              <w:rPr>
                <w:lang w:val="nb-NO"/>
              </w:rPr>
            </w:pPr>
            <w:r w:rsidRPr="00D4341D">
              <w:rPr>
                <w:b/>
                <w:sz w:val="20"/>
                <w:lang w:val="nb-NO"/>
              </w:rPr>
              <w:t>Hovedtema</w:t>
            </w:r>
          </w:p>
          <w:p w14:paraId="32552A55" w14:textId="77777777" w:rsidR="004158A8" w:rsidRPr="006F10B1" w:rsidRDefault="009B34F3">
            <w:pPr>
              <w:rPr>
                <w:lang w:val="nb-NO"/>
              </w:rPr>
            </w:pPr>
            <w:r w:rsidRPr="006F10B1">
              <w:rPr>
                <w:sz w:val="20"/>
                <w:lang w:val="nb-NO"/>
              </w:rPr>
              <w:t>Hovedtemaet handler om betydningen av god organisering og gode administrative rutiner. Praktisk arbeidsorganisering mellom leder og medarbeider inngår i området sammen med organisasjonen som formelt og uformelt system.</w:t>
            </w:r>
          </w:p>
        </w:tc>
        <w:tc>
          <w:tcPr>
            <w:tcW w:w="5100" w:type="dxa"/>
          </w:tcPr>
          <w:p w14:paraId="0845CD68" w14:textId="77777777" w:rsidR="004158A8" w:rsidRPr="00D4341D" w:rsidRDefault="009B34F3">
            <w:pPr>
              <w:spacing w:after="40"/>
              <w:rPr>
                <w:lang w:val="nb-NO"/>
              </w:rPr>
            </w:pPr>
            <w:r w:rsidRPr="00D4341D">
              <w:rPr>
                <w:b/>
                <w:sz w:val="20"/>
                <w:lang w:val="nb-NO"/>
              </w:rPr>
              <w:t>Innhold</w:t>
            </w:r>
          </w:p>
          <w:p w14:paraId="78E5D00A" w14:textId="77777777" w:rsidR="004158A8" w:rsidRPr="006F10B1" w:rsidRDefault="009B34F3">
            <w:pPr>
              <w:pStyle w:val="Punktliste"/>
              <w:rPr>
                <w:lang w:val="nb-NO"/>
              </w:rPr>
            </w:pPr>
            <w:r w:rsidRPr="006F10B1">
              <w:rPr>
                <w:sz w:val="20"/>
                <w:lang w:val="nb-NO"/>
              </w:rPr>
              <w:t>ulike organisasjonsformer og organisasjonen som formelt og uformelt system</w:t>
            </w:r>
          </w:p>
          <w:p w14:paraId="236B17DB" w14:textId="77777777" w:rsidR="004158A8" w:rsidRPr="00D4341D" w:rsidRDefault="009B34F3">
            <w:pPr>
              <w:pStyle w:val="Punktliste"/>
              <w:rPr>
                <w:lang w:val="nb-NO"/>
              </w:rPr>
            </w:pPr>
            <w:r w:rsidRPr="00D4341D">
              <w:rPr>
                <w:sz w:val="20"/>
                <w:lang w:val="nb-NO"/>
              </w:rPr>
              <w:t>organisasjonskart med stillingsbeskrivelser</w:t>
            </w:r>
          </w:p>
          <w:p w14:paraId="5E7EE8B9" w14:textId="77777777" w:rsidR="004158A8" w:rsidRPr="00D4341D" w:rsidRDefault="009B34F3">
            <w:pPr>
              <w:pStyle w:val="Punktliste"/>
              <w:rPr>
                <w:lang w:val="nb-NO"/>
              </w:rPr>
            </w:pPr>
            <w:r w:rsidRPr="00D4341D">
              <w:rPr>
                <w:sz w:val="20"/>
                <w:lang w:val="nb-NO"/>
              </w:rPr>
              <w:t>kartlegging og organisering av arbeidsoppgaver</w:t>
            </w:r>
          </w:p>
          <w:p w14:paraId="45B2FBF1" w14:textId="77777777" w:rsidR="004158A8" w:rsidRPr="00D4341D" w:rsidRDefault="009B34F3">
            <w:pPr>
              <w:pStyle w:val="Punktliste"/>
              <w:rPr>
                <w:lang w:val="nb-NO"/>
              </w:rPr>
            </w:pPr>
            <w:r w:rsidRPr="00D4341D">
              <w:rPr>
                <w:sz w:val="20"/>
                <w:lang w:val="nb-NO"/>
              </w:rPr>
              <w:t>kontorrutiner og samordning av disse</w:t>
            </w:r>
          </w:p>
          <w:p w14:paraId="7E781441" w14:textId="77777777" w:rsidR="004158A8" w:rsidRPr="006F10B1" w:rsidRDefault="009B34F3">
            <w:pPr>
              <w:pStyle w:val="Punktliste"/>
              <w:rPr>
                <w:lang w:val="nb-NO"/>
              </w:rPr>
            </w:pPr>
            <w:r w:rsidRPr="006F10B1">
              <w:rPr>
                <w:sz w:val="20"/>
                <w:lang w:val="nb-NO"/>
              </w:rPr>
              <w:t>IKT og tekniske hjelpemidler i det administrative arbeidet</w:t>
            </w:r>
          </w:p>
          <w:p w14:paraId="5FADFB4C" w14:textId="77777777" w:rsidR="004158A8" w:rsidRPr="00D4341D" w:rsidRDefault="009B34F3">
            <w:pPr>
              <w:pStyle w:val="Punktliste"/>
              <w:rPr>
                <w:lang w:val="nb-NO"/>
              </w:rPr>
            </w:pPr>
            <w:r w:rsidRPr="00D4341D">
              <w:rPr>
                <w:sz w:val="20"/>
                <w:lang w:val="nb-NO"/>
              </w:rPr>
              <w:t>personlig tidsplanlegging</w:t>
            </w:r>
          </w:p>
        </w:tc>
      </w:tr>
    </w:tbl>
    <w:p w14:paraId="62CC4A7B"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80"/>
      </w:tblGrid>
      <w:tr w:rsidR="00EA00E7" w:rsidRPr="00032FD2" w14:paraId="2F722E77"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1241448E" w14:textId="77777777" w:rsidR="002A5CA9" w:rsidRPr="00032FD2" w:rsidRDefault="002A5CA9">
            <w:pPr>
              <w:spacing w:after="40"/>
              <w:rPr>
                <w:lang w:val="nb-NO"/>
              </w:rPr>
            </w:pPr>
            <w:r w:rsidRPr="00032FD2">
              <w:rPr>
                <w:b/>
                <w:sz w:val="20"/>
                <w:szCs w:val="20"/>
                <w:lang w:val="nb-NO"/>
              </w:rPr>
              <w:t>Egenvurdering (skriv her)</w:t>
            </w:r>
          </w:p>
          <w:p w14:paraId="6CEFB2E1"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42AE63E4" w14:textId="77777777" w:rsidR="002A5CA9" w:rsidRPr="00032FD2" w:rsidRDefault="002A5CA9">
            <w:pPr>
              <w:rPr>
                <w:lang w:val="nb-NO"/>
              </w:rPr>
            </w:pPr>
            <w:r w:rsidRPr="00032FD2">
              <w:rPr>
                <w:lang w:val="nb-NO"/>
              </w:rPr>
              <w:t> </w:t>
            </w:r>
          </w:p>
          <w:p w14:paraId="373AE8F0" w14:textId="77777777" w:rsidR="002A5CA9" w:rsidRPr="00032FD2" w:rsidRDefault="002A5CA9">
            <w:pPr>
              <w:rPr>
                <w:lang w:val="nb-NO"/>
              </w:rPr>
            </w:pPr>
            <w:r w:rsidRPr="00032FD2">
              <w:rPr>
                <w:lang w:val="nb-NO"/>
              </w:rPr>
              <w:t> </w:t>
            </w:r>
          </w:p>
          <w:p w14:paraId="6A07011F" w14:textId="77777777" w:rsidR="002A5CA9" w:rsidRPr="00032FD2" w:rsidRDefault="002A5CA9">
            <w:pPr>
              <w:rPr>
                <w:lang w:val="nb-NO"/>
              </w:rPr>
            </w:pPr>
            <w:r w:rsidRPr="00032FD2">
              <w:rPr>
                <w:lang w:val="nb-NO"/>
              </w:rPr>
              <w:t> </w:t>
            </w:r>
          </w:p>
          <w:p w14:paraId="29C2FC79" w14:textId="77777777" w:rsidR="002A5CA9" w:rsidRPr="00032FD2" w:rsidRDefault="002A5CA9">
            <w:pPr>
              <w:rPr>
                <w:lang w:val="nb-NO"/>
              </w:rPr>
            </w:pPr>
            <w:r w:rsidRPr="00032FD2">
              <w:rPr>
                <w:lang w:val="nb-NO"/>
              </w:rPr>
              <w:t> </w:t>
            </w:r>
          </w:p>
          <w:p w14:paraId="385C6B40" w14:textId="77777777" w:rsidR="002A5CA9" w:rsidRPr="00032FD2" w:rsidRDefault="002A5CA9">
            <w:pPr>
              <w:rPr>
                <w:lang w:val="nb-NO"/>
              </w:rPr>
            </w:pPr>
            <w:r w:rsidRPr="00032FD2">
              <w:rPr>
                <w:lang w:val="nb-NO"/>
              </w:rPr>
              <w:t> </w:t>
            </w:r>
          </w:p>
          <w:p w14:paraId="4C8B400E" w14:textId="77777777" w:rsidR="002A5CA9" w:rsidRPr="00032FD2" w:rsidRDefault="002A5CA9">
            <w:pPr>
              <w:rPr>
                <w:lang w:val="nb-NO"/>
              </w:rPr>
            </w:pPr>
            <w:r w:rsidRPr="00032FD2">
              <w:rPr>
                <w:lang w:val="nb-NO"/>
              </w:rPr>
              <w:t> </w:t>
            </w:r>
          </w:p>
          <w:p w14:paraId="15252FB5" w14:textId="77777777" w:rsidR="002A5CA9" w:rsidRPr="00032FD2" w:rsidRDefault="002A5CA9">
            <w:pPr>
              <w:rPr>
                <w:lang w:val="nb-NO"/>
              </w:rPr>
            </w:pPr>
            <w:r w:rsidRPr="00032FD2">
              <w:rPr>
                <w:lang w:val="nb-NO"/>
              </w:rPr>
              <w:t> </w:t>
            </w:r>
          </w:p>
          <w:p w14:paraId="4EA3E554" w14:textId="77777777" w:rsidR="002A5CA9" w:rsidRPr="00032FD2" w:rsidRDefault="002A5CA9">
            <w:pPr>
              <w:rPr>
                <w:lang w:val="nb-NO"/>
              </w:rPr>
            </w:pPr>
            <w:r w:rsidRPr="00032FD2">
              <w:rPr>
                <w:lang w:val="nb-NO"/>
              </w:rPr>
              <w:t> </w:t>
            </w:r>
          </w:p>
          <w:p w14:paraId="00A1B8A9" w14:textId="77777777" w:rsidR="002A5CA9" w:rsidRPr="00032FD2" w:rsidRDefault="002A5CA9">
            <w:pPr>
              <w:rPr>
                <w:lang w:val="nb-NO"/>
              </w:rPr>
            </w:pPr>
            <w:r w:rsidRPr="00032FD2">
              <w:rPr>
                <w:lang w:val="nb-NO"/>
              </w:rPr>
              <w:t> </w:t>
            </w:r>
          </w:p>
          <w:p w14:paraId="5735E982" w14:textId="77777777" w:rsidR="002A5CA9" w:rsidRPr="00032FD2" w:rsidRDefault="002A5CA9">
            <w:pPr>
              <w:rPr>
                <w:lang w:val="nb-NO"/>
              </w:rPr>
            </w:pPr>
            <w:r w:rsidRPr="00032FD2">
              <w:rPr>
                <w:lang w:val="nb-NO"/>
              </w:rPr>
              <w:t> </w:t>
            </w:r>
          </w:p>
          <w:p w14:paraId="4A4C1052" w14:textId="77777777" w:rsidR="002A5CA9" w:rsidRPr="00032FD2" w:rsidRDefault="002A5CA9">
            <w:pPr>
              <w:rPr>
                <w:lang w:val="nb-NO"/>
              </w:rPr>
            </w:pPr>
            <w:r w:rsidRPr="00032FD2">
              <w:rPr>
                <w:lang w:val="nb-NO"/>
              </w:rPr>
              <w:t> </w:t>
            </w:r>
          </w:p>
          <w:p w14:paraId="631AF4E6" w14:textId="77777777" w:rsidR="002A5CA9" w:rsidRPr="00032FD2" w:rsidRDefault="002A5CA9">
            <w:pPr>
              <w:rPr>
                <w:lang w:val="nb-NO"/>
              </w:rPr>
            </w:pPr>
            <w:r w:rsidRPr="00032FD2">
              <w:rPr>
                <w:lang w:val="nb-NO"/>
              </w:rPr>
              <w:t> </w:t>
            </w:r>
          </w:p>
          <w:p w14:paraId="1C3216F7" w14:textId="77777777" w:rsidR="002A5CA9" w:rsidRPr="00032FD2" w:rsidRDefault="002A5CA9">
            <w:pPr>
              <w:rPr>
                <w:lang w:val="nb-NO"/>
              </w:rPr>
            </w:pPr>
            <w:r w:rsidRPr="00032FD2">
              <w:rPr>
                <w:lang w:val="nb-NO"/>
              </w:rPr>
              <w:t> </w:t>
            </w:r>
          </w:p>
          <w:p w14:paraId="48A7BB6D" w14:textId="77777777" w:rsidR="002A5CA9" w:rsidRPr="00032FD2" w:rsidRDefault="002A5CA9">
            <w:pPr>
              <w:rPr>
                <w:lang w:val="nb-NO"/>
              </w:rPr>
            </w:pPr>
            <w:r w:rsidRPr="00032FD2">
              <w:rPr>
                <w:lang w:val="nb-NO"/>
              </w:rPr>
              <w:t> </w:t>
            </w:r>
          </w:p>
          <w:p w14:paraId="65CE1931" w14:textId="77777777" w:rsidR="002A5CA9" w:rsidRPr="00032FD2" w:rsidRDefault="002A5CA9">
            <w:pPr>
              <w:rPr>
                <w:lang w:val="nb-NO"/>
              </w:rPr>
            </w:pPr>
            <w:r w:rsidRPr="00032FD2">
              <w:rPr>
                <w:lang w:val="nb-NO"/>
              </w:rPr>
              <w:t> </w:t>
            </w:r>
          </w:p>
          <w:p w14:paraId="2EA9496A" w14:textId="77777777" w:rsidR="002A5CA9" w:rsidRPr="00032FD2" w:rsidRDefault="002A5CA9">
            <w:pPr>
              <w:rPr>
                <w:lang w:val="nb-NO"/>
              </w:rPr>
            </w:pPr>
            <w:r w:rsidRPr="00032FD2">
              <w:rPr>
                <w:lang w:val="nb-NO"/>
              </w:rPr>
              <w:t> </w:t>
            </w:r>
          </w:p>
        </w:tc>
      </w:tr>
    </w:tbl>
    <w:p w14:paraId="4F34E242"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5B689D6D" w14:textId="77777777">
        <w:trPr>
          <w:cantSplit/>
          <w:trHeight w:val="2381"/>
        </w:trPr>
        <w:tc>
          <w:tcPr>
            <w:tcW w:w="10200" w:type="dxa"/>
          </w:tcPr>
          <w:p w14:paraId="3AD8E022" w14:textId="77777777" w:rsidR="004158A8" w:rsidRPr="006F10B1" w:rsidRDefault="009B34F3">
            <w:pPr>
              <w:spacing w:after="40"/>
              <w:rPr>
                <w:lang w:val="nb-NO"/>
              </w:rPr>
            </w:pPr>
            <w:r w:rsidRPr="006F10B1">
              <w:rPr>
                <w:b/>
                <w:sz w:val="20"/>
                <w:lang w:val="nb-NO"/>
              </w:rPr>
              <w:t>Relevante vedlegg (liste/henvisninger)</w:t>
            </w:r>
          </w:p>
          <w:p w14:paraId="2D1B503E" w14:textId="565B3122" w:rsidR="004158A8" w:rsidRPr="006F10B1" w:rsidRDefault="009B34F3">
            <w:pPr>
              <w:rPr>
                <w:lang w:val="nb-NO"/>
              </w:rPr>
            </w:pPr>
            <w:r w:rsidRPr="006F10B1">
              <w:rPr>
                <w:sz w:val="20"/>
                <w:lang w:val="nb-NO"/>
              </w:rPr>
              <w:t>Oppgi vedleggsnummer og kort beskrivelse av dokumentasjonen som underbygger egenvurderingen</w:t>
            </w:r>
            <w:r w:rsidR="00745610">
              <w:rPr>
                <w:sz w:val="20"/>
                <w:lang w:val="nb-NO"/>
              </w:rPr>
              <w:t>.</w:t>
            </w:r>
          </w:p>
          <w:p w14:paraId="0BE236D7" w14:textId="77777777" w:rsidR="004158A8" w:rsidRPr="006F10B1" w:rsidRDefault="004158A8">
            <w:pPr>
              <w:rPr>
                <w:lang w:val="nb-NO"/>
              </w:rPr>
            </w:pPr>
          </w:p>
          <w:p w14:paraId="005E8132" w14:textId="77777777" w:rsidR="004158A8" w:rsidRPr="006F10B1" w:rsidRDefault="004158A8">
            <w:pPr>
              <w:rPr>
                <w:lang w:val="nb-NO"/>
              </w:rPr>
            </w:pPr>
          </w:p>
          <w:p w14:paraId="448EF949" w14:textId="77777777" w:rsidR="004158A8" w:rsidRPr="006F10B1" w:rsidRDefault="004158A8">
            <w:pPr>
              <w:rPr>
                <w:lang w:val="nb-NO"/>
              </w:rPr>
            </w:pPr>
          </w:p>
          <w:p w14:paraId="3BFE401C" w14:textId="77777777" w:rsidR="004158A8" w:rsidRPr="006F10B1" w:rsidRDefault="004158A8">
            <w:pPr>
              <w:rPr>
                <w:lang w:val="nb-NO"/>
              </w:rPr>
            </w:pPr>
          </w:p>
          <w:p w14:paraId="23EE4B30" w14:textId="77777777" w:rsidR="004158A8" w:rsidRPr="006F10B1" w:rsidRDefault="004158A8">
            <w:pPr>
              <w:rPr>
                <w:lang w:val="nb-NO"/>
              </w:rPr>
            </w:pPr>
          </w:p>
          <w:p w14:paraId="07C74230" w14:textId="77777777" w:rsidR="004158A8" w:rsidRPr="006F10B1" w:rsidRDefault="004158A8">
            <w:pPr>
              <w:rPr>
                <w:lang w:val="nb-NO"/>
              </w:rPr>
            </w:pPr>
          </w:p>
          <w:p w14:paraId="0242E570" w14:textId="77777777" w:rsidR="004158A8" w:rsidRPr="006F10B1" w:rsidRDefault="004158A8">
            <w:pPr>
              <w:rPr>
                <w:lang w:val="nb-NO"/>
              </w:rPr>
            </w:pPr>
          </w:p>
        </w:tc>
      </w:tr>
    </w:tbl>
    <w:p w14:paraId="576C5117" w14:textId="77777777" w:rsidR="004158A8" w:rsidRPr="006F10B1" w:rsidRDefault="009B34F3">
      <w:pPr>
        <w:rPr>
          <w:lang w:val="nb-NO"/>
        </w:rPr>
      </w:pPr>
      <w:r w:rsidRPr="006F10B1">
        <w:rPr>
          <w:lang w:val="nb-NO"/>
        </w:rPr>
        <w:br w:type="page"/>
      </w:r>
    </w:p>
    <w:p w14:paraId="716FBED0" w14:textId="77777777" w:rsidR="004158A8" w:rsidRPr="006F10B1" w:rsidRDefault="009B34F3">
      <w:pPr>
        <w:rPr>
          <w:lang w:val="nb-NO"/>
        </w:rPr>
      </w:pPr>
      <w:r w:rsidRPr="006F10B1">
        <w:rPr>
          <w:b/>
          <w:lang w:val="nb-NO"/>
        </w:rPr>
        <w:lastRenderedPageBreak/>
        <w:t>Modul: Organisasjon, ledelse og administrasjon</w:t>
      </w:r>
    </w:p>
    <w:p w14:paraId="66F81B22" w14:textId="77777777" w:rsidR="004158A8" w:rsidRPr="006F10B1" w:rsidRDefault="009B34F3">
      <w:pPr>
        <w:pStyle w:val="Overskrift1"/>
        <w:rPr>
          <w:lang w:val="nb-NO"/>
        </w:rPr>
      </w:pPr>
      <w:r w:rsidRPr="006F10B1">
        <w:rPr>
          <w:lang w:val="nb-NO"/>
        </w:rPr>
        <w:t>Arbeidslivets regelverk</w:t>
      </w:r>
    </w:p>
    <w:tbl>
      <w:tblPr>
        <w:tblStyle w:val="Tabellrutenett"/>
        <w:tblW w:w="0" w:type="auto"/>
        <w:tblLook w:val="04A0" w:firstRow="1" w:lastRow="0" w:firstColumn="1" w:lastColumn="0" w:noHBand="0" w:noVBand="1"/>
      </w:tblPr>
      <w:tblGrid>
        <w:gridCol w:w="5095"/>
        <w:gridCol w:w="5095"/>
      </w:tblGrid>
      <w:tr w:rsidR="004158A8" w:rsidRPr="00BF49ED" w14:paraId="38EA2281" w14:textId="77777777">
        <w:trPr>
          <w:cantSplit/>
        </w:trPr>
        <w:tc>
          <w:tcPr>
            <w:tcW w:w="5100" w:type="dxa"/>
          </w:tcPr>
          <w:p w14:paraId="5735E501" w14:textId="77777777" w:rsidR="004158A8" w:rsidRPr="006F10B1" w:rsidRDefault="009B34F3">
            <w:pPr>
              <w:spacing w:after="40"/>
              <w:rPr>
                <w:lang w:val="nb-NO"/>
              </w:rPr>
            </w:pPr>
            <w:r w:rsidRPr="006F10B1">
              <w:rPr>
                <w:b/>
                <w:sz w:val="20"/>
                <w:lang w:val="nb-NO"/>
              </w:rPr>
              <w:t>Hovedtema</w:t>
            </w:r>
          </w:p>
          <w:p w14:paraId="499F48A8" w14:textId="77777777" w:rsidR="004158A8" w:rsidRPr="006F10B1" w:rsidRDefault="009B34F3">
            <w:pPr>
              <w:rPr>
                <w:lang w:val="nb-NO"/>
              </w:rPr>
            </w:pPr>
            <w:r w:rsidRPr="006F10B1">
              <w:rPr>
                <w:sz w:val="20"/>
                <w:lang w:val="nb-NO"/>
              </w:rPr>
              <w:t>Hovedtemaet handler om arbeidslivets rettsregler.</w:t>
            </w:r>
          </w:p>
          <w:p w14:paraId="7EB32114" w14:textId="77777777" w:rsidR="004158A8" w:rsidRPr="006F10B1" w:rsidRDefault="009B34F3">
            <w:pPr>
              <w:rPr>
                <w:lang w:val="nb-NO"/>
              </w:rPr>
            </w:pPr>
            <w:r w:rsidRPr="006F10B1">
              <w:rPr>
                <w:sz w:val="20"/>
                <w:lang w:val="nb-NO"/>
              </w:rPr>
              <w:t>Hovedtemaet omfatter lover, regler og avtaler som regulerer arbeidsmiljø, HMS og forholdet mellom arbeidsgiver og arbeidstaker.</w:t>
            </w:r>
          </w:p>
        </w:tc>
        <w:tc>
          <w:tcPr>
            <w:tcW w:w="5100" w:type="dxa"/>
          </w:tcPr>
          <w:p w14:paraId="39090A7B" w14:textId="77777777" w:rsidR="004158A8" w:rsidRPr="00D4341D" w:rsidRDefault="009B34F3">
            <w:pPr>
              <w:spacing w:after="40"/>
              <w:rPr>
                <w:lang w:val="nb-NO"/>
              </w:rPr>
            </w:pPr>
            <w:r w:rsidRPr="00D4341D">
              <w:rPr>
                <w:b/>
                <w:sz w:val="20"/>
                <w:lang w:val="nb-NO"/>
              </w:rPr>
              <w:t>Innhold</w:t>
            </w:r>
          </w:p>
          <w:p w14:paraId="2AE3E13C" w14:textId="77777777" w:rsidR="004158A8" w:rsidRPr="006F10B1" w:rsidRDefault="009B34F3">
            <w:pPr>
              <w:pStyle w:val="Punktliste"/>
              <w:rPr>
                <w:lang w:val="nb-NO"/>
              </w:rPr>
            </w:pPr>
            <w:r w:rsidRPr="006F10B1">
              <w:rPr>
                <w:sz w:val="20"/>
                <w:lang w:val="nb-NO"/>
              </w:rPr>
              <w:t>hovedprinsipper i norsk arbeidsrett og viktige juridiske begreper</w:t>
            </w:r>
          </w:p>
          <w:p w14:paraId="03447864" w14:textId="77777777" w:rsidR="004158A8" w:rsidRPr="006F10B1" w:rsidRDefault="009B34F3">
            <w:pPr>
              <w:pStyle w:val="Punktliste"/>
              <w:rPr>
                <w:lang w:val="nb-NO"/>
              </w:rPr>
            </w:pPr>
            <w:r w:rsidRPr="006F10B1">
              <w:rPr>
                <w:sz w:val="20"/>
                <w:lang w:val="nb-NO"/>
              </w:rPr>
              <w:t>forholdet mellom lov, forskrift og avtaleverk</w:t>
            </w:r>
          </w:p>
          <w:p w14:paraId="74CB53A4" w14:textId="77777777" w:rsidR="004158A8" w:rsidRPr="00D4341D" w:rsidRDefault="009B34F3">
            <w:pPr>
              <w:pStyle w:val="Punktliste"/>
              <w:rPr>
                <w:lang w:val="nb-NO"/>
              </w:rPr>
            </w:pPr>
            <w:r w:rsidRPr="00D4341D">
              <w:rPr>
                <w:sz w:val="20"/>
                <w:lang w:val="nb-NO"/>
              </w:rPr>
              <w:t>rettigheter og plikter i arbeidslivet</w:t>
            </w:r>
          </w:p>
          <w:p w14:paraId="3754A714" w14:textId="77777777" w:rsidR="004158A8" w:rsidRPr="006F10B1" w:rsidRDefault="009B34F3">
            <w:pPr>
              <w:pStyle w:val="Punktliste"/>
              <w:rPr>
                <w:lang w:val="nb-NO"/>
              </w:rPr>
            </w:pPr>
            <w:r w:rsidRPr="006F10B1">
              <w:rPr>
                <w:sz w:val="20"/>
                <w:lang w:val="nb-NO"/>
              </w:rPr>
              <w:t>regler ved ansettelse og avvikling av arbeidsforhold</w:t>
            </w:r>
          </w:p>
          <w:p w14:paraId="459A756B" w14:textId="77777777" w:rsidR="004158A8" w:rsidRPr="006F10B1" w:rsidRDefault="009B34F3">
            <w:pPr>
              <w:pStyle w:val="Punktliste"/>
              <w:rPr>
                <w:lang w:val="nb-NO"/>
              </w:rPr>
            </w:pPr>
            <w:r w:rsidRPr="006F10B1">
              <w:rPr>
                <w:sz w:val="20"/>
                <w:lang w:val="nb-NO"/>
              </w:rPr>
              <w:t>HMS-arbeid, særskilte verneregler og sikkerhetstiltak</w:t>
            </w:r>
          </w:p>
          <w:p w14:paraId="51976AD4" w14:textId="77777777" w:rsidR="004158A8" w:rsidRPr="006F10B1" w:rsidRDefault="009B34F3">
            <w:pPr>
              <w:pStyle w:val="Punktliste"/>
              <w:rPr>
                <w:lang w:val="nb-NO"/>
              </w:rPr>
            </w:pPr>
            <w:r w:rsidRPr="006F10B1">
              <w:rPr>
                <w:sz w:val="20"/>
                <w:lang w:val="nb-NO"/>
              </w:rPr>
              <w:t>tillitsvalgte og de ansattes organisasjoner</w:t>
            </w:r>
          </w:p>
        </w:tc>
      </w:tr>
    </w:tbl>
    <w:p w14:paraId="093A8064"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EA00E7" w:rsidRPr="00032FD2" w14:paraId="5102F265"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535AD98E" w14:textId="77777777" w:rsidR="002A5CA9" w:rsidRPr="002A5CA9" w:rsidRDefault="002A5CA9">
            <w:pPr>
              <w:spacing w:after="40"/>
              <w:rPr>
                <w:lang w:val="nb-NO"/>
              </w:rPr>
            </w:pPr>
            <w:r w:rsidRPr="002A5CA9">
              <w:rPr>
                <w:b/>
                <w:bCs/>
                <w:sz w:val="20"/>
                <w:szCs w:val="20"/>
                <w:lang w:val="nb-NO"/>
              </w:rPr>
              <w:t>Egenvurdering (skriv her)</w:t>
            </w:r>
          </w:p>
          <w:p w14:paraId="5F58F7EC"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732C02AE" w14:textId="77777777" w:rsidR="002A5CA9" w:rsidRPr="00032FD2" w:rsidRDefault="002A5CA9">
            <w:pPr>
              <w:rPr>
                <w:lang w:val="nb-NO"/>
              </w:rPr>
            </w:pPr>
            <w:r w:rsidRPr="00032FD2">
              <w:rPr>
                <w:lang w:val="nb-NO"/>
              </w:rPr>
              <w:t> </w:t>
            </w:r>
          </w:p>
          <w:p w14:paraId="7A6FC744" w14:textId="77777777" w:rsidR="002A5CA9" w:rsidRPr="00032FD2" w:rsidRDefault="002A5CA9">
            <w:pPr>
              <w:rPr>
                <w:lang w:val="nb-NO"/>
              </w:rPr>
            </w:pPr>
            <w:r w:rsidRPr="00032FD2">
              <w:rPr>
                <w:lang w:val="nb-NO"/>
              </w:rPr>
              <w:t> </w:t>
            </w:r>
          </w:p>
          <w:p w14:paraId="2D3C77DC" w14:textId="77777777" w:rsidR="002A5CA9" w:rsidRPr="00032FD2" w:rsidRDefault="002A5CA9">
            <w:pPr>
              <w:rPr>
                <w:lang w:val="nb-NO"/>
              </w:rPr>
            </w:pPr>
            <w:r w:rsidRPr="00032FD2">
              <w:rPr>
                <w:lang w:val="nb-NO"/>
              </w:rPr>
              <w:t> </w:t>
            </w:r>
          </w:p>
          <w:p w14:paraId="03CF0C04" w14:textId="77777777" w:rsidR="002A5CA9" w:rsidRPr="00032FD2" w:rsidRDefault="002A5CA9">
            <w:pPr>
              <w:rPr>
                <w:lang w:val="nb-NO"/>
              </w:rPr>
            </w:pPr>
            <w:r w:rsidRPr="00032FD2">
              <w:rPr>
                <w:lang w:val="nb-NO"/>
              </w:rPr>
              <w:t> </w:t>
            </w:r>
          </w:p>
          <w:p w14:paraId="390CA7CE" w14:textId="77777777" w:rsidR="002A5CA9" w:rsidRPr="00032FD2" w:rsidRDefault="002A5CA9">
            <w:pPr>
              <w:rPr>
                <w:lang w:val="nb-NO"/>
              </w:rPr>
            </w:pPr>
            <w:r w:rsidRPr="00032FD2">
              <w:rPr>
                <w:lang w:val="nb-NO"/>
              </w:rPr>
              <w:t> </w:t>
            </w:r>
          </w:p>
          <w:p w14:paraId="358E6613" w14:textId="77777777" w:rsidR="002A5CA9" w:rsidRPr="00032FD2" w:rsidRDefault="002A5CA9">
            <w:pPr>
              <w:rPr>
                <w:lang w:val="nb-NO"/>
              </w:rPr>
            </w:pPr>
            <w:r w:rsidRPr="00032FD2">
              <w:rPr>
                <w:lang w:val="nb-NO"/>
              </w:rPr>
              <w:t> </w:t>
            </w:r>
          </w:p>
          <w:p w14:paraId="32EEB162" w14:textId="77777777" w:rsidR="002A5CA9" w:rsidRPr="00032FD2" w:rsidRDefault="002A5CA9">
            <w:pPr>
              <w:rPr>
                <w:lang w:val="nb-NO"/>
              </w:rPr>
            </w:pPr>
            <w:r w:rsidRPr="00032FD2">
              <w:rPr>
                <w:lang w:val="nb-NO"/>
              </w:rPr>
              <w:t> </w:t>
            </w:r>
          </w:p>
          <w:p w14:paraId="0A17C536" w14:textId="77777777" w:rsidR="002A5CA9" w:rsidRPr="00032FD2" w:rsidRDefault="002A5CA9">
            <w:pPr>
              <w:rPr>
                <w:lang w:val="nb-NO"/>
              </w:rPr>
            </w:pPr>
            <w:r w:rsidRPr="00032FD2">
              <w:rPr>
                <w:lang w:val="nb-NO"/>
              </w:rPr>
              <w:t> </w:t>
            </w:r>
          </w:p>
          <w:p w14:paraId="4CF55C78" w14:textId="77777777" w:rsidR="002A5CA9" w:rsidRPr="00032FD2" w:rsidRDefault="002A5CA9">
            <w:pPr>
              <w:rPr>
                <w:lang w:val="nb-NO"/>
              </w:rPr>
            </w:pPr>
            <w:r w:rsidRPr="00032FD2">
              <w:rPr>
                <w:lang w:val="nb-NO"/>
              </w:rPr>
              <w:t> </w:t>
            </w:r>
          </w:p>
          <w:p w14:paraId="7BE935BE" w14:textId="77777777" w:rsidR="002A5CA9" w:rsidRPr="00032FD2" w:rsidRDefault="002A5CA9">
            <w:pPr>
              <w:rPr>
                <w:lang w:val="nb-NO"/>
              </w:rPr>
            </w:pPr>
            <w:r w:rsidRPr="00032FD2">
              <w:rPr>
                <w:lang w:val="nb-NO"/>
              </w:rPr>
              <w:t> </w:t>
            </w:r>
          </w:p>
          <w:p w14:paraId="3CBFA52C" w14:textId="77777777" w:rsidR="002A5CA9" w:rsidRPr="00032FD2" w:rsidRDefault="002A5CA9">
            <w:pPr>
              <w:rPr>
                <w:lang w:val="nb-NO"/>
              </w:rPr>
            </w:pPr>
            <w:r w:rsidRPr="00032FD2">
              <w:rPr>
                <w:lang w:val="nb-NO"/>
              </w:rPr>
              <w:t> </w:t>
            </w:r>
          </w:p>
          <w:p w14:paraId="1F30593C" w14:textId="77777777" w:rsidR="002A5CA9" w:rsidRPr="00032FD2" w:rsidRDefault="002A5CA9">
            <w:pPr>
              <w:rPr>
                <w:lang w:val="nb-NO"/>
              </w:rPr>
            </w:pPr>
            <w:r w:rsidRPr="00032FD2">
              <w:rPr>
                <w:lang w:val="nb-NO"/>
              </w:rPr>
              <w:t> </w:t>
            </w:r>
          </w:p>
          <w:p w14:paraId="1CDC1AE1" w14:textId="77777777" w:rsidR="002A5CA9" w:rsidRPr="00032FD2" w:rsidRDefault="002A5CA9">
            <w:pPr>
              <w:rPr>
                <w:lang w:val="nb-NO"/>
              </w:rPr>
            </w:pPr>
            <w:r w:rsidRPr="00032FD2">
              <w:rPr>
                <w:lang w:val="nb-NO"/>
              </w:rPr>
              <w:t> </w:t>
            </w:r>
          </w:p>
          <w:p w14:paraId="42FFF989" w14:textId="77777777" w:rsidR="002A5CA9" w:rsidRPr="00032FD2" w:rsidRDefault="002A5CA9">
            <w:pPr>
              <w:rPr>
                <w:lang w:val="nb-NO"/>
              </w:rPr>
            </w:pPr>
            <w:r w:rsidRPr="00032FD2">
              <w:rPr>
                <w:lang w:val="nb-NO"/>
              </w:rPr>
              <w:t> </w:t>
            </w:r>
          </w:p>
          <w:p w14:paraId="7114E7C4" w14:textId="77777777" w:rsidR="002A5CA9" w:rsidRPr="00032FD2" w:rsidRDefault="002A5CA9">
            <w:pPr>
              <w:rPr>
                <w:lang w:val="nb-NO"/>
              </w:rPr>
            </w:pPr>
            <w:r w:rsidRPr="00032FD2">
              <w:rPr>
                <w:lang w:val="nb-NO"/>
              </w:rPr>
              <w:t> </w:t>
            </w:r>
          </w:p>
          <w:p w14:paraId="4A0C32BA" w14:textId="77777777" w:rsidR="002A5CA9" w:rsidRPr="00032FD2" w:rsidRDefault="002A5CA9">
            <w:pPr>
              <w:rPr>
                <w:lang w:val="nb-NO"/>
              </w:rPr>
            </w:pPr>
            <w:r w:rsidRPr="00032FD2">
              <w:rPr>
                <w:lang w:val="nb-NO"/>
              </w:rPr>
              <w:t> </w:t>
            </w:r>
          </w:p>
        </w:tc>
      </w:tr>
    </w:tbl>
    <w:p w14:paraId="5DD65B0F"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3BD172C7" w14:textId="77777777">
        <w:trPr>
          <w:cantSplit/>
          <w:trHeight w:val="2381"/>
        </w:trPr>
        <w:tc>
          <w:tcPr>
            <w:tcW w:w="10200" w:type="dxa"/>
          </w:tcPr>
          <w:p w14:paraId="0370399A" w14:textId="77777777" w:rsidR="004158A8" w:rsidRPr="006F10B1" w:rsidRDefault="009B34F3">
            <w:pPr>
              <w:spacing w:after="40"/>
              <w:rPr>
                <w:lang w:val="nb-NO"/>
              </w:rPr>
            </w:pPr>
            <w:r w:rsidRPr="006F10B1">
              <w:rPr>
                <w:b/>
                <w:sz w:val="20"/>
                <w:lang w:val="nb-NO"/>
              </w:rPr>
              <w:t>Relevante vedlegg (liste/henvisninger)</w:t>
            </w:r>
          </w:p>
          <w:p w14:paraId="704A2786"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59625DB8" w14:textId="77777777" w:rsidR="004158A8" w:rsidRPr="006F10B1" w:rsidRDefault="004158A8">
            <w:pPr>
              <w:rPr>
                <w:lang w:val="nb-NO"/>
              </w:rPr>
            </w:pPr>
          </w:p>
          <w:p w14:paraId="2DB233E3" w14:textId="77777777" w:rsidR="004158A8" w:rsidRPr="006F10B1" w:rsidRDefault="004158A8">
            <w:pPr>
              <w:rPr>
                <w:lang w:val="nb-NO"/>
              </w:rPr>
            </w:pPr>
          </w:p>
          <w:p w14:paraId="287D4F5A" w14:textId="77777777" w:rsidR="004158A8" w:rsidRPr="006F10B1" w:rsidRDefault="004158A8">
            <w:pPr>
              <w:rPr>
                <w:lang w:val="nb-NO"/>
              </w:rPr>
            </w:pPr>
          </w:p>
          <w:p w14:paraId="6A59F8E6" w14:textId="77777777" w:rsidR="004158A8" w:rsidRPr="006F10B1" w:rsidRDefault="004158A8">
            <w:pPr>
              <w:rPr>
                <w:lang w:val="nb-NO"/>
              </w:rPr>
            </w:pPr>
          </w:p>
          <w:p w14:paraId="18AE7B28" w14:textId="77777777" w:rsidR="004158A8" w:rsidRPr="006F10B1" w:rsidRDefault="004158A8">
            <w:pPr>
              <w:rPr>
                <w:lang w:val="nb-NO"/>
              </w:rPr>
            </w:pPr>
          </w:p>
          <w:p w14:paraId="78B75AB6" w14:textId="77777777" w:rsidR="004158A8" w:rsidRPr="006F10B1" w:rsidRDefault="004158A8">
            <w:pPr>
              <w:rPr>
                <w:lang w:val="nb-NO"/>
              </w:rPr>
            </w:pPr>
          </w:p>
          <w:p w14:paraId="2D1FE643" w14:textId="77777777" w:rsidR="004158A8" w:rsidRPr="006F10B1" w:rsidRDefault="004158A8">
            <w:pPr>
              <w:rPr>
                <w:lang w:val="nb-NO"/>
              </w:rPr>
            </w:pPr>
          </w:p>
        </w:tc>
      </w:tr>
    </w:tbl>
    <w:p w14:paraId="6D2D1F59" w14:textId="77777777" w:rsidR="004158A8" w:rsidRPr="006F10B1" w:rsidRDefault="009B34F3">
      <w:pPr>
        <w:rPr>
          <w:lang w:val="nb-NO"/>
        </w:rPr>
      </w:pPr>
      <w:r w:rsidRPr="006F10B1">
        <w:rPr>
          <w:lang w:val="nb-NO"/>
        </w:rPr>
        <w:br w:type="page"/>
      </w:r>
    </w:p>
    <w:p w14:paraId="7718781D" w14:textId="77777777" w:rsidR="004158A8" w:rsidRPr="006F10B1" w:rsidRDefault="009B34F3">
      <w:pPr>
        <w:rPr>
          <w:lang w:val="nb-NO"/>
        </w:rPr>
      </w:pPr>
      <w:r w:rsidRPr="006F10B1">
        <w:rPr>
          <w:b/>
          <w:lang w:val="nb-NO"/>
        </w:rPr>
        <w:lastRenderedPageBreak/>
        <w:t>Modul: Organisasjon, ledelse og administrasjon</w:t>
      </w:r>
    </w:p>
    <w:p w14:paraId="00C4E833" w14:textId="77777777" w:rsidR="004158A8" w:rsidRPr="006F10B1" w:rsidRDefault="009B34F3">
      <w:pPr>
        <w:pStyle w:val="Overskrift1"/>
        <w:rPr>
          <w:lang w:val="nb-NO"/>
        </w:rPr>
      </w:pPr>
      <w:r w:rsidRPr="006F10B1">
        <w:rPr>
          <w:lang w:val="nb-NO"/>
        </w:rPr>
        <w:t>Bedriftskultur</w:t>
      </w:r>
    </w:p>
    <w:tbl>
      <w:tblPr>
        <w:tblStyle w:val="Tabellrutenett"/>
        <w:tblW w:w="0" w:type="auto"/>
        <w:tblLook w:val="04A0" w:firstRow="1" w:lastRow="0" w:firstColumn="1" w:lastColumn="0" w:noHBand="0" w:noVBand="1"/>
      </w:tblPr>
      <w:tblGrid>
        <w:gridCol w:w="5095"/>
        <w:gridCol w:w="5095"/>
      </w:tblGrid>
      <w:tr w:rsidR="004158A8" w:rsidRPr="00BF49ED" w14:paraId="610CBF41" w14:textId="77777777">
        <w:trPr>
          <w:cantSplit/>
        </w:trPr>
        <w:tc>
          <w:tcPr>
            <w:tcW w:w="5100" w:type="dxa"/>
          </w:tcPr>
          <w:p w14:paraId="1D0CA327" w14:textId="77777777" w:rsidR="004158A8" w:rsidRPr="006F10B1" w:rsidRDefault="009B34F3">
            <w:pPr>
              <w:spacing w:after="40"/>
              <w:rPr>
                <w:lang w:val="nb-NO"/>
              </w:rPr>
            </w:pPr>
            <w:r w:rsidRPr="006F10B1">
              <w:rPr>
                <w:b/>
                <w:sz w:val="20"/>
                <w:lang w:val="nb-NO"/>
              </w:rPr>
              <w:t>Hovedtema</w:t>
            </w:r>
          </w:p>
          <w:p w14:paraId="08DBD29C" w14:textId="3B154FEF" w:rsidR="004158A8" w:rsidRPr="006F10B1" w:rsidRDefault="009B34F3">
            <w:pPr>
              <w:rPr>
                <w:lang w:val="nb-NO"/>
              </w:rPr>
            </w:pPr>
            <w:r w:rsidRPr="006F10B1">
              <w:rPr>
                <w:sz w:val="20"/>
                <w:lang w:val="nb-NO"/>
              </w:rPr>
              <w:t xml:space="preserve">Hovedtemaet handler om bedriftskulturens betydning for </w:t>
            </w:r>
            <w:r w:rsidR="00D4341D" w:rsidRPr="00D4341D">
              <w:rPr>
                <w:sz w:val="20"/>
                <w:lang w:val="nb-NO"/>
              </w:rPr>
              <w:t xml:space="preserve">å </w:t>
            </w:r>
            <w:r w:rsidRPr="006F10B1">
              <w:rPr>
                <w:sz w:val="20"/>
                <w:lang w:val="nb-NO"/>
              </w:rPr>
              <w:t>realisere mål og strategier.</w:t>
            </w:r>
          </w:p>
          <w:p w14:paraId="742B5591" w14:textId="77777777" w:rsidR="004158A8" w:rsidRPr="006F10B1" w:rsidRDefault="009B34F3">
            <w:pPr>
              <w:rPr>
                <w:lang w:val="nb-NO"/>
              </w:rPr>
            </w:pPr>
            <w:r w:rsidRPr="006F10B1">
              <w:rPr>
                <w:sz w:val="20"/>
                <w:lang w:val="nb-NO"/>
              </w:rPr>
              <w:t xml:space="preserve">Det handler også om å skape en høy yrkes-standard i konkrete arbeidssituasjoner, ha innsikt i etikk og å </w:t>
            </w:r>
            <w:proofErr w:type="gramStart"/>
            <w:r w:rsidRPr="006F10B1">
              <w:rPr>
                <w:sz w:val="20"/>
                <w:lang w:val="nb-NO"/>
              </w:rPr>
              <w:t>takle</w:t>
            </w:r>
            <w:proofErr w:type="gramEnd"/>
            <w:r w:rsidRPr="006F10B1">
              <w:rPr>
                <w:sz w:val="20"/>
                <w:lang w:val="nb-NO"/>
              </w:rPr>
              <w:t xml:space="preserve"> etiske dilemmaer.</w:t>
            </w:r>
          </w:p>
          <w:p w14:paraId="3D7E8849" w14:textId="77777777" w:rsidR="004158A8" w:rsidRPr="006F10B1" w:rsidRDefault="009B34F3">
            <w:pPr>
              <w:rPr>
                <w:lang w:val="nb-NO"/>
              </w:rPr>
            </w:pPr>
            <w:r w:rsidRPr="006F10B1">
              <w:rPr>
                <w:sz w:val="20"/>
                <w:lang w:val="nb-NO"/>
              </w:rPr>
              <w:t>Hovedtemaet handler videre om å skape en team- og læringsorientert kultur.</w:t>
            </w:r>
          </w:p>
          <w:p w14:paraId="3A3F2A44" w14:textId="77777777" w:rsidR="004158A8" w:rsidRPr="006F10B1" w:rsidRDefault="009B34F3">
            <w:pPr>
              <w:rPr>
                <w:lang w:val="nb-NO"/>
              </w:rPr>
            </w:pPr>
            <w:r w:rsidRPr="006F10B1">
              <w:rPr>
                <w:sz w:val="20"/>
                <w:lang w:val="nb-NO"/>
              </w:rPr>
              <w:t>Viktigheten av et godt arbeidsmiljø og hvordan dette skapes inngår også i hovedtemaet.</w:t>
            </w:r>
          </w:p>
        </w:tc>
        <w:tc>
          <w:tcPr>
            <w:tcW w:w="5100" w:type="dxa"/>
          </w:tcPr>
          <w:p w14:paraId="24455310" w14:textId="77777777" w:rsidR="004158A8" w:rsidRPr="00D4341D" w:rsidRDefault="009B34F3">
            <w:pPr>
              <w:spacing w:after="40"/>
              <w:rPr>
                <w:lang w:val="nb-NO"/>
              </w:rPr>
            </w:pPr>
            <w:r w:rsidRPr="00D4341D">
              <w:rPr>
                <w:b/>
                <w:sz w:val="20"/>
                <w:lang w:val="nb-NO"/>
              </w:rPr>
              <w:t>Innhold</w:t>
            </w:r>
          </w:p>
          <w:p w14:paraId="129056EB" w14:textId="77777777" w:rsidR="004158A8" w:rsidRPr="006F10B1" w:rsidRDefault="009B34F3">
            <w:pPr>
              <w:pStyle w:val="Punktliste"/>
              <w:rPr>
                <w:lang w:val="nb-NO"/>
              </w:rPr>
            </w:pPr>
            <w:r w:rsidRPr="006F10B1">
              <w:rPr>
                <w:sz w:val="20"/>
                <w:lang w:val="nb-NO"/>
              </w:rPr>
              <w:t>bedriftskultur og verdier som skaper gode resultater</w:t>
            </w:r>
          </w:p>
          <w:p w14:paraId="46634180" w14:textId="77777777" w:rsidR="004158A8" w:rsidRPr="00D4341D" w:rsidRDefault="009B34F3">
            <w:pPr>
              <w:pStyle w:val="Punktliste"/>
              <w:rPr>
                <w:lang w:val="nb-NO"/>
              </w:rPr>
            </w:pPr>
            <w:r w:rsidRPr="00D4341D">
              <w:rPr>
                <w:sz w:val="20"/>
                <w:lang w:val="nb-NO"/>
              </w:rPr>
              <w:t>etablere en høy yrkesstandard</w:t>
            </w:r>
          </w:p>
          <w:p w14:paraId="68D493F4" w14:textId="77777777" w:rsidR="004158A8" w:rsidRPr="006F10B1" w:rsidRDefault="009B34F3">
            <w:pPr>
              <w:pStyle w:val="Punktliste"/>
              <w:rPr>
                <w:lang w:val="nb-NO"/>
              </w:rPr>
            </w:pPr>
            <w:r w:rsidRPr="006F10B1">
              <w:rPr>
                <w:sz w:val="20"/>
                <w:lang w:val="nb-NO"/>
              </w:rPr>
              <w:t>etiske utfordringer og dilemmaer på arbeidsplassen</w:t>
            </w:r>
          </w:p>
          <w:p w14:paraId="3E3CEA48" w14:textId="77777777" w:rsidR="004158A8" w:rsidRPr="00D4341D" w:rsidRDefault="009B34F3">
            <w:pPr>
              <w:pStyle w:val="Punktliste"/>
              <w:rPr>
                <w:lang w:val="nb-NO"/>
              </w:rPr>
            </w:pPr>
            <w:r w:rsidRPr="00D4341D">
              <w:rPr>
                <w:sz w:val="20"/>
                <w:lang w:val="nb-NO"/>
              </w:rPr>
              <w:t>team- og læringsorientert kultur</w:t>
            </w:r>
          </w:p>
          <w:p w14:paraId="41F4A28C" w14:textId="77777777" w:rsidR="004158A8" w:rsidRPr="006F10B1" w:rsidRDefault="009B34F3">
            <w:pPr>
              <w:pStyle w:val="Punktliste"/>
              <w:rPr>
                <w:lang w:val="nb-NO"/>
              </w:rPr>
            </w:pPr>
            <w:r w:rsidRPr="006F10B1">
              <w:rPr>
                <w:sz w:val="20"/>
                <w:lang w:val="nb-NO"/>
              </w:rPr>
              <w:t>teorier og metoder for å skape et godt arbeidsmiljø</w:t>
            </w:r>
          </w:p>
        </w:tc>
      </w:tr>
    </w:tbl>
    <w:p w14:paraId="41121E1E"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C7222C" w:rsidRPr="00032FD2" w14:paraId="0C4D228D"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13780AB9" w14:textId="77777777" w:rsidR="002A5CA9" w:rsidRPr="002A5CA9" w:rsidRDefault="002A5CA9">
            <w:pPr>
              <w:spacing w:after="40"/>
              <w:rPr>
                <w:lang w:val="nb-NO"/>
              </w:rPr>
            </w:pPr>
            <w:r w:rsidRPr="002A5CA9">
              <w:rPr>
                <w:b/>
                <w:bCs/>
                <w:sz w:val="20"/>
                <w:szCs w:val="20"/>
                <w:lang w:val="nb-NO"/>
              </w:rPr>
              <w:t>Egenvurdering (skriv her)</w:t>
            </w:r>
          </w:p>
          <w:p w14:paraId="7F40229C"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5A7CBED8" w14:textId="77777777" w:rsidR="002A5CA9" w:rsidRPr="00032FD2" w:rsidRDefault="002A5CA9">
            <w:pPr>
              <w:rPr>
                <w:lang w:val="nb-NO"/>
              </w:rPr>
            </w:pPr>
            <w:r w:rsidRPr="00032FD2">
              <w:rPr>
                <w:lang w:val="nb-NO"/>
              </w:rPr>
              <w:t> </w:t>
            </w:r>
          </w:p>
          <w:p w14:paraId="7EB24E30" w14:textId="77777777" w:rsidR="002A5CA9" w:rsidRPr="00032FD2" w:rsidRDefault="002A5CA9">
            <w:pPr>
              <w:rPr>
                <w:lang w:val="nb-NO"/>
              </w:rPr>
            </w:pPr>
            <w:r w:rsidRPr="00032FD2">
              <w:rPr>
                <w:lang w:val="nb-NO"/>
              </w:rPr>
              <w:t> </w:t>
            </w:r>
          </w:p>
          <w:p w14:paraId="196E92F5" w14:textId="77777777" w:rsidR="002A5CA9" w:rsidRPr="00032FD2" w:rsidRDefault="002A5CA9">
            <w:pPr>
              <w:rPr>
                <w:lang w:val="nb-NO"/>
              </w:rPr>
            </w:pPr>
            <w:r w:rsidRPr="00032FD2">
              <w:rPr>
                <w:lang w:val="nb-NO"/>
              </w:rPr>
              <w:t> </w:t>
            </w:r>
          </w:p>
          <w:p w14:paraId="42087CDF" w14:textId="77777777" w:rsidR="002A5CA9" w:rsidRPr="00032FD2" w:rsidRDefault="002A5CA9">
            <w:pPr>
              <w:rPr>
                <w:lang w:val="nb-NO"/>
              </w:rPr>
            </w:pPr>
            <w:r w:rsidRPr="00032FD2">
              <w:rPr>
                <w:lang w:val="nb-NO"/>
              </w:rPr>
              <w:t> </w:t>
            </w:r>
          </w:p>
          <w:p w14:paraId="5AAB55DF" w14:textId="77777777" w:rsidR="002A5CA9" w:rsidRPr="00032FD2" w:rsidRDefault="002A5CA9">
            <w:pPr>
              <w:rPr>
                <w:lang w:val="nb-NO"/>
              </w:rPr>
            </w:pPr>
            <w:r w:rsidRPr="00032FD2">
              <w:rPr>
                <w:lang w:val="nb-NO"/>
              </w:rPr>
              <w:t> </w:t>
            </w:r>
          </w:p>
          <w:p w14:paraId="7A0A2433" w14:textId="77777777" w:rsidR="002A5CA9" w:rsidRPr="00032FD2" w:rsidRDefault="002A5CA9">
            <w:pPr>
              <w:rPr>
                <w:lang w:val="nb-NO"/>
              </w:rPr>
            </w:pPr>
            <w:r w:rsidRPr="00032FD2">
              <w:rPr>
                <w:lang w:val="nb-NO"/>
              </w:rPr>
              <w:t> </w:t>
            </w:r>
          </w:p>
          <w:p w14:paraId="721BB0B6" w14:textId="77777777" w:rsidR="002A5CA9" w:rsidRPr="00032FD2" w:rsidRDefault="002A5CA9">
            <w:pPr>
              <w:rPr>
                <w:lang w:val="nb-NO"/>
              </w:rPr>
            </w:pPr>
            <w:r w:rsidRPr="00032FD2">
              <w:rPr>
                <w:lang w:val="nb-NO"/>
              </w:rPr>
              <w:t> </w:t>
            </w:r>
          </w:p>
          <w:p w14:paraId="2B571D72" w14:textId="77777777" w:rsidR="002A5CA9" w:rsidRPr="00032FD2" w:rsidRDefault="002A5CA9">
            <w:pPr>
              <w:rPr>
                <w:lang w:val="nb-NO"/>
              </w:rPr>
            </w:pPr>
            <w:r w:rsidRPr="00032FD2">
              <w:rPr>
                <w:lang w:val="nb-NO"/>
              </w:rPr>
              <w:t> </w:t>
            </w:r>
          </w:p>
          <w:p w14:paraId="48116479" w14:textId="77777777" w:rsidR="002A5CA9" w:rsidRPr="00032FD2" w:rsidRDefault="002A5CA9">
            <w:pPr>
              <w:rPr>
                <w:lang w:val="nb-NO"/>
              </w:rPr>
            </w:pPr>
            <w:r w:rsidRPr="00032FD2">
              <w:rPr>
                <w:lang w:val="nb-NO"/>
              </w:rPr>
              <w:t> </w:t>
            </w:r>
          </w:p>
          <w:p w14:paraId="5E48496D" w14:textId="77777777" w:rsidR="002A5CA9" w:rsidRPr="00032FD2" w:rsidRDefault="002A5CA9">
            <w:pPr>
              <w:rPr>
                <w:lang w:val="nb-NO"/>
              </w:rPr>
            </w:pPr>
            <w:r w:rsidRPr="00032FD2">
              <w:rPr>
                <w:lang w:val="nb-NO"/>
              </w:rPr>
              <w:t> </w:t>
            </w:r>
          </w:p>
          <w:p w14:paraId="1635C1C7" w14:textId="77777777" w:rsidR="002A5CA9" w:rsidRPr="00032FD2" w:rsidRDefault="002A5CA9">
            <w:pPr>
              <w:rPr>
                <w:lang w:val="nb-NO"/>
              </w:rPr>
            </w:pPr>
            <w:r w:rsidRPr="00032FD2">
              <w:rPr>
                <w:lang w:val="nb-NO"/>
              </w:rPr>
              <w:t> </w:t>
            </w:r>
          </w:p>
          <w:p w14:paraId="2757A757" w14:textId="77777777" w:rsidR="002A5CA9" w:rsidRPr="00032FD2" w:rsidRDefault="002A5CA9">
            <w:pPr>
              <w:rPr>
                <w:lang w:val="nb-NO"/>
              </w:rPr>
            </w:pPr>
            <w:r w:rsidRPr="00032FD2">
              <w:rPr>
                <w:lang w:val="nb-NO"/>
              </w:rPr>
              <w:t> </w:t>
            </w:r>
          </w:p>
          <w:p w14:paraId="68BB8959" w14:textId="77777777" w:rsidR="002A5CA9" w:rsidRPr="00032FD2" w:rsidRDefault="002A5CA9">
            <w:pPr>
              <w:rPr>
                <w:lang w:val="nb-NO"/>
              </w:rPr>
            </w:pPr>
            <w:r w:rsidRPr="00032FD2">
              <w:rPr>
                <w:lang w:val="nb-NO"/>
              </w:rPr>
              <w:t> </w:t>
            </w:r>
          </w:p>
          <w:p w14:paraId="7D9105E0" w14:textId="77777777" w:rsidR="002A5CA9" w:rsidRPr="00032FD2" w:rsidRDefault="002A5CA9">
            <w:pPr>
              <w:rPr>
                <w:lang w:val="nb-NO"/>
              </w:rPr>
            </w:pPr>
            <w:r w:rsidRPr="00032FD2">
              <w:rPr>
                <w:lang w:val="nb-NO"/>
              </w:rPr>
              <w:t> </w:t>
            </w:r>
          </w:p>
          <w:p w14:paraId="3F9B6DD1" w14:textId="77777777" w:rsidR="002A5CA9" w:rsidRPr="00032FD2" w:rsidRDefault="002A5CA9">
            <w:pPr>
              <w:rPr>
                <w:lang w:val="nb-NO"/>
              </w:rPr>
            </w:pPr>
            <w:r w:rsidRPr="00032FD2">
              <w:rPr>
                <w:lang w:val="nb-NO"/>
              </w:rPr>
              <w:t> </w:t>
            </w:r>
          </w:p>
          <w:p w14:paraId="48D0C61D" w14:textId="77777777" w:rsidR="002A5CA9" w:rsidRPr="00032FD2" w:rsidRDefault="002A5CA9">
            <w:pPr>
              <w:rPr>
                <w:lang w:val="nb-NO"/>
              </w:rPr>
            </w:pPr>
            <w:r w:rsidRPr="00032FD2">
              <w:rPr>
                <w:lang w:val="nb-NO"/>
              </w:rPr>
              <w:t> </w:t>
            </w:r>
          </w:p>
        </w:tc>
      </w:tr>
    </w:tbl>
    <w:p w14:paraId="7FB33207"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3008499E" w14:textId="77777777">
        <w:trPr>
          <w:cantSplit/>
          <w:trHeight w:val="2381"/>
        </w:trPr>
        <w:tc>
          <w:tcPr>
            <w:tcW w:w="10200" w:type="dxa"/>
          </w:tcPr>
          <w:p w14:paraId="1893412A" w14:textId="77777777" w:rsidR="004158A8" w:rsidRPr="006F10B1" w:rsidRDefault="009B34F3">
            <w:pPr>
              <w:spacing w:after="40"/>
              <w:rPr>
                <w:lang w:val="nb-NO"/>
              </w:rPr>
            </w:pPr>
            <w:r w:rsidRPr="006F10B1">
              <w:rPr>
                <w:b/>
                <w:sz w:val="20"/>
                <w:lang w:val="nb-NO"/>
              </w:rPr>
              <w:t>Relevante vedlegg (liste/henvisninger)</w:t>
            </w:r>
          </w:p>
          <w:p w14:paraId="3309BF1C"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4497CA62" w14:textId="77777777" w:rsidR="004158A8" w:rsidRPr="006F10B1" w:rsidRDefault="004158A8">
            <w:pPr>
              <w:rPr>
                <w:lang w:val="nb-NO"/>
              </w:rPr>
            </w:pPr>
          </w:p>
          <w:p w14:paraId="0E3BE54D" w14:textId="77777777" w:rsidR="004158A8" w:rsidRPr="006F10B1" w:rsidRDefault="004158A8">
            <w:pPr>
              <w:rPr>
                <w:lang w:val="nb-NO"/>
              </w:rPr>
            </w:pPr>
          </w:p>
          <w:p w14:paraId="2AD86A54" w14:textId="77777777" w:rsidR="004158A8" w:rsidRPr="006F10B1" w:rsidRDefault="004158A8">
            <w:pPr>
              <w:rPr>
                <w:lang w:val="nb-NO"/>
              </w:rPr>
            </w:pPr>
          </w:p>
          <w:p w14:paraId="4B73EA90" w14:textId="77777777" w:rsidR="004158A8" w:rsidRPr="006F10B1" w:rsidRDefault="004158A8">
            <w:pPr>
              <w:rPr>
                <w:lang w:val="nb-NO"/>
              </w:rPr>
            </w:pPr>
          </w:p>
          <w:p w14:paraId="38FA6C2E" w14:textId="77777777" w:rsidR="004158A8" w:rsidRPr="006F10B1" w:rsidRDefault="004158A8">
            <w:pPr>
              <w:rPr>
                <w:lang w:val="nb-NO"/>
              </w:rPr>
            </w:pPr>
          </w:p>
          <w:p w14:paraId="7A1500B1" w14:textId="77777777" w:rsidR="004158A8" w:rsidRPr="006F10B1" w:rsidRDefault="004158A8">
            <w:pPr>
              <w:rPr>
                <w:lang w:val="nb-NO"/>
              </w:rPr>
            </w:pPr>
          </w:p>
          <w:p w14:paraId="12C87A4B" w14:textId="77777777" w:rsidR="004158A8" w:rsidRPr="006F10B1" w:rsidRDefault="004158A8">
            <w:pPr>
              <w:rPr>
                <w:lang w:val="nb-NO"/>
              </w:rPr>
            </w:pPr>
          </w:p>
        </w:tc>
      </w:tr>
    </w:tbl>
    <w:p w14:paraId="48FCF8FB" w14:textId="77777777" w:rsidR="004158A8" w:rsidRPr="006F10B1" w:rsidRDefault="009B34F3">
      <w:pPr>
        <w:rPr>
          <w:lang w:val="nb-NO"/>
        </w:rPr>
      </w:pPr>
      <w:r w:rsidRPr="006F10B1">
        <w:rPr>
          <w:lang w:val="nb-NO"/>
        </w:rPr>
        <w:br w:type="page"/>
      </w:r>
    </w:p>
    <w:p w14:paraId="2BE89312" w14:textId="77777777" w:rsidR="004158A8" w:rsidRPr="006F10B1" w:rsidRDefault="009B34F3">
      <w:pPr>
        <w:rPr>
          <w:lang w:val="nb-NO"/>
        </w:rPr>
      </w:pPr>
      <w:r w:rsidRPr="006F10B1">
        <w:rPr>
          <w:b/>
          <w:lang w:val="nb-NO"/>
        </w:rPr>
        <w:lastRenderedPageBreak/>
        <w:t>Modul: Organisasjon, ledelse og administrasjon</w:t>
      </w:r>
    </w:p>
    <w:p w14:paraId="145EE3DF" w14:textId="77777777" w:rsidR="004158A8" w:rsidRPr="006F10B1" w:rsidRDefault="009B34F3">
      <w:pPr>
        <w:pStyle w:val="Overskrift1"/>
        <w:rPr>
          <w:lang w:val="nb-NO"/>
        </w:rPr>
      </w:pPr>
      <w:r w:rsidRPr="006F10B1">
        <w:rPr>
          <w:lang w:val="nb-NO"/>
        </w:rPr>
        <w:t>Personalledelse og kompetanseutvikling</w:t>
      </w:r>
    </w:p>
    <w:tbl>
      <w:tblPr>
        <w:tblStyle w:val="Tabellrutenett"/>
        <w:tblW w:w="0" w:type="auto"/>
        <w:tblLook w:val="04A0" w:firstRow="1" w:lastRow="0" w:firstColumn="1" w:lastColumn="0" w:noHBand="0" w:noVBand="1"/>
      </w:tblPr>
      <w:tblGrid>
        <w:gridCol w:w="5094"/>
        <w:gridCol w:w="5096"/>
      </w:tblGrid>
      <w:tr w:rsidR="005031DC" w:rsidRPr="00BF49ED" w14:paraId="3E946440" w14:textId="77777777">
        <w:trPr>
          <w:cantSplit/>
        </w:trPr>
        <w:tc>
          <w:tcPr>
            <w:tcW w:w="5100" w:type="dxa"/>
          </w:tcPr>
          <w:p w14:paraId="17589CAF" w14:textId="77777777" w:rsidR="004158A8" w:rsidRPr="006F10B1" w:rsidRDefault="009B34F3">
            <w:pPr>
              <w:spacing w:after="40"/>
              <w:rPr>
                <w:lang w:val="nb-NO"/>
              </w:rPr>
            </w:pPr>
            <w:r w:rsidRPr="006F10B1">
              <w:rPr>
                <w:b/>
                <w:sz w:val="20"/>
                <w:lang w:val="nb-NO"/>
              </w:rPr>
              <w:t>Hovedtema</w:t>
            </w:r>
          </w:p>
          <w:p w14:paraId="3D7FA1AB" w14:textId="77777777" w:rsidR="004158A8" w:rsidRPr="006F10B1" w:rsidRDefault="009B34F3">
            <w:pPr>
              <w:rPr>
                <w:lang w:val="nb-NO"/>
              </w:rPr>
            </w:pPr>
            <w:r w:rsidRPr="006F10B1">
              <w:rPr>
                <w:sz w:val="20"/>
                <w:lang w:val="nb-NO"/>
              </w:rPr>
              <w:t>Hovedtemaet handler om å praktisere god personalledelse.</w:t>
            </w:r>
          </w:p>
          <w:p w14:paraId="6469EA85" w14:textId="77777777" w:rsidR="004158A8" w:rsidRPr="006F10B1" w:rsidRDefault="009B34F3">
            <w:pPr>
              <w:rPr>
                <w:lang w:val="nb-NO"/>
              </w:rPr>
            </w:pPr>
            <w:r w:rsidRPr="006F10B1">
              <w:rPr>
                <w:sz w:val="20"/>
                <w:lang w:val="nb-NO"/>
              </w:rPr>
              <w:t>Rekruttering og ansettelser, lønns- og belønningssystemer og medarbeider-samtaler inngår i hovedtemaet. Det gjør også konflikthåndtering og hvordan leder kan stimulere til trivsel og motivasjon.</w:t>
            </w:r>
          </w:p>
          <w:p w14:paraId="4E56E282" w14:textId="77777777" w:rsidR="004158A8" w:rsidRPr="006F10B1" w:rsidRDefault="009B34F3">
            <w:pPr>
              <w:rPr>
                <w:lang w:val="nb-NO"/>
              </w:rPr>
            </w:pPr>
            <w:r w:rsidRPr="006F10B1">
              <w:rPr>
                <w:sz w:val="20"/>
                <w:lang w:val="nb-NO"/>
              </w:rPr>
              <w:t>I hovedtemaet inngår kunnskap om lærende organisasjoner og bedriften som lærebedrift, og å ta ansvar for opplæring av lærlinger.</w:t>
            </w:r>
          </w:p>
        </w:tc>
        <w:tc>
          <w:tcPr>
            <w:tcW w:w="5100" w:type="dxa"/>
          </w:tcPr>
          <w:p w14:paraId="763C682B" w14:textId="77777777" w:rsidR="004158A8" w:rsidRPr="00D4341D" w:rsidRDefault="009B34F3">
            <w:pPr>
              <w:spacing w:after="40"/>
              <w:rPr>
                <w:lang w:val="nb-NO"/>
              </w:rPr>
            </w:pPr>
            <w:r w:rsidRPr="00D4341D">
              <w:rPr>
                <w:b/>
                <w:sz w:val="20"/>
                <w:lang w:val="nb-NO"/>
              </w:rPr>
              <w:t>Innhold</w:t>
            </w:r>
          </w:p>
          <w:p w14:paraId="06753CC0" w14:textId="77777777" w:rsidR="004158A8" w:rsidRPr="00D4341D" w:rsidRDefault="009B34F3">
            <w:pPr>
              <w:pStyle w:val="Punktliste"/>
              <w:rPr>
                <w:lang w:val="nb-NO"/>
              </w:rPr>
            </w:pPr>
            <w:r w:rsidRPr="00D4341D">
              <w:rPr>
                <w:sz w:val="20"/>
                <w:lang w:val="nb-NO"/>
              </w:rPr>
              <w:t>personalpolitikk</w:t>
            </w:r>
          </w:p>
          <w:p w14:paraId="5AA8406E" w14:textId="77777777" w:rsidR="004158A8" w:rsidRPr="00D4341D" w:rsidRDefault="009B34F3">
            <w:pPr>
              <w:pStyle w:val="Punktliste"/>
              <w:rPr>
                <w:lang w:val="nb-NO"/>
              </w:rPr>
            </w:pPr>
            <w:r w:rsidRPr="00D4341D">
              <w:rPr>
                <w:sz w:val="20"/>
                <w:lang w:val="nb-NO"/>
              </w:rPr>
              <w:t>lønns- og belønningssystemer</w:t>
            </w:r>
          </w:p>
          <w:p w14:paraId="03BC9C06" w14:textId="77777777" w:rsidR="004158A8" w:rsidRPr="006F10B1" w:rsidRDefault="009B34F3">
            <w:pPr>
              <w:pStyle w:val="Punktliste"/>
              <w:rPr>
                <w:lang w:val="nb-NO"/>
              </w:rPr>
            </w:pPr>
            <w:r w:rsidRPr="006F10B1">
              <w:rPr>
                <w:sz w:val="20"/>
                <w:lang w:val="nb-NO"/>
              </w:rPr>
              <w:t>bemanningsplanlegging og rekruttering av nye medarbeidere</w:t>
            </w:r>
          </w:p>
          <w:p w14:paraId="75BA4068" w14:textId="77777777" w:rsidR="004158A8" w:rsidRPr="00D4341D" w:rsidRDefault="009B34F3">
            <w:pPr>
              <w:pStyle w:val="Punktliste"/>
              <w:rPr>
                <w:lang w:val="nb-NO"/>
              </w:rPr>
            </w:pPr>
            <w:r w:rsidRPr="00D4341D">
              <w:rPr>
                <w:sz w:val="20"/>
                <w:lang w:val="nb-NO"/>
              </w:rPr>
              <w:t>ulike ansettelsesforhold</w:t>
            </w:r>
          </w:p>
          <w:p w14:paraId="0545D8C3" w14:textId="77777777" w:rsidR="004158A8" w:rsidRPr="00D4341D" w:rsidRDefault="009B34F3">
            <w:pPr>
              <w:pStyle w:val="Punktliste"/>
              <w:rPr>
                <w:lang w:val="nb-NO"/>
              </w:rPr>
            </w:pPr>
            <w:r w:rsidRPr="00D4341D">
              <w:rPr>
                <w:sz w:val="20"/>
                <w:lang w:val="nb-NO"/>
              </w:rPr>
              <w:t>avvikling av arbeidsforhold</w:t>
            </w:r>
          </w:p>
          <w:p w14:paraId="6399516F" w14:textId="77777777" w:rsidR="004158A8" w:rsidRPr="00D4341D" w:rsidRDefault="009B34F3">
            <w:pPr>
              <w:pStyle w:val="Punktliste"/>
              <w:rPr>
                <w:lang w:val="nb-NO"/>
              </w:rPr>
            </w:pPr>
            <w:r w:rsidRPr="00D4341D">
              <w:rPr>
                <w:sz w:val="20"/>
                <w:lang w:val="nb-NO"/>
              </w:rPr>
              <w:t>personaladministrative rutiner</w:t>
            </w:r>
          </w:p>
          <w:p w14:paraId="0BD5E9B1" w14:textId="77777777" w:rsidR="004158A8" w:rsidRPr="00D4341D" w:rsidRDefault="009B34F3">
            <w:pPr>
              <w:pStyle w:val="Punktliste"/>
              <w:rPr>
                <w:lang w:val="nb-NO"/>
              </w:rPr>
            </w:pPr>
            <w:r w:rsidRPr="00D4341D">
              <w:rPr>
                <w:sz w:val="20"/>
                <w:lang w:val="nb-NO"/>
              </w:rPr>
              <w:t>medarbeidersamtaler</w:t>
            </w:r>
          </w:p>
          <w:p w14:paraId="2872E107" w14:textId="77777777" w:rsidR="004158A8" w:rsidRPr="00D4341D" w:rsidRDefault="009B34F3">
            <w:pPr>
              <w:pStyle w:val="Punktliste"/>
              <w:rPr>
                <w:lang w:val="nb-NO"/>
              </w:rPr>
            </w:pPr>
            <w:r w:rsidRPr="00D4341D">
              <w:rPr>
                <w:sz w:val="20"/>
                <w:lang w:val="nb-NO"/>
              </w:rPr>
              <w:t>konflikthåndtering</w:t>
            </w:r>
          </w:p>
          <w:p w14:paraId="5A2F8615" w14:textId="77777777" w:rsidR="004158A8" w:rsidRPr="00D4341D" w:rsidRDefault="009B34F3">
            <w:pPr>
              <w:pStyle w:val="Punktliste"/>
              <w:rPr>
                <w:lang w:val="nb-NO"/>
              </w:rPr>
            </w:pPr>
            <w:r w:rsidRPr="00D4341D">
              <w:rPr>
                <w:sz w:val="20"/>
                <w:lang w:val="nb-NO"/>
              </w:rPr>
              <w:t>trivsel og motivasjon</w:t>
            </w:r>
          </w:p>
          <w:p w14:paraId="6C37CAD6" w14:textId="77777777" w:rsidR="004158A8" w:rsidRPr="00D4341D" w:rsidRDefault="009B34F3">
            <w:pPr>
              <w:pStyle w:val="Punktliste"/>
              <w:rPr>
                <w:lang w:val="nb-NO"/>
              </w:rPr>
            </w:pPr>
            <w:r w:rsidRPr="00D4341D">
              <w:rPr>
                <w:sz w:val="20"/>
                <w:lang w:val="nb-NO"/>
              </w:rPr>
              <w:t>lærende organisasjoner</w:t>
            </w:r>
          </w:p>
          <w:p w14:paraId="336D7392" w14:textId="77777777" w:rsidR="004158A8" w:rsidRPr="00D4341D" w:rsidRDefault="009B34F3">
            <w:pPr>
              <w:pStyle w:val="Punktliste"/>
              <w:rPr>
                <w:lang w:val="nb-NO"/>
              </w:rPr>
            </w:pPr>
            <w:r w:rsidRPr="00D4341D">
              <w:rPr>
                <w:sz w:val="20"/>
                <w:lang w:val="nb-NO"/>
              </w:rPr>
              <w:t>kompetanseutviklingsplaner for ansatte og lærlinger</w:t>
            </w:r>
          </w:p>
          <w:p w14:paraId="08F77D63" w14:textId="77777777" w:rsidR="004158A8" w:rsidRPr="006F10B1" w:rsidRDefault="009B34F3">
            <w:pPr>
              <w:pStyle w:val="Punktliste"/>
              <w:rPr>
                <w:lang w:val="nb-NO"/>
              </w:rPr>
            </w:pPr>
            <w:r w:rsidRPr="006F10B1">
              <w:rPr>
                <w:sz w:val="20"/>
                <w:lang w:val="nb-NO"/>
              </w:rPr>
              <w:t>opplæring av instruktører og samarbeid med skoler og opplæringskontor</w:t>
            </w:r>
          </w:p>
          <w:p w14:paraId="1991EE2C" w14:textId="77777777" w:rsidR="004158A8" w:rsidRPr="006F10B1" w:rsidRDefault="009B34F3">
            <w:pPr>
              <w:pStyle w:val="Punktliste"/>
              <w:rPr>
                <w:lang w:val="nb-NO"/>
              </w:rPr>
            </w:pPr>
            <w:r w:rsidRPr="006F10B1">
              <w:rPr>
                <w:sz w:val="20"/>
                <w:lang w:val="nb-NO"/>
              </w:rPr>
              <w:t>lover og regler som gjelder opplæring av lærlinger</w:t>
            </w:r>
          </w:p>
          <w:p w14:paraId="0E6AD219" w14:textId="77777777" w:rsidR="004158A8" w:rsidRPr="00D4341D" w:rsidRDefault="009B34F3">
            <w:pPr>
              <w:pStyle w:val="Punktliste"/>
              <w:rPr>
                <w:lang w:val="nb-NO"/>
              </w:rPr>
            </w:pPr>
            <w:r w:rsidRPr="00D4341D">
              <w:rPr>
                <w:sz w:val="20"/>
                <w:lang w:val="nb-NO"/>
              </w:rPr>
              <w:t>yrkespedagogiske prinsipper</w:t>
            </w:r>
          </w:p>
          <w:p w14:paraId="330AC0D4" w14:textId="77777777" w:rsidR="004158A8" w:rsidRPr="006F10B1" w:rsidRDefault="009B34F3">
            <w:pPr>
              <w:pStyle w:val="Punktliste"/>
              <w:rPr>
                <w:lang w:val="nb-NO"/>
              </w:rPr>
            </w:pPr>
            <w:r w:rsidRPr="006F10B1">
              <w:rPr>
                <w:sz w:val="20"/>
                <w:lang w:val="nb-NO"/>
              </w:rPr>
              <w:t>faglig veiledning av medarbeidere og lærlinger</w:t>
            </w:r>
          </w:p>
        </w:tc>
      </w:tr>
    </w:tbl>
    <w:p w14:paraId="5DD6BFEB"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F92958" w:rsidRPr="00032FD2" w14:paraId="1AAD04D0" w14:textId="77777777" w:rsidTr="00F92958">
        <w:trPr>
          <w:trHeight w:val="2400"/>
        </w:trPr>
        <w:tc>
          <w:tcPr>
            <w:tcW w:w="10200" w:type="dxa"/>
            <w:tcBorders>
              <w:top w:val="single" w:sz="8" w:space="0" w:color="auto"/>
              <w:left w:val="single" w:sz="8" w:space="0" w:color="auto"/>
              <w:bottom w:val="single" w:sz="8" w:space="0" w:color="auto"/>
              <w:right w:val="single" w:sz="8" w:space="0" w:color="auto"/>
            </w:tcBorders>
            <w:vAlign w:val="center"/>
            <w:hideMark/>
          </w:tcPr>
          <w:p w14:paraId="3722D66E" w14:textId="77777777" w:rsidR="00F92958" w:rsidRPr="00F92958" w:rsidRDefault="00F92958">
            <w:pPr>
              <w:spacing w:after="40"/>
              <w:rPr>
                <w:lang w:val="nb-NO"/>
              </w:rPr>
            </w:pPr>
            <w:r w:rsidRPr="00F92958">
              <w:rPr>
                <w:b/>
                <w:bCs/>
                <w:sz w:val="20"/>
                <w:szCs w:val="20"/>
                <w:lang w:val="nb-NO"/>
              </w:rPr>
              <w:t>Egenvurdering (skriv her)</w:t>
            </w:r>
          </w:p>
          <w:p w14:paraId="4E88FA19" w14:textId="77777777" w:rsidR="00F92958" w:rsidRPr="00032FD2" w:rsidRDefault="00F92958">
            <w:pPr>
              <w:rPr>
                <w:lang w:val="nb-NO"/>
              </w:rPr>
            </w:pPr>
            <w:r w:rsidRPr="00F92958">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77EF7D80" w14:textId="77777777" w:rsidR="00F92958" w:rsidRPr="00032FD2" w:rsidRDefault="00F92958">
            <w:pPr>
              <w:rPr>
                <w:lang w:val="nb-NO"/>
              </w:rPr>
            </w:pPr>
            <w:r w:rsidRPr="00032FD2">
              <w:rPr>
                <w:lang w:val="nb-NO"/>
              </w:rPr>
              <w:t> </w:t>
            </w:r>
          </w:p>
          <w:p w14:paraId="39AE9156" w14:textId="77777777" w:rsidR="00F92958" w:rsidRPr="00032FD2" w:rsidRDefault="00F92958">
            <w:pPr>
              <w:rPr>
                <w:lang w:val="nb-NO"/>
              </w:rPr>
            </w:pPr>
            <w:r w:rsidRPr="00032FD2">
              <w:rPr>
                <w:lang w:val="nb-NO"/>
              </w:rPr>
              <w:t> </w:t>
            </w:r>
          </w:p>
          <w:p w14:paraId="3AC24DC5" w14:textId="77777777" w:rsidR="00E74DFF" w:rsidRPr="00032FD2" w:rsidRDefault="00E74DFF">
            <w:pPr>
              <w:rPr>
                <w:lang w:val="nb-NO"/>
              </w:rPr>
            </w:pPr>
          </w:p>
          <w:p w14:paraId="48B5457A" w14:textId="77777777" w:rsidR="00E74DFF" w:rsidRPr="00032FD2" w:rsidRDefault="00E74DFF">
            <w:pPr>
              <w:rPr>
                <w:lang w:val="nb-NO"/>
              </w:rPr>
            </w:pPr>
          </w:p>
          <w:p w14:paraId="5F6F9F65" w14:textId="77777777" w:rsidR="00E74DFF" w:rsidRPr="00032FD2" w:rsidRDefault="00E74DFF">
            <w:pPr>
              <w:rPr>
                <w:lang w:val="nb-NO"/>
              </w:rPr>
            </w:pPr>
          </w:p>
          <w:p w14:paraId="5A7CE7FC" w14:textId="77777777" w:rsidR="00E74DFF" w:rsidRPr="00032FD2" w:rsidRDefault="00E74DFF">
            <w:pPr>
              <w:rPr>
                <w:lang w:val="nb-NO"/>
              </w:rPr>
            </w:pPr>
          </w:p>
          <w:p w14:paraId="1FCA1D34" w14:textId="77777777" w:rsidR="00E74DFF" w:rsidRPr="00032FD2" w:rsidRDefault="00E74DFF">
            <w:pPr>
              <w:rPr>
                <w:lang w:val="nb-NO"/>
              </w:rPr>
            </w:pPr>
          </w:p>
          <w:p w14:paraId="4CE46C9D" w14:textId="77777777" w:rsidR="00E74DFF" w:rsidRPr="00032FD2" w:rsidRDefault="00E74DFF">
            <w:pPr>
              <w:rPr>
                <w:lang w:val="nb-NO"/>
              </w:rPr>
            </w:pPr>
          </w:p>
          <w:p w14:paraId="73C2DA2B" w14:textId="77777777" w:rsidR="00E74DFF" w:rsidRPr="00032FD2" w:rsidRDefault="00E74DFF">
            <w:pPr>
              <w:rPr>
                <w:lang w:val="nb-NO"/>
              </w:rPr>
            </w:pPr>
          </w:p>
          <w:p w14:paraId="3F68A051" w14:textId="77777777" w:rsidR="00E74DFF" w:rsidRPr="00032FD2" w:rsidRDefault="00E74DFF">
            <w:pPr>
              <w:rPr>
                <w:lang w:val="nb-NO"/>
              </w:rPr>
            </w:pPr>
          </w:p>
          <w:p w14:paraId="790A5134" w14:textId="77777777" w:rsidR="00F92958" w:rsidRPr="00032FD2" w:rsidRDefault="00F92958">
            <w:pPr>
              <w:rPr>
                <w:lang w:val="nb-NO"/>
              </w:rPr>
            </w:pPr>
            <w:r w:rsidRPr="00032FD2">
              <w:rPr>
                <w:lang w:val="nb-NO"/>
              </w:rPr>
              <w:t> </w:t>
            </w:r>
          </w:p>
          <w:p w14:paraId="1BDA243D" w14:textId="77777777" w:rsidR="00F92958" w:rsidRPr="00032FD2" w:rsidRDefault="00F92958">
            <w:pPr>
              <w:rPr>
                <w:lang w:val="nb-NO"/>
              </w:rPr>
            </w:pPr>
            <w:r w:rsidRPr="00032FD2">
              <w:rPr>
                <w:lang w:val="nb-NO"/>
              </w:rPr>
              <w:t> </w:t>
            </w:r>
          </w:p>
        </w:tc>
      </w:tr>
    </w:tbl>
    <w:p w14:paraId="09FB7802"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80"/>
      </w:tblGrid>
      <w:tr w:rsidR="00F92958" w:rsidRPr="00BF49ED" w14:paraId="1FBCF2C5" w14:textId="77777777" w:rsidTr="00F92958">
        <w:trPr>
          <w:trHeight w:val="1800"/>
        </w:trPr>
        <w:tc>
          <w:tcPr>
            <w:tcW w:w="10200" w:type="dxa"/>
            <w:tcBorders>
              <w:top w:val="single" w:sz="8" w:space="0" w:color="auto"/>
              <w:left w:val="single" w:sz="8" w:space="0" w:color="auto"/>
              <w:bottom w:val="single" w:sz="8" w:space="0" w:color="auto"/>
              <w:right w:val="single" w:sz="8" w:space="0" w:color="auto"/>
            </w:tcBorders>
            <w:vAlign w:val="center"/>
            <w:hideMark/>
          </w:tcPr>
          <w:p w14:paraId="2C39E7B0" w14:textId="77777777" w:rsidR="00F92958" w:rsidRPr="00F92958" w:rsidRDefault="00F92958">
            <w:pPr>
              <w:spacing w:after="40"/>
              <w:rPr>
                <w:lang w:val="nb-NO"/>
              </w:rPr>
            </w:pPr>
            <w:r w:rsidRPr="00F92958">
              <w:rPr>
                <w:b/>
                <w:bCs/>
                <w:sz w:val="20"/>
                <w:szCs w:val="20"/>
                <w:lang w:val="nb-NO"/>
              </w:rPr>
              <w:t>Relevante vedlegg (liste/henvisninger)</w:t>
            </w:r>
          </w:p>
          <w:p w14:paraId="447A05D5" w14:textId="77777777" w:rsidR="00F92958" w:rsidRPr="00F92958" w:rsidRDefault="00F92958">
            <w:pPr>
              <w:rPr>
                <w:lang w:val="nb-NO"/>
              </w:rPr>
            </w:pPr>
            <w:r w:rsidRPr="00F92958">
              <w:rPr>
                <w:sz w:val="20"/>
                <w:szCs w:val="20"/>
                <w:lang w:val="nb-NO"/>
              </w:rPr>
              <w:t>Oppgi vedleggsnummer og kort beskrivelse av dokumentasjonen som underbygger egenvurderingen.</w:t>
            </w:r>
          </w:p>
          <w:p w14:paraId="183E8D61" w14:textId="77777777" w:rsidR="00F92958" w:rsidRPr="00F92958" w:rsidRDefault="00F92958">
            <w:pPr>
              <w:rPr>
                <w:lang w:val="nb-NO"/>
              </w:rPr>
            </w:pPr>
            <w:r w:rsidRPr="00F92958">
              <w:rPr>
                <w:lang w:val="nb-NO"/>
              </w:rPr>
              <w:t> </w:t>
            </w:r>
          </w:p>
          <w:p w14:paraId="32C28347" w14:textId="77777777" w:rsidR="00F92958" w:rsidRPr="00F92958" w:rsidRDefault="00F92958">
            <w:pPr>
              <w:rPr>
                <w:lang w:val="nb-NO"/>
              </w:rPr>
            </w:pPr>
            <w:r w:rsidRPr="00F92958">
              <w:rPr>
                <w:lang w:val="nb-NO"/>
              </w:rPr>
              <w:t> </w:t>
            </w:r>
          </w:p>
          <w:p w14:paraId="6B3307BE" w14:textId="77777777" w:rsidR="00F92958" w:rsidRPr="00F92958" w:rsidRDefault="00F92958">
            <w:pPr>
              <w:rPr>
                <w:lang w:val="nb-NO"/>
              </w:rPr>
            </w:pPr>
            <w:r w:rsidRPr="00F92958">
              <w:rPr>
                <w:lang w:val="nb-NO"/>
              </w:rPr>
              <w:t> </w:t>
            </w:r>
          </w:p>
        </w:tc>
      </w:tr>
    </w:tbl>
    <w:p w14:paraId="7D492430" w14:textId="77777777" w:rsidR="004158A8" w:rsidRPr="006F10B1" w:rsidRDefault="009B34F3">
      <w:pPr>
        <w:rPr>
          <w:lang w:val="nb-NO"/>
        </w:rPr>
      </w:pPr>
      <w:r w:rsidRPr="006F10B1">
        <w:rPr>
          <w:lang w:val="nb-NO"/>
        </w:rPr>
        <w:br w:type="page"/>
      </w:r>
    </w:p>
    <w:p w14:paraId="79FE51DA" w14:textId="77777777" w:rsidR="004158A8" w:rsidRPr="00D4341D" w:rsidRDefault="009B34F3">
      <w:pPr>
        <w:rPr>
          <w:lang w:val="nb-NO"/>
        </w:rPr>
      </w:pPr>
      <w:r w:rsidRPr="00D4341D">
        <w:rPr>
          <w:b/>
          <w:lang w:val="nb-NO"/>
        </w:rPr>
        <w:lastRenderedPageBreak/>
        <w:t>Modul: Økonomistyring</w:t>
      </w:r>
    </w:p>
    <w:p w14:paraId="2C970152" w14:textId="77777777" w:rsidR="004158A8" w:rsidRPr="00D4341D" w:rsidRDefault="009B34F3">
      <w:pPr>
        <w:pStyle w:val="Overskrift1"/>
        <w:rPr>
          <w:lang w:val="nb-NO"/>
        </w:rPr>
      </w:pPr>
      <w:r w:rsidRPr="00D4341D">
        <w:rPr>
          <w:lang w:val="nb-NO"/>
        </w:rPr>
        <w:t>Bedriftsetablering og entreprenørskap</w:t>
      </w:r>
    </w:p>
    <w:tbl>
      <w:tblPr>
        <w:tblStyle w:val="Tabellrutenett"/>
        <w:tblW w:w="0" w:type="auto"/>
        <w:tblLook w:val="04A0" w:firstRow="1" w:lastRow="0" w:firstColumn="1" w:lastColumn="0" w:noHBand="0" w:noVBand="1"/>
      </w:tblPr>
      <w:tblGrid>
        <w:gridCol w:w="5095"/>
        <w:gridCol w:w="5095"/>
      </w:tblGrid>
      <w:tr w:rsidR="004158A8" w:rsidRPr="00BF49ED" w14:paraId="3D637EF4" w14:textId="77777777">
        <w:trPr>
          <w:cantSplit/>
        </w:trPr>
        <w:tc>
          <w:tcPr>
            <w:tcW w:w="5100" w:type="dxa"/>
          </w:tcPr>
          <w:p w14:paraId="381A7AA2" w14:textId="77777777" w:rsidR="004158A8" w:rsidRPr="006F10B1" w:rsidRDefault="009B34F3">
            <w:pPr>
              <w:spacing w:after="40"/>
              <w:rPr>
                <w:lang w:val="nb-NO"/>
              </w:rPr>
            </w:pPr>
            <w:r w:rsidRPr="006F10B1">
              <w:rPr>
                <w:b/>
                <w:sz w:val="20"/>
                <w:lang w:val="nb-NO"/>
              </w:rPr>
              <w:t>Hovedtema</w:t>
            </w:r>
          </w:p>
          <w:p w14:paraId="6ADF7C81" w14:textId="77777777" w:rsidR="004158A8" w:rsidRPr="006F10B1" w:rsidRDefault="009B34F3">
            <w:pPr>
              <w:rPr>
                <w:lang w:val="nb-NO"/>
              </w:rPr>
            </w:pPr>
            <w:r w:rsidRPr="006F10B1">
              <w:rPr>
                <w:sz w:val="20"/>
                <w:lang w:val="nb-NO"/>
              </w:rPr>
              <w:t>Hovedtemaet handler om næringsmuligheter, forretningsidé, selskapsform, forretningsplan og etablering. Lover og forskrifter for etablering, drift, gjeldsforhandling, avvikling, eierskifte og generasjonsskifte er en del av hovedtemaet.</w:t>
            </w:r>
          </w:p>
          <w:p w14:paraId="1AB85109" w14:textId="77777777" w:rsidR="004158A8" w:rsidRPr="006F10B1" w:rsidRDefault="009B34F3">
            <w:pPr>
              <w:rPr>
                <w:lang w:val="nb-NO"/>
              </w:rPr>
            </w:pPr>
            <w:r w:rsidRPr="006F10B1">
              <w:rPr>
                <w:sz w:val="20"/>
                <w:lang w:val="nb-NO"/>
              </w:rPr>
              <w:t>Hovedtemaet omfatter også bedriftens rolle som ressursforvalter og bidragsyter til sysselsetting og verdiskaping. Det handler videre om bedriftens samfunnsansvar, interessekonflikter og konsekvenser av globalisering</w:t>
            </w:r>
          </w:p>
          <w:p w14:paraId="2C09769A" w14:textId="77777777" w:rsidR="004158A8" w:rsidRPr="006F10B1" w:rsidRDefault="009B34F3">
            <w:pPr>
              <w:rPr>
                <w:lang w:val="nb-NO"/>
              </w:rPr>
            </w:pPr>
            <w:r w:rsidRPr="006F10B1">
              <w:rPr>
                <w:sz w:val="20"/>
                <w:lang w:val="nb-NO"/>
              </w:rPr>
              <w:t>Entreprenørskap og innovasjon ligger til grunn for hovedtemaet.</w:t>
            </w:r>
          </w:p>
        </w:tc>
        <w:tc>
          <w:tcPr>
            <w:tcW w:w="5100" w:type="dxa"/>
          </w:tcPr>
          <w:p w14:paraId="0217AB7F" w14:textId="77777777" w:rsidR="004158A8" w:rsidRPr="00D4341D" w:rsidRDefault="009B34F3">
            <w:pPr>
              <w:spacing w:after="40"/>
              <w:rPr>
                <w:lang w:val="nb-NO"/>
              </w:rPr>
            </w:pPr>
            <w:r w:rsidRPr="00D4341D">
              <w:rPr>
                <w:b/>
                <w:sz w:val="20"/>
                <w:lang w:val="nb-NO"/>
              </w:rPr>
              <w:t>Innhold</w:t>
            </w:r>
          </w:p>
          <w:p w14:paraId="611AC76E" w14:textId="77777777" w:rsidR="004158A8" w:rsidRPr="00D4341D" w:rsidRDefault="009B34F3">
            <w:pPr>
              <w:pStyle w:val="Punktliste"/>
              <w:rPr>
                <w:lang w:val="nb-NO"/>
              </w:rPr>
            </w:pPr>
            <w:r w:rsidRPr="00D4341D">
              <w:rPr>
                <w:sz w:val="20"/>
                <w:lang w:val="nb-NO"/>
              </w:rPr>
              <w:t>forretningsmuligheter og forretningside</w:t>
            </w:r>
          </w:p>
          <w:p w14:paraId="5B61ABD1" w14:textId="77777777" w:rsidR="004158A8" w:rsidRPr="00D4341D" w:rsidRDefault="009B34F3">
            <w:pPr>
              <w:pStyle w:val="Punktliste"/>
              <w:rPr>
                <w:lang w:val="nb-NO"/>
              </w:rPr>
            </w:pPr>
            <w:r w:rsidRPr="00D4341D">
              <w:rPr>
                <w:sz w:val="20"/>
                <w:lang w:val="nb-NO"/>
              </w:rPr>
              <w:t>selskapsformer og eierskap</w:t>
            </w:r>
          </w:p>
          <w:p w14:paraId="4D094E23" w14:textId="77777777" w:rsidR="004158A8" w:rsidRPr="00D4341D" w:rsidRDefault="009B34F3">
            <w:pPr>
              <w:pStyle w:val="Punktliste"/>
              <w:rPr>
                <w:lang w:val="nb-NO"/>
              </w:rPr>
            </w:pPr>
            <w:r w:rsidRPr="00D4341D">
              <w:rPr>
                <w:sz w:val="20"/>
                <w:lang w:val="nb-NO"/>
              </w:rPr>
              <w:t>forretningsplan for en bedrift</w:t>
            </w:r>
          </w:p>
          <w:p w14:paraId="79076D0D" w14:textId="77777777" w:rsidR="004158A8" w:rsidRPr="00D4341D" w:rsidRDefault="009B34F3">
            <w:pPr>
              <w:pStyle w:val="Punktliste"/>
              <w:rPr>
                <w:lang w:val="nb-NO"/>
              </w:rPr>
            </w:pPr>
            <w:r w:rsidRPr="00D4341D">
              <w:rPr>
                <w:sz w:val="20"/>
                <w:lang w:val="nb-NO"/>
              </w:rPr>
              <w:t>bedriftsetablering</w:t>
            </w:r>
          </w:p>
          <w:p w14:paraId="2CEF91D9" w14:textId="77777777" w:rsidR="004158A8" w:rsidRPr="006F10B1" w:rsidRDefault="009B34F3">
            <w:pPr>
              <w:pStyle w:val="Punktliste"/>
              <w:rPr>
                <w:lang w:val="nb-NO"/>
              </w:rPr>
            </w:pPr>
            <w:r w:rsidRPr="006F10B1">
              <w:rPr>
                <w:sz w:val="20"/>
                <w:lang w:val="nb-NO"/>
              </w:rPr>
              <w:t>hovedaktiviteter i en håndverksbedrift, for eksempel logistikk, produksjon, service- og tjenesteytelser og personalytelser</w:t>
            </w:r>
          </w:p>
          <w:p w14:paraId="7DBAEAB3" w14:textId="77777777" w:rsidR="004158A8" w:rsidRPr="006F10B1" w:rsidRDefault="009B34F3">
            <w:pPr>
              <w:pStyle w:val="Punktliste"/>
              <w:rPr>
                <w:lang w:val="nb-NO"/>
              </w:rPr>
            </w:pPr>
            <w:r w:rsidRPr="006F10B1">
              <w:rPr>
                <w:sz w:val="20"/>
                <w:lang w:val="nb-NO"/>
              </w:rPr>
              <w:t>kapitalbehov og finansiering ved etablering av egen bedrift</w:t>
            </w:r>
          </w:p>
          <w:p w14:paraId="06CAD010" w14:textId="77777777" w:rsidR="004158A8" w:rsidRPr="00D4341D" w:rsidRDefault="009B34F3">
            <w:pPr>
              <w:pStyle w:val="Punktliste"/>
              <w:rPr>
                <w:lang w:val="nb-NO"/>
              </w:rPr>
            </w:pPr>
            <w:r w:rsidRPr="00D4341D">
              <w:rPr>
                <w:sz w:val="20"/>
                <w:lang w:val="nb-NO"/>
              </w:rPr>
              <w:t>lover og forskrifter for etablering og drift</w:t>
            </w:r>
          </w:p>
          <w:p w14:paraId="2D9CB32E" w14:textId="77777777" w:rsidR="004158A8" w:rsidRPr="00D4341D" w:rsidRDefault="009B34F3">
            <w:pPr>
              <w:pStyle w:val="Punktliste"/>
              <w:rPr>
                <w:lang w:val="nb-NO"/>
              </w:rPr>
            </w:pPr>
            <w:r w:rsidRPr="00D4341D">
              <w:rPr>
                <w:sz w:val="20"/>
                <w:lang w:val="nb-NO"/>
              </w:rPr>
              <w:t>eierskifte og generasjonsskifte</w:t>
            </w:r>
          </w:p>
          <w:p w14:paraId="6F92BC7B" w14:textId="77777777" w:rsidR="004158A8" w:rsidRPr="00D4341D" w:rsidRDefault="009B34F3">
            <w:pPr>
              <w:pStyle w:val="Punktliste"/>
              <w:rPr>
                <w:lang w:val="nb-NO"/>
              </w:rPr>
            </w:pPr>
            <w:r w:rsidRPr="00D4341D">
              <w:rPr>
                <w:sz w:val="20"/>
                <w:lang w:val="nb-NO"/>
              </w:rPr>
              <w:t>gjeldsforhandlinger og avvikling</w:t>
            </w:r>
          </w:p>
          <w:p w14:paraId="6B55B38A" w14:textId="77777777" w:rsidR="004158A8" w:rsidRPr="006F10B1" w:rsidRDefault="009B34F3">
            <w:pPr>
              <w:pStyle w:val="Punktliste"/>
              <w:rPr>
                <w:lang w:val="nb-NO"/>
              </w:rPr>
            </w:pPr>
            <w:r w:rsidRPr="006F10B1">
              <w:rPr>
                <w:sz w:val="20"/>
                <w:lang w:val="nb-NO"/>
              </w:rPr>
              <w:t>bedriftens bidrag til sysselsetting og verdiskaping</w:t>
            </w:r>
          </w:p>
          <w:p w14:paraId="51D5B4E3" w14:textId="77777777" w:rsidR="004158A8" w:rsidRPr="006F10B1" w:rsidRDefault="009B34F3">
            <w:pPr>
              <w:pStyle w:val="Punktliste"/>
              <w:rPr>
                <w:lang w:val="nb-NO"/>
              </w:rPr>
            </w:pPr>
            <w:r w:rsidRPr="006F10B1">
              <w:rPr>
                <w:sz w:val="20"/>
                <w:lang w:val="nb-NO"/>
              </w:rPr>
              <w:t>næringsvirksomhet med utgangspunkt i lokale og regionale ressurser</w:t>
            </w:r>
          </w:p>
          <w:p w14:paraId="0E8936C5" w14:textId="77777777" w:rsidR="004158A8" w:rsidRPr="00D4341D" w:rsidRDefault="009B34F3">
            <w:pPr>
              <w:pStyle w:val="Punktliste"/>
              <w:rPr>
                <w:lang w:val="nb-NO"/>
              </w:rPr>
            </w:pPr>
            <w:r w:rsidRPr="00D4341D">
              <w:rPr>
                <w:sz w:val="20"/>
                <w:lang w:val="nb-NO"/>
              </w:rPr>
              <w:t>bedriftens interessenter og nettverk</w:t>
            </w:r>
          </w:p>
          <w:p w14:paraId="4106CFED" w14:textId="77777777" w:rsidR="004158A8" w:rsidRPr="006F10B1" w:rsidRDefault="009B34F3">
            <w:pPr>
              <w:pStyle w:val="Punktliste"/>
              <w:rPr>
                <w:lang w:val="nb-NO"/>
              </w:rPr>
            </w:pPr>
            <w:r w:rsidRPr="006F10B1">
              <w:rPr>
                <w:sz w:val="20"/>
                <w:lang w:val="nb-NO"/>
              </w:rPr>
              <w:t>bedriftens samfunnsansvar, interessekonflikter og konsekvenser av globalisering</w:t>
            </w:r>
          </w:p>
        </w:tc>
      </w:tr>
    </w:tbl>
    <w:p w14:paraId="2D0A37E6"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99032D" w:rsidRPr="00032FD2" w14:paraId="1AAC41A0" w14:textId="77777777" w:rsidTr="0099032D">
        <w:trPr>
          <w:trHeight w:val="2400"/>
        </w:trPr>
        <w:tc>
          <w:tcPr>
            <w:tcW w:w="10200" w:type="dxa"/>
            <w:tcBorders>
              <w:top w:val="single" w:sz="8" w:space="0" w:color="auto"/>
              <w:left w:val="single" w:sz="8" w:space="0" w:color="auto"/>
              <w:bottom w:val="single" w:sz="8" w:space="0" w:color="auto"/>
              <w:right w:val="single" w:sz="8" w:space="0" w:color="auto"/>
            </w:tcBorders>
            <w:vAlign w:val="center"/>
            <w:hideMark/>
          </w:tcPr>
          <w:p w14:paraId="4F8E349C" w14:textId="77777777" w:rsidR="0099032D" w:rsidRPr="0099032D" w:rsidRDefault="0099032D">
            <w:pPr>
              <w:spacing w:after="40"/>
              <w:rPr>
                <w:lang w:val="nb-NO"/>
              </w:rPr>
            </w:pPr>
            <w:r w:rsidRPr="0099032D">
              <w:rPr>
                <w:b/>
                <w:bCs/>
                <w:sz w:val="20"/>
                <w:szCs w:val="20"/>
                <w:lang w:val="nb-NO"/>
              </w:rPr>
              <w:t>Egenvurdering (skriv her)</w:t>
            </w:r>
          </w:p>
          <w:p w14:paraId="1D853644" w14:textId="77777777" w:rsidR="0099032D" w:rsidRPr="00032FD2" w:rsidRDefault="0099032D">
            <w:pPr>
              <w:rPr>
                <w:lang w:val="nb-NO"/>
              </w:rPr>
            </w:pPr>
            <w:r w:rsidRPr="0099032D">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1A7F9045" w14:textId="77777777" w:rsidR="0099032D" w:rsidRPr="00032FD2" w:rsidRDefault="0099032D">
            <w:pPr>
              <w:rPr>
                <w:lang w:val="nb-NO"/>
              </w:rPr>
            </w:pPr>
            <w:r w:rsidRPr="00032FD2">
              <w:rPr>
                <w:lang w:val="nb-NO"/>
              </w:rPr>
              <w:t> </w:t>
            </w:r>
          </w:p>
          <w:p w14:paraId="2ACE5812" w14:textId="77777777" w:rsidR="0099032D" w:rsidRPr="00032FD2" w:rsidRDefault="0099032D">
            <w:pPr>
              <w:rPr>
                <w:lang w:val="nb-NO"/>
              </w:rPr>
            </w:pPr>
            <w:r w:rsidRPr="00032FD2">
              <w:rPr>
                <w:lang w:val="nb-NO"/>
              </w:rPr>
              <w:t> </w:t>
            </w:r>
          </w:p>
          <w:p w14:paraId="49157C6F" w14:textId="77777777" w:rsidR="0099032D" w:rsidRPr="00032FD2" w:rsidRDefault="0099032D">
            <w:pPr>
              <w:rPr>
                <w:lang w:val="nb-NO"/>
              </w:rPr>
            </w:pPr>
            <w:r w:rsidRPr="00032FD2">
              <w:rPr>
                <w:lang w:val="nb-NO"/>
              </w:rPr>
              <w:t> </w:t>
            </w:r>
          </w:p>
          <w:p w14:paraId="58539C9E" w14:textId="77777777" w:rsidR="0099032D" w:rsidRPr="00032FD2" w:rsidRDefault="0099032D">
            <w:pPr>
              <w:rPr>
                <w:lang w:val="nb-NO"/>
              </w:rPr>
            </w:pPr>
            <w:r w:rsidRPr="00032FD2">
              <w:rPr>
                <w:lang w:val="nb-NO"/>
              </w:rPr>
              <w:t> </w:t>
            </w:r>
          </w:p>
        </w:tc>
      </w:tr>
    </w:tbl>
    <w:p w14:paraId="0335FED9"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3C12D346" w14:textId="77777777">
        <w:trPr>
          <w:cantSplit/>
          <w:trHeight w:val="2381"/>
        </w:trPr>
        <w:tc>
          <w:tcPr>
            <w:tcW w:w="10200" w:type="dxa"/>
          </w:tcPr>
          <w:p w14:paraId="497E70D2" w14:textId="77777777" w:rsidR="004158A8" w:rsidRPr="006F10B1" w:rsidRDefault="009B34F3">
            <w:pPr>
              <w:spacing w:after="40"/>
              <w:rPr>
                <w:lang w:val="nb-NO"/>
              </w:rPr>
            </w:pPr>
            <w:r w:rsidRPr="006F10B1">
              <w:rPr>
                <w:b/>
                <w:sz w:val="20"/>
                <w:lang w:val="nb-NO"/>
              </w:rPr>
              <w:t>Relevante vedlegg (liste/henvisninger)</w:t>
            </w:r>
          </w:p>
          <w:p w14:paraId="49543136"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2BD4AE96" w14:textId="77777777" w:rsidR="004158A8" w:rsidRPr="006F10B1" w:rsidRDefault="004158A8">
            <w:pPr>
              <w:rPr>
                <w:lang w:val="nb-NO"/>
              </w:rPr>
            </w:pPr>
          </w:p>
          <w:p w14:paraId="193A7EF2" w14:textId="77777777" w:rsidR="004158A8" w:rsidRPr="006F10B1" w:rsidRDefault="004158A8">
            <w:pPr>
              <w:rPr>
                <w:lang w:val="nb-NO"/>
              </w:rPr>
            </w:pPr>
          </w:p>
          <w:p w14:paraId="7424C435" w14:textId="77777777" w:rsidR="004158A8" w:rsidRPr="006F10B1" w:rsidRDefault="004158A8">
            <w:pPr>
              <w:rPr>
                <w:lang w:val="nb-NO"/>
              </w:rPr>
            </w:pPr>
          </w:p>
          <w:p w14:paraId="41880B3B" w14:textId="77777777" w:rsidR="004158A8" w:rsidRPr="006F10B1" w:rsidRDefault="004158A8">
            <w:pPr>
              <w:rPr>
                <w:lang w:val="nb-NO"/>
              </w:rPr>
            </w:pPr>
          </w:p>
          <w:p w14:paraId="1B23B884" w14:textId="77777777" w:rsidR="004158A8" w:rsidRPr="006F10B1" w:rsidRDefault="004158A8">
            <w:pPr>
              <w:rPr>
                <w:lang w:val="nb-NO"/>
              </w:rPr>
            </w:pPr>
          </w:p>
          <w:p w14:paraId="446A70E0" w14:textId="77777777" w:rsidR="004158A8" w:rsidRPr="006F10B1" w:rsidRDefault="004158A8">
            <w:pPr>
              <w:rPr>
                <w:lang w:val="nb-NO"/>
              </w:rPr>
            </w:pPr>
          </w:p>
          <w:p w14:paraId="427921CF" w14:textId="77777777" w:rsidR="004158A8" w:rsidRPr="006F10B1" w:rsidRDefault="004158A8">
            <w:pPr>
              <w:rPr>
                <w:lang w:val="nb-NO"/>
              </w:rPr>
            </w:pPr>
          </w:p>
        </w:tc>
      </w:tr>
    </w:tbl>
    <w:p w14:paraId="393FEC70" w14:textId="77777777" w:rsidR="004158A8" w:rsidRPr="006F10B1" w:rsidRDefault="009B34F3">
      <w:pPr>
        <w:rPr>
          <w:lang w:val="nb-NO"/>
        </w:rPr>
      </w:pPr>
      <w:r w:rsidRPr="006F10B1">
        <w:rPr>
          <w:lang w:val="nb-NO"/>
        </w:rPr>
        <w:br w:type="page"/>
      </w:r>
    </w:p>
    <w:p w14:paraId="645E4D84" w14:textId="77777777" w:rsidR="004158A8" w:rsidRPr="006F10B1" w:rsidRDefault="009B34F3">
      <w:pPr>
        <w:rPr>
          <w:lang w:val="nb-NO"/>
        </w:rPr>
      </w:pPr>
      <w:r w:rsidRPr="006F10B1">
        <w:rPr>
          <w:b/>
          <w:lang w:val="nb-NO"/>
        </w:rPr>
        <w:lastRenderedPageBreak/>
        <w:t>Modul: Økonomistyring</w:t>
      </w:r>
    </w:p>
    <w:p w14:paraId="10D0B013" w14:textId="77777777" w:rsidR="004158A8" w:rsidRPr="006F10B1" w:rsidRDefault="009B34F3">
      <w:pPr>
        <w:pStyle w:val="Overskrift1"/>
        <w:rPr>
          <w:lang w:val="nb-NO"/>
        </w:rPr>
      </w:pPr>
      <w:r w:rsidRPr="006F10B1">
        <w:rPr>
          <w:lang w:val="nb-NO"/>
        </w:rPr>
        <w:t>Investering, kapitalbehov og finansiering</w:t>
      </w:r>
    </w:p>
    <w:tbl>
      <w:tblPr>
        <w:tblStyle w:val="Tabellrutenett"/>
        <w:tblW w:w="0" w:type="auto"/>
        <w:tblLook w:val="04A0" w:firstRow="1" w:lastRow="0" w:firstColumn="1" w:lastColumn="0" w:noHBand="0" w:noVBand="1"/>
      </w:tblPr>
      <w:tblGrid>
        <w:gridCol w:w="5095"/>
        <w:gridCol w:w="5095"/>
      </w:tblGrid>
      <w:tr w:rsidR="004158A8" w:rsidRPr="00BF49ED" w14:paraId="79B248CF" w14:textId="77777777">
        <w:trPr>
          <w:cantSplit/>
        </w:trPr>
        <w:tc>
          <w:tcPr>
            <w:tcW w:w="5100" w:type="dxa"/>
          </w:tcPr>
          <w:p w14:paraId="30FF8AB1" w14:textId="77777777" w:rsidR="004158A8" w:rsidRPr="006F10B1" w:rsidRDefault="009B34F3">
            <w:pPr>
              <w:spacing w:after="40"/>
              <w:rPr>
                <w:lang w:val="nb-NO"/>
              </w:rPr>
            </w:pPr>
            <w:r w:rsidRPr="006F10B1">
              <w:rPr>
                <w:b/>
                <w:sz w:val="20"/>
                <w:lang w:val="nb-NO"/>
              </w:rPr>
              <w:t>Hovedtema</w:t>
            </w:r>
          </w:p>
          <w:p w14:paraId="56786E35" w14:textId="77777777" w:rsidR="004158A8" w:rsidRPr="00D4341D" w:rsidRDefault="009B34F3">
            <w:pPr>
              <w:rPr>
                <w:lang w:val="nb-NO"/>
              </w:rPr>
            </w:pPr>
            <w:r w:rsidRPr="006F10B1">
              <w:rPr>
                <w:sz w:val="20"/>
                <w:lang w:val="nb-NO"/>
              </w:rPr>
              <w:t xml:space="preserve">Hovedtemaet handler om lønnsomheten til investeringer, beregning av kapitalbehov og finansieringsformer.  </w:t>
            </w:r>
            <w:r w:rsidRPr="00D4341D">
              <w:rPr>
                <w:sz w:val="20"/>
                <w:lang w:val="nb-NO"/>
              </w:rPr>
              <w:t>Finansieringsplan og risikovurderinger er en del av hovedtemaet.</w:t>
            </w:r>
          </w:p>
        </w:tc>
        <w:tc>
          <w:tcPr>
            <w:tcW w:w="5100" w:type="dxa"/>
          </w:tcPr>
          <w:p w14:paraId="6528D326" w14:textId="77777777" w:rsidR="004158A8" w:rsidRPr="00D4341D" w:rsidRDefault="009B34F3">
            <w:pPr>
              <w:spacing w:after="40"/>
              <w:rPr>
                <w:lang w:val="nb-NO"/>
              </w:rPr>
            </w:pPr>
            <w:r w:rsidRPr="00D4341D">
              <w:rPr>
                <w:b/>
                <w:sz w:val="20"/>
                <w:lang w:val="nb-NO"/>
              </w:rPr>
              <w:t>Innhold</w:t>
            </w:r>
          </w:p>
          <w:p w14:paraId="6A394839" w14:textId="77777777" w:rsidR="004158A8" w:rsidRPr="00D4341D" w:rsidRDefault="009B34F3">
            <w:pPr>
              <w:pStyle w:val="Punktliste"/>
              <w:rPr>
                <w:lang w:val="nb-NO"/>
              </w:rPr>
            </w:pPr>
            <w:r w:rsidRPr="00D4341D">
              <w:rPr>
                <w:sz w:val="20"/>
                <w:lang w:val="nb-NO"/>
              </w:rPr>
              <w:t>lønnsomheten til en investering</w:t>
            </w:r>
          </w:p>
          <w:p w14:paraId="3294905E" w14:textId="77777777" w:rsidR="004158A8" w:rsidRPr="00D4341D" w:rsidRDefault="009B34F3">
            <w:pPr>
              <w:pStyle w:val="Punktliste"/>
              <w:rPr>
                <w:lang w:val="nb-NO"/>
              </w:rPr>
            </w:pPr>
            <w:r w:rsidRPr="00D4341D">
              <w:rPr>
                <w:sz w:val="20"/>
                <w:lang w:val="nb-NO"/>
              </w:rPr>
              <w:t>budsjettering av kapitalbehov</w:t>
            </w:r>
          </w:p>
          <w:p w14:paraId="087341F0" w14:textId="77777777" w:rsidR="004158A8" w:rsidRPr="00D4341D" w:rsidRDefault="009B34F3">
            <w:pPr>
              <w:pStyle w:val="Punktliste"/>
              <w:rPr>
                <w:lang w:val="nb-NO"/>
              </w:rPr>
            </w:pPr>
            <w:r w:rsidRPr="00D4341D">
              <w:rPr>
                <w:sz w:val="20"/>
                <w:lang w:val="nb-NO"/>
              </w:rPr>
              <w:t>finansieringsformer</w:t>
            </w:r>
          </w:p>
          <w:p w14:paraId="48B55B38" w14:textId="77777777" w:rsidR="004158A8" w:rsidRPr="00D4341D" w:rsidRDefault="009B34F3">
            <w:pPr>
              <w:pStyle w:val="Punktliste"/>
              <w:rPr>
                <w:lang w:val="nb-NO"/>
              </w:rPr>
            </w:pPr>
            <w:r w:rsidRPr="00D4341D">
              <w:rPr>
                <w:sz w:val="20"/>
                <w:lang w:val="nb-NO"/>
              </w:rPr>
              <w:t>finansieringsplan</w:t>
            </w:r>
          </w:p>
          <w:p w14:paraId="707954AC" w14:textId="77777777" w:rsidR="004158A8" w:rsidRPr="006F10B1" w:rsidRDefault="009B34F3">
            <w:pPr>
              <w:pStyle w:val="Punktliste"/>
              <w:rPr>
                <w:lang w:val="nb-NO"/>
              </w:rPr>
            </w:pPr>
            <w:r w:rsidRPr="006F10B1">
              <w:rPr>
                <w:sz w:val="20"/>
                <w:lang w:val="nb-NO"/>
              </w:rPr>
              <w:t>risikovurdering av investering og finansiering</w:t>
            </w:r>
          </w:p>
        </w:tc>
      </w:tr>
    </w:tbl>
    <w:p w14:paraId="47A036FE"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C7222C" w:rsidRPr="00032FD2" w14:paraId="7DBFE18F"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43A0A612" w14:textId="77777777" w:rsidR="002A5CA9" w:rsidRPr="002A5CA9" w:rsidRDefault="002A5CA9">
            <w:pPr>
              <w:spacing w:after="40"/>
              <w:rPr>
                <w:lang w:val="nb-NO"/>
              </w:rPr>
            </w:pPr>
            <w:r w:rsidRPr="002A5CA9">
              <w:rPr>
                <w:b/>
                <w:bCs/>
                <w:sz w:val="20"/>
                <w:szCs w:val="20"/>
                <w:lang w:val="nb-NO"/>
              </w:rPr>
              <w:t>Egenvurdering (skriv her)</w:t>
            </w:r>
          </w:p>
          <w:p w14:paraId="050FE4A6"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4DC35B31" w14:textId="77777777" w:rsidR="002A5CA9" w:rsidRPr="00032FD2" w:rsidRDefault="002A5CA9">
            <w:pPr>
              <w:rPr>
                <w:lang w:val="nb-NO"/>
              </w:rPr>
            </w:pPr>
            <w:r w:rsidRPr="00032FD2">
              <w:rPr>
                <w:lang w:val="nb-NO"/>
              </w:rPr>
              <w:t> </w:t>
            </w:r>
          </w:p>
          <w:p w14:paraId="5A8E4B0E" w14:textId="77777777" w:rsidR="002A5CA9" w:rsidRPr="00032FD2" w:rsidRDefault="002A5CA9">
            <w:pPr>
              <w:rPr>
                <w:lang w:val="nb-NO"/>
              </w:rPr>
            </w:pPr>
            <w:r w:rsidRPr="00032FD2">
              <w:rPr>
                <w:lang w:val="nb-NO"/>
              </w:rPr>
              <w:t> </w:t>
            </w:r>
          </w:p>
          <w:p w14:paraId="1FE23347" w14:textId="77777777" w:rsidR="002A5CA9" w:rsidRPr="00032FD2" w:rsidRDefault="002A5CA9">
            <w:pPr>
              <w:rPr>
                <w:lang w:val="nb-NO"/>
              </w:rPr>
            </w:pPr>
            <w:r w:rsidRPr="00032FD2">
              <w:rPr>
                <w:lang w:val="nb-NO"/>
              </w:rPr>
              <w:t> </w:t>
            </w:r>
          </w:p>
          <w:p w14:paraId="43D5E071" w14:textId="77777777" w:rsidR="002A5CA9" w:rsidRPr="00032FD2" w:rsidRDefault="002A5CA9">
            <w:pPr>
              <w:rPr>
                <w:lang w:val="nb-NO"/>
              </w:rPr>
            </w:pPr>
            <w:r w:rsidRPr="00032FD2">
              <w:rPr>
                <w:lang w:val="nb-NO"/>
              </w:rPr>
              <w:t> </w:t>
            </w:r>
          </w:p>
          <w:p w14:paraId="7F102AFC" w14:textId="77777777" w:rsidR="002A5CA9" w:rsidRPr="00032FD2" w:rsidRDefault="002A5CA9">
            <w:pPr>
              <w:rPr>
                <w:lang w:val="nb-NO"/>
              </w:rPr>
            </w:pPr>
            <w:r w:rsidRPr="00032FD2">
              <w:rPr>
                <w:lang w:val="nb-NO"/>
              </w:rPr>
              <w:t> </w:t>
            </w:r>
          </w:p>
          <w:p w14:paraId="2A4E00E1" w14:textId="77777777" w:rsidR="002A5CA9" w:rsidRPr="00032FD2" w:rsidRDefault="002A5CA9">
            <w:pPr>
              <w:rPr>
                <w:lang w:val="nb-NO"/>
              </w:rPr>
            </w:pPr>
            <w:r w:rsidRPr="00032FD2">
              <w:rPr>
                <w:lang w:val="nb-NO"/>
              </w:rPr>
              <w:t> </w:t>
            </w:r>
          </w:p>
          <w:p w14:paraId="0D8490FB" w14:textId="77777777" w:rsidR="002A5CA9" w:rsidRPr="00032FD2" w:rsidRDefault="002A5CA9">
            <w:pPr>
              <w:rPr>
                <w:lang w:val="nb-NO"/>
              </w:rPr>
            </w:pPr>
            <w:r w:rsidRPr="00032FD2">
              <w:rPr>
                <w:lang w:val="nb-NO"/>
              </w:rPr>
              <w:t> </w:t>
            </w:r>
          </w:p>
          <w:p w14:paraId="31BAAD79" w14:textId="77777777" w:rsidR="002A5CA9" w:rsidRPr="00032FD2" w:rsidRDefault="002A5CA9">
            <w:pPr>
              <w:rPr>
                <w:lang w:val="nb-NO"/>
              </w:rPr>
            </w:pPr>
            <w:r w:rsidRPr="00032FD2">
              <w:rPr>
                <w:lang w:val="nb-NO"/>
              </w:rPr>
              <w:t> </w:t>
            </w:r>
          </w:p>
          <w:p w14:paraId="619DCEF3" w14:textId="77777777" w:rsidR="002A5CA9" w:rsidRPr="00032FD2" w:rsidRDefault="002A5CA9">
            <w:pPr>
              <w:rPr>
                <w:lang w:val="nb-NO"/>
              </w:rPr>
            </w:pPr>
            <w:r w:rsidRPr="00032FD2">
              <w:rPr>
                <w:lang w:val="nb-NO"/>
              </w:rPr>
              <w:t> </w:t>
            </w:r>
          </w:p>
          <w:p w14:paraId="7E1931DD" w14:textId="77777777" w:rsidR="002A5CA9" w:rsidRPr="00032FD2" w:rsidRDefault="002A5CA9">
            <w:pPr>
              <w:rPr>
                <w:lang w:val="nb-NO"/>
              </w:rPr>
            </w:pPr>
            <w:r w:rsidRPr="00032FD2">
              <w:rPr>
                <w:lang w:val="nb-NO"/>
              </w:rPr>
              <w:t> </w:t>
            </w:r>
          </w:p>
          <w:p w14:paraId="279AF993" w14:textId="77777777" w:rsidR="002A5CA9" w:rsidRPr="00032FD2" w:rsidRDefault="002A5CA9">
            <w:pPr>
              <w:rPr>
                <w:lang w:val="nb-NO"/>
              </w:rPr>
            </w:pPr>
            <w:r w:rsidRPr="00032FD2">
              <w:rPr>
                <w:lang w:val="nb-NO"/>
              </w:rPr>
              <w:t> </w:t>
            </w:r>
          </w:p>
          <w:p w14:paraId="7F6553D7" w14:textId="77777777" w:rsidR="002A5CA9" w:rsidRPr="00032FD2" w:rsidRDefault="002A5CA9">
            <w:pPr>
              <w:rPr>
                <w:lang w:val="nb-NO"/>
              </w:rPr>
            </w:pPr>
            <w:r w:rsidRPr="00032FD2">
              <w:rPr>
                <w:lang w:val="nb-NO"/>
              </w:rPr>
              <w:t> </w:t>
            </w:r>
          </w:p>
          <w:p w14:paraId="6D4E5E55" w14:textId="77777777" w:rsidR="002A5CA9" w:rsidRPr="00032FD2" w:rsidRDefault="002A5CA9">
            <w:pPr>
              <w:rPr>
                <w:lang w:val="nb-NO"/>
              </w:rPr>
            </w:pPr>
            <w:r w:rsidRPr="00032FD2">
              <w:rPr>
                <w:lang w:val="nb-NO"/>
              </w:rPr>
              <w:t> </w:t>
            </w:r>
          </w:p>
          <w:p w14:paraId="7285CD33" w14:textId="77777777" w:rsidR="002A5CA9" w:rsidRPr="00032FD2" w:rsidRDefault="002A5CA9">
            <w:pPr>
              <w:rPr>
                <w:lang w:val="nb-NO"/>
              </w:rPr>
            </w:pPr>
            <w:r w:rsidRPr="00032FD2">
              <w:rPr>
                <w:lang w:val="nb-NO"/>
              </w:rPr>
              <w:t> </w:t>
            </w:r>
          </w:p>
          <w:p w14:paraId="121E1424" w14:textId="77777777" w:rsidR="002A5CA9" w:rsidRPr="00032FD2" w:rsidRDefault="002A5CA9">
            <w:pPr>
              <w:rPr>
                <w:lang w:val="nb-NO"/>
              </w:rPr>
            </w:pPr>
            <w:r w:rsidRPr="00032FD2">
              <w:rPr>
                <w:lang w:val="nb-NO"/>
              </w:rPr>
              <w:t> </w:t>
            </w:r>
          </w:p>
          <w:p w14:paraId="26F7713C" w14:textId="77777777" w:rsidR="002A5CA9" w:rsidRPr="00032FD2" w:rsidRDefault="002A5CA9">
            <w:pPr>
              <w:rPr>
                <w:lang w:val="nb-NO"/>
              </w:rPr>
            </w:pPr>
            <w:r w:rsidRPr="00032FD2">
              <w:rPr>
                <w:lang w:val="nb-NO"/>
              </w:rPr>
              <w:t> </w:t>
            </w:r>
          </w:p>
        </w:tc>
      </w:tr>
    </w:tbl>
    <w:p w14:paraId="1C91524A"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4C8AAE8B" w14:textId="77777777">
        <w:trPr>
          <w:cantSplit/>
          <w:trHeight w:val="2381"/>
        </w:trPr>
        <w:tc>
          <w:tcPr>
            <w:tcW w:w="10200" w:type="dxa"/>
          </w:tcPr>
          <w:p w14:paraId="0E0EAEF6" w14:textId="77777777" w:rsidR="004158A8" w:rsidRPr="006F10B1" w:rsidRDefault="009B34F3">
            <w:pPr>
              <w:spacing w:after="40"/>
              <w:rPr>
                <w:lang w:val="nb-NO"/>
              </w:rPr>
            </w:pPr>
            <w:r w:rsidRPr="006F10B1">
              <w:rPr>
                <w:b/>
                <w:sz w:val="20"/>
                <w:lang w:val="nb-NO"/>
              </w:rPr>
              <w:t>Relevante vedlegg (liste/henvisninger)</w:t>
            </w:r>
          </w:p>
          <w:p w14:paraId="146F4398"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0B17CC4C" w14:textId="77777777" w:rsidR="004158A8" w:rsidRPr="006F10B1" w:rsidRDefault="004158A8">
            <w:pPr>
              <w:rPr>
                <w:lang w:val="nb-NO"/>
              </w:rPr>
            </w:pPr>
          </w:p>
          <w:p w14:paraId="2B053961" w14:textId="77777777" w:rsidR="004158A8" w:rsidRPr="006F10B1" w:rsidRDefault="004158A8">
            <w:pPr>
              <w:rPr>
                <w:lang w:val="nb-NO"/>
              </w:rPr>
            </w:pPr>
          </w:p>
          <w:p w14:paraId="027719CE" w14:textId="77777777" w:rsidR="004158A8" w:rsidRPr="006F10B1" w:rsidRDefault="004158A8">
            <w:pPr>
              <w:rPr>
                <w:lang w:val="nb-NO"/>
              </w:rPr>
            </w:pPr>
          </w:p>
          <w:p w14:paraId="2E25A5F7" w14:textId="77777777" w:rsidR="004158A8" w:rsidRPr="006F10B1" w:rsidRDefault="004158A8">
            <w:pPr>
              <w:rPr>
                <w:lang w:val="nb-NO"/>
              </w:rPr>
            </w:pPr>
          </w:p>
          <w:p w14:paraId="755CBC10" w14:textId="77777777" w:rsidR="004158A8" w:rsidRPr="006F10B1" w:rsidRDefault="004158A8">
            <w:pPr>
              <w:rPr>
                <w:lang w:val="nb-NO"/>
              </w:rPr>
            </w:pPr>
          </w:p>
          <w:p w14:paraId="01A79FA9" w14:textId="77777777" w:rsidR="004158A8" w:rsidRPr="006F10B1" w:rsidRDefault="004158A8">
            <w:pPr>
              <w:rPr>
                <w:lang w:val="nb-NO"/>
              </w:rPr>
            </w:pPr>
          </w:p>
          <w:p w14:paraId="16A4D4F6" w14:textId="77777777" w:rsidR="004158A8" w:rsidRPr="006F10B1" w:rsidRDefault="004158A8">
            <w:pPr>
              <w:rPr>
                <w:lang w:val="nb-NO"/>
              </w:rPr>
            </w:pPr>
          </w:p>
        </w:tc>
      </w:tr>
    </w:tbl>
    <w:p w14:paraId="7F56F348" w14:textId="77777777" w:rsidR="004158A8" w:rsidRPr="006F10B1" w:rsidRDefault="009B34F3">
      <w:pPr>
        <w:rPr>
          <w:lang w:val="nb-NO"/>
        </w:rPr>
      </w:pPr>
      <w:r w:rsidRPr="006F10B1">
        <w:rPr>
          <w:lang w:val="nb-NO"/>
        </w:rPr>
        <w:br w:type="page"/>
      </w:r>
    </w:p>
    <w:p w14:paraId="45BFFF27" w14:textId="77777777" w:rsidR="004158A8" w:rsidRPr="00D4341D" w:rsidRDefault="009B34F3">
      <w:pPr>
        <w:rPr>
          <w:lang w:val="nb-NO"/>
        </w:rPr>
      </w:pPr>
      <w:r w:rsidRPr="00D4341D">
        <w:rPr>
          <w:b/>
          <w:lang w:val="nb-NO"/>
        </w:rPr>
        <w:lastRenderedPageBreak/>
        <w:t>Modul: Økonomistyring</w:t>
      </w:r>
    </w:p>
    <w:p w14:paraId="71AC4784" w14:textId="77777777" w:rsidR="004158A8" w:rsidRPr="00D4341D" w:rsidRDefault="009B34F3">
      <w:pPr>
        <w:pStyle w:val="Overskrift1"/>
        <w:rPr>
          <w:lang w:val="nb-NO"/>
        </w:rPr>
      </w:pPr>
      <w:r w:rsidRPr="00D4341D">
        <w:rPr>
          <w:lang w:val="nb-NO"/>
        </w:rPr>
        <w:t>Budsjettering og regnskap</w:t>
      </w:r>
    </w:p>
    <w:tbl>
      <w:tblPr>
        <w:tblStyle w:val="Tabellrutenett"/>
        <w:tblW w:w="0" w:type="auto"/>
        <w:tblLook w:val="04A0" w:firstRow="1" w:lastRow="0" w:firstColumn="1" w:lastColumn="0" w:noHBand="0" w:noVBand="1"/>
      </w:tblPr>
      <w:tblGrid>
        <w:gridCol w:w="5094"/>
        <w:gridCol w:w="5096"/>
      </w:tblGrid>
      <w:tr w:rsidR="005031DC" w:rsidRPr="00BF49ED" w14:paraId="41528178" w14:textId="77777777">
        <w:trPr>
          <w:cantSplit/>
        </w:trPr>
        <w:tc>
          <w:tcPr>
            <w:tcW w:w="5100" w:type="dxa"/>
          </w:tcPr>
          <w:p w14:paraId="794096AD" w14:textId="77777777" w:rsidR="004158A8" w:rsidRPr="006F10B1" w:rsidRDefault="009B34F3">
            <w:pPr>
              <w:spacing w:after="40"/>
              <w:rPr>
                <w:lang w:val="nb-NO"/>
              </w:rPr>
            </w:pPr>
            <w:r w:rsidRPr="006F10B1">
              <w:rPr>
                <w:b/>
                <w:sz w:val="20"/>
                <w:lang w:val="nb-NO"/>
              </w:rPr>
              <w:t>Hovedtema</w:t>
            </w:r>
          </w:p>
          <w:p w14:paraId="3DE15146" w14:textId="77777777" w:rsidR="004158A8" w:rsidRPr="006F10B1" w:rsidRDefault="009B34F3">
            <w:pPr>
              <w:rPr>
                <w:lang w:val="nb-NO"/>
              </w:rPr>
            </w:pPr>
            <w:r w:rsidRPr="006F10B1">
              <w:rPr>
                <w:sz w:val="20"/>
                <w:lang w:val="nb-NO"/>
              </w:rPr>
              <w:t>Hovedtemaet handler om budsjettering, ulike typer budsjetter og budsjettkontroll mot bedriftens regnskap.  Videre handler det om å sette opp og forstå regnskap og å analysere nøkkeltall.</w:t>
            </w:r>
          </w:p>
          <w:p w14:paraId="07F7CFF6" w14:textId="77777777" w:rsidR="004158A8" w:rsidRPr="00D4341D" w:rsidRDefault="009B34F3">
            <w:pPr>
              <w:rPr>
                <w:lang w:val="nb-NO"/>
              </w:rPr>
            </w:pPr>
            <w:r w:rsidRPr="006F10B1">
              <w:rPr>
                <w:sz w:val="20"/>
                <w:lang w:val="nb-NO"/>
              </w:rPr>
              <w:t xml:space="preserve">Finansregnskap, driftsregnskap, for- og </w:t>
            </w:r>
            <w:proofErr w:type="spellStart"/>
            <w:r w:rsidRPr="006F10B1">
              <w:rPr>
                <w:sz w:val="20"/>
                <w:lang w:val="nb-NO"/>
              </w:rPr>
              <w:t>etterkalkyler</w:t>
            </w:r>
            <w:proofErr w:type="spellEnd"/>
            <w:r w:rsidRPr="006F10B1">
              <w:rPr>
                <w:sz w:val="20"/>
                <w:lang w:val="nb-NO"/>
              </w:rPr>
              <w:t xml:space="preserve"> er en del av hovedtemaet. </w:t>
            </w:r>
            <w:r w:rsidRPr="00D4341D">
              <w:rPr>
                <w:sz w:val="20"/>
                <w:lang w:val="nb-NO"/>
              </w:rPr>
              <w:t>Bruk av digitale verktøy er sentralt.</w:t>
            </w:r>
          </w:p>
        </w:tc>
        <w:tc>
          <w:tcPr>
            <w:tcW w:w="5100" w:type="dxa"/>
          </w:tcPr>
          <w:p w14:paraId="48F1C890" w14:textId="77777777" w:rsidR="004158A8" w:rsidRPr="00D4341D" w:rsidRDefault="009B34F3">
            <w:pPr>
              <w:spacing w:after="40"/>
              <w:rPr>
                <w:lang w:val="nb-NO"/>
              </w:rPr>
            </w:pPr>
            <w:r w:rsidRPr="00D4341D">
              <w:rPr>
                <w:b/>
                <w:sz w:val="20"/>
                <w:lang w:val="nb-NO"/>
              </w:rPr>
              <w:t>Innhold</w:t>
            </w:r>
          </w:p>
          <w:p w14:paraId="7EA81EFD" w14:textId="77777777" w:rsidR="004158A8" w:rsidRPr="00D4341D" w:rsidRDefault="009B34F3">
            <w:pPr>
              <w:pStyle w:val="Punktliste"/>
              <w:rPr>
                <w:lang w:val="nb-NO"/>
              </w:rPr>
            </w:pPr>
            <w:r w:rsidRPr="00D4341D">
              <w:rPr>
                <w:sz w:val="20"/>
                <w:lang w:val="nb-NO"/>
              </w:rPr>
              <w:t>gangen i budsjettarbeidet</w:t>
            </w:r>
          </w:p>
          <w:p w14:paraId="12B9D895" w14:textId="77777777" w:rsidR="004158A8" w:rsidRPr="00D4341D" w:rsidRDefault="009B34F3">
            <w:pPr>
              <w:pStyle w:val="Punktliste"/>
              <w:rPr>
                <w:lang w:val="nb-NO"/>
              </w:rPr>
            </w:pPr>
            <w:r w:rsidRPr="00D4341D">
              <w:rPr>
                <w:sz w:val="20"/>
                <w:lang w:val="nb-NO"/>
              </w:rPr>
              <w:t>resultat- og likviditetsbudsjetter</w:t>
            </w:r>
          </w:p>
          <w:p w14:paraId="7EB68B97" w14:textId="77777777" w:rsidR="004158A8" w:rsidRPr="006F10B1" w:rsidRDefault="009B34F3">
            <w:pPr>
              <w:pStyle w:val="Punktliste"/>
              <w:rPr>
                <w:lang w:val="nb-NO"/>
              </w:rPr>
            </w:pPr>
            <w:r w:rsidRPr="006F10B1">
              <w:rPr>
                <w:sz w:val="20"/>
                <w:lang w:val="nb-NO"/>
              </w:rPr>
              <w:t>hvordan ulike tiltak vil påvirke lønnsomhet og likviditet</w:t>
            </w:r>
          </w:p>
          <w:p w14:paraId="3C161A4A" w14:textId="77777777" w:rsidR="004158A8" w:rsidRPr="006F10B1" w:rsidRDefault="009B34F3">
            <w:pPr>
              <w:pStyle w:val="Punktliste"/>
              <w:rPr>
                <w:lang w:val="nb-NO"/>
              </w:rPr>
            </w:pPr>
            <w:r w:rsidRPr="006F10B1">
              <w:rPr>
                <w:sz w:val="20"/>
                <w:lang w:val="nb-NO"/>
              </w:rPr>
              <w:t>budsjettkontroll mot regnskap og tiltak for bedre måloppnåelse</w:t>
            </w:r>
          </w:p>
          <w:p w14:paraId="36FB5B3B" w14:textId="77777777" w:rsidR="004158A8" w:rsidRPr="006F10B1" w:rsidRDefault="009B34F3">
            <w:pPr>
              <w:pStyle w:val="Punktliste"/>
              <w:rPr>
                <w:lang w:val="nb-NO"/>
              </w:rPr>
            </w:pPr>
            <w:r w:rsidRPr="006F10B1">
              <w:rPr>
                <w:sz w:val="20"/>
                <w:lang w:val="nb-NO"/>
              </w:rPr>
              <w:t>hvordan et regnskap er bygget opp</w:t>
            </w:r>
          </w:p>
          <w:p w14:paraId="63E7B1CF" w14:textId="77777777" w:rsidR="004158A8" w:rsidRPr="006F10B1" w:rsidRDefault="009B34F3">
            <w:pPr>
              <w:pStyle w:val="Punktliste"/>
              <w:rPr>
                <w:lang w:val="nb-NO"/>
              </w:rPr>
            </w:pPr>
            <w:r w:rsidRPr="006F10B1">
              <w:rPr>
                <w:sz w:val="20"/>
                <w:lang w:val="nb-NO"/>
              </w:rPr>
              <w:t>aktuell informasjon fra balanse og resultatrapporter</w:t>
            </w:r>
          </w:p>
          <w:p w14:paraId="4A9D4810" w14:textId="77777777" w:rsidR="004158A8" w:rsidRPr="00D4341D" w:rsidRDefault="009B34F3">
            <w:pPr>
              <w:pStyle w:val="Punktliste"/>
              <w:rPr>
                <w:lang w:val="nb-NO"/>
              </w:rPr>
            </w:pPr>
            <w:r w:rsidRPr="00D4341D">
              <w:rPr>
                <w:sz w:val="20"/>
                <w:lang w:val="nb-NO"/>
              </w:rPr>
              <w:t>nøkkeltall fra regnskap</w:t>
            </w:r>
          </w:p>
          <w:p w14:paraId="0EE25CF1" w14:textId="77777777" w:rsidR="004158A8" w:rsidRPr="00D4341D" w:rsidRDefault="009B34F3">
            <w:pPr>
              <w:pStyle w:val="Punktliste"/>
              <w:rPr>
                <w:lang w:val="nb-NO"/>
              </w:rPr>
            </w:pPr>
            <w:r w:rsidRPr="00D4341D">
              <w:rPr>
                <w:sz w:val="20"/>
                <w:lang w:val="nb-NO"/>
              </w:rPr>
              <w:t>ulike kostnadstyper</w:t>
            </w:r>
          </w:p>
          <w:p w14:paraId="1D1435D6" w14:textId="77777777" w:rsidR="004158A8" w:rsidRPr="00D4341D" w:rsidRDefault="009B34F3">
            <w:pPr>
              <w:pStyle w:val="Punktliste"/>
              <w:rPr>
                <w:lang w:val="nb-NO"/>
              </w:rPr>
            </w:pPr>
            <w:r w:rsidRPr="00D4341D">
              <w:rPr>
                <w:sz w:val="20"/>
                <w:lang w:val="nb-NO"/>
              </w:rPr>
              <w:t>finansregnskap</w:t>
            </w:r>
          </w:p>
          <w:p w14:paraId="2B6213A2" w14:textId="77777777" w:rsidR="004158A8" w:rsidRPr="00D4341D" w:rsidRDefault="009B34F3">
            <w:pPr>
              <w:pStyle w:val="Punktliste"/>
              <w:rPr>
                <w:lang w:val="nb-NO"/>
              </w:rPr>
            </w:pPr>
            <w:r w:rsidRPr="00D4341D">
              <w:rPr>
                <w:sz w:val="20"/>
                <w:lang w:val="nb-NO"/>
              </w:rPr>
              <w:t>driftsregnskap</w:t>
            </w:r>
          </w:p>
          <w:p w14:paraId="6C97ECDD" w14:textId="77777777" w:rsidR="004158A8" w:rsidRPr="006F10B1" w:rsidRDefault="009B34F3">
            <w:pPr>
              <w:pStyle w:val="Punktliste"/>
              <w:rPr>
                <w:lang w:val="nb-NO"/>
              </w:rPr>
            </w:pPr>
            <w:r w:rsidRPr="006F10B1">
              <w:rPr>
                <w:sz w:val="20"/>
                <w:lang w:val="nb-NO"/>
              </w:rPr>
              <w:t>kalkyler etter de mest vanlige kalkulasjonsmetodene som selvkost- og bidragsmetoden</w:t>
            </w:r>
          </w:p>
          <w:p w14:paraId="1B66D146" w14:textId="77777777" w:rsidR="004158A8" w:rsidRPr="00D4341D" w:rsidRDefault="009B34F3">
            <w:pPr>
              <w:pStyle w:val="Punktliste"/>
              <w:rPr>
                <w:lang w:val="nb-NO"/>
              </w:rPr>
            </w:pPr>
            <w:r w:rsidRPr="00D4341D">
              <w:rPr>
                <w:sz w:val="20"/>
                <w:lang w:val="nb-NO"/>
              </w:rPr>
              <w:t xml:space="preserve">for- og </w:t>
            </w:r>
            <w:proofErr w:type="spellStart"/>
            <w:r w:rsidRPr="00D4341D">
              <w:rPr>
                <w:sz w:val="20"/>
                <w:lang w:val="nb-NO"/>
              </w:rPr>
              <w:t>etterkalkyler</w:t>
            </w:r>
            <w:proofErr w:type="spellEnd"/>
            <w:r w:rsidRPr="00D4341D">
              <w:rPr>
                <w:sz w:val="20"/>
                <w:lang w:val="nb-NO"/>
              </w:rPr>
              <w:t xml:space="preserve"> med avviksanalyser</w:t>
            </w:r>
          </w:p>
          <w:p w14:paraId="52772EFD" w14:textId="77777777" w:rsidR="004158A8" w:rsidRPr="006F10B1" w:rsidRDefault="009B34F3">
            <w:pPr>
              <w:pStyle w:val="Punktliste"/>
              <w:rPr>
                <w:lang w:val="nb-NO"/>
              </w:rPr>
            </w:pPr>
            <w:r w:rsidRPr="006F10B1">
              <w:rPr>
                <w:sz w:val="20"/>
                <w:lang w:val="nb-NO"/>
              </w:rPr>
              <w:t>digitale verktøy til bruk i budsjett og regnskapsarbeid</w:t>
            </w:r>
          </w:p>
        </w:tc>
      </w:tr>
    </w:tbl>
    <w:p w14:paraId="153D9F1B"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99032D" w:rsidRPr="00032FD2" w14:paraId="2C9AAB59" w14:textId="77777777" w:rsidTr="0099032D">
        <w:trPr>
          <w:trHeight w:val="2400"/>
        </w:trPr>
        <w:tc>
          <w:tcPr>
            <w:tcW w:w="10200" w:type="dxa"/>
            <w:tcBorders>
              <w:top w:val="single" w:sz="8" w:space="0" w:color="auto"/>
              <w:left w:val="single" w:sz="8" w:space="0" w:color="auto"/>
              <w:bottom w:val="single" w:sz="8" w:space="0" w:color="auto"/>
              <w:right w:val="single" w:sz="8" w:space="0" w:color="auto"/>
            </w:tcBorders>
            <w:vAlign w:val="center"/>
            <w:hideMark/>
          </w:tcPr>
          <w:p w14:paraId="0CC9FDE4" w14:textId="77777777" w:rsidR="0099032D" w:rsidRPr="0099032D" w:rsidRDefault="0099032D">
            <w:pPr>
              <w:spacing w:after="40"/>
              <w:rPr>
                <w:lang w:val="nb-NO"/>
              </w:rPr>
            </w:pPr>
            <w:r w:rsidRPr="0099032D">
              <w:rPr>
                <w:b/>
                <w:bCs/>
                <w:sz w:val="20"/>
                <w:szCs w:val="20"/>
                <w:lang w:val="nb-NO"/>
              </w:rPr>
              <w:t>Egenvurdering (skriv her)</w:t>
            </w:r>
          </w:p>
          <w:p w14:paraId="3C1DD59E" w14:textId="77777777" w:rsidR="0099032D" w:rsidRPr="00032FD2" w:rsidRDefault="0099032D">
            <w:pPr>
              <w:rPr>
                <w:lang w:val="nb-NO"/>
              </w:rPr>
            </w:pPr>
            <w:r w:rsidRPr="0099032D">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5F98D44E" w14:textId="77777777" w:rsidR="0099032D" w:rsidRPr="00032FD2" w:rsidRDefault="0099032D">
            <w:pPr>
              <w:rPr>
                <w:lang w:val="nb-NO"/>
              </w:rPr>
            </w:pPr>
            <w:r w:rsidRPr="00032FD2">
              <w:rPr>
                <w:lang w:val="nb-NO"/>
              </w:rPr>
              <w:t> </w:t>
            </w:r>
          </w:p>
          <w:p w14:paraId="0515A03D" w14:textId="77777777" w:rsidR="0099032D" w:rsidRPr="00032FD2" w:rsidRDefault="0099032D">
            <w:pPr>
              <w:rPr>
                <w:lang w:val="nb-NO"/>
              </w:rPr>
            </w:pPr>
            <w:r w:rsidRPr="00032FD2">
              <w:rPr>
                <w:lang w:val="nb-NO"/>
              </w:rPr>
              <w:t> </w:t>
            </w:r>
          </w:p>
          <w:p w14:paraId="29B0E6DB" w14:textId="77777777" w:rsidR="0099032D" w:rsidRPr="00032FD2" w:rsidRDefault="0099032D">
            <w:pPr>
              <w:rPr>
                <w:lang w:val="nb-NO"/>
              </w:rPr>
            </w:pPr>
            <w:r w:rsidRPr="00032FD2">
              <w:rPr>
                <w:lang w:val="nb-NO"/>
              </w:rPr>
              <w:t> </w:t>
            </w:r>
          </w:p>
          <w:p w14:paraId="029516DC" w14:textId="77777777" w:rsidR="0099032D" w:rsidRPr="00032FD2" w:rsidRDefault="0099032D">
            <w:pPr>
              <w:rPr>
                <w:lang w:val="nb-NO"/>
              </w:rPr>
            </w:pPr>
            <w:r w:rsidRPr="00032FD2">
              <w:rPr>
                <w:lang w:val="nb-NO"/>
              </w:rPr>
              <w:t> </w:t>
            </w:r>
          </w:p>
        </w:tc>
      </w:tr>
    </w:tbl>
    <w:p w14:paraId="3BC8EEE0"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59A2BBBB" w14:textId="77777777">
        <w:trPr>
          <w:cantSplit/>
          <w:trHeight w:val="2381"/>
        </w:trPr>
        <w:tc>
          <w:tcPr>
            <w:tcW w:w="10200" w:type="dxa"/>
          </w:tcPr>
          <w:p w14:paraId="2680EE54" w14:textId="77777777" w:rsidR="004158A8" w:rsidRPr="006F10B1" w:rsidRDefault="009B34F3">
            <w:pPr>
              <w:spacing w:after="40"/>
              <w:rPr>
                <w:lang w:val="nb-NO"/>
              </w:rPr>
            </w:pPr>
            <w:r w:rsidRPr="006F10B1">
              <w:rPr>
                <w:b/>
                <w:sz w:val="20"/>
                <w:lang w:val="nb-NO"/>
              </w:rPr>
              <w:t>Relevante vedlegg (liste/henvisninger)</w:t>
            </w:r>
          </w:p>
          <w:p w14:paraId="5BE2337C"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34765EED" w14:textId="77777777" w:rsidR="004158A8" w:rsidRPr="006F10B1" w:rsidRDefault="004158A8">
            <w:pPr>
              <w:rPr>
                <w:lang w:val="nb-NO"/>
              </w:rPr>
            </w:pPr>
          </w:p>
          <w:p w14:paraId="3C246D29" w14:textId="77777777" w:rsidR="004158A8" w:rsidRPr="006F10B1" w:rsidRDefault="004158A8">
            <w:pPr>
              <w:rPr>
                <w:lang w:val="nb-NO"/>
              </w:rPr>
            </w:pPr>
          </w:p>
          <w:p w14:paraId="5C7C872C" w14:textId="77777777" w:rsidR="004158A8" w:rsidRPr="006F10B1" w:rsidRDefault="004158A8">
            <w:pPr>
              <w:rPr>
                <w:lang w:val="nb-NO"/>
              </w:rPr>
            </w:pPr>
          </w:p>
          <w:p w14:paraId="305A958D" w14:textId="77777777" w:rsidR="004158A8" w:rsidRPr="006F10B1" w:rsidRDefault="004158A8">
            <w:pPr>
              <w:rPr>
                <w:lang w:val="nb-NO"/>
              </w:rPr>
            </w:pPr>
          </w:p>
          <w:p w14:paraId="1E2811A6" w14:textId="77777777" w:rsidR="004158A8" w:rsidRPr="006F10B1" w:rsidRDefault="004158A8">
            <w:pPr>
              <w:rPr>
                <w:lang w:val="nb-NO"/>
              </w:rPr>
            </w:pPr>
          </w:p>
          <w:p w14:paraId="0239D577" w14:textId="77777777" w:rsidR="004158A8" w:rsidRPr="006F10B1" w:rsidRDefault="004158A8">
            <w:pPr>
              <w:rPr>
                <w:lang w:val="nb-NO"/>
              </w:rPr>
            </w:pPr>
          </w:p>
          <w:p w14:paraId="7FBEE6A1" w14:textId="77777777" w:rsidR="004158A8" w:rsidRPr="006F10B1" w:rsidRDefault="004158A8">
            <w:pPr>
              <w:rPr>
                <w:lang w:val="nb-NO"/>
              </w:rPr>
            </w:pPr>
          </w:p>
        </w:tc>
      </w:tr>
    </w:tbl>
    <w:p w14:paraId="5308CE79" w14:textId="77777777" w:rsidR="004158A8" w:rsidRPr="006F10B1" w:rsidRDefault="009B34F3">
      <w:pPr>
        <w:rPr>
          <w:lang w:val="nb-NO"/>
        </w:rPr>
      </w:pPr>
      <w:r w:rsidRPr="006F10B1">
        <w:rPr>
          <w:lang w:val="nb-NO"/>
        </w:rPr>
        <w:br w:type="page"/>
      </w:r>
    </w:p>
    <w:p w14:paraId="13E5D41F" w14:textId="77777777" w:rsidR="004158A8" w:rsidRPr="00D4341D" w:rsidRDefault="009B34F3">
      <w:pPr>
        <w:rPr>
          <w:lang w:val="nb-NO"/>
        </w:rPr>
      </w:pPr>
      <w:r w:rsidRPr="00D4341D">
        <w:rPr>
          <w:b/>
          <w:lang w:val="nb-NO"/>
        </w:rPr>
        <w:lastRenderedPageBreak/>
        <w:t>Modul: Økonomistyring</w:t>
      </w:r>
    </w:p>
    <w:p w14:paraId="73076CC5" w14:textId="77777777" w:rsidR="004158A8" w:rsidRPr="00D4341D" w:rsidRDefault="009B34F3">
      <w:pPr>
        <w:pStyle w:val="Overskrift1"/>
        <w:rPr>
          <w:lang w:val="nb-NO"/>
        </w:rPr>
      </w:pPr>
      <w:r w:rsidRPr="00D4341D">
        <w:rPr>
          <w:lang w:val="nb-NO"/>
        </w:rPr>
        <w:t>Økonomisk ledelse</w:t>
      </w:r>
    </w:p>
    <w:tbl>
      <w:tblPr>
        <w:tblStyle w:val="Tabellrutenett"/>
        <w:tblW w:w="0" w:type="auto"/>
        <w:tblLook w:val="04A0" w:firstRow="1" w:lastRow="0" w:firstColumn="1" w:lastColumn="0" w:noHBand="0" w:noVBand="1"/>
      </w:tblPr>
      <w:tblGrid>
        <w:gridCol w:w="5095"/>
        <w:gridCol w:w="5095"/>
      </w:tblGrid>
      <w:tr w:rsidR="004158A8" w:rsidRPr="00BF49ED" w14:paraId="152CA525" w14:textId="77777777">
        <w:trPr>
          <w:cantSplit/>
        </w:trPr>
        <w:tc>
          <w:tcPr>
            <w:tcW w:w="5100" w:type="dxa"/>
          </w:tcPr>
          <w:p w14:paraId="7EE4B4A7" w14:textId="77777777" w:rsidR="004158A8" w:rsidRPr="006F10B1" w:rsidRDefault="009B34F3">
            <w:pPr>
              <w:spacing w:after="40"/>
              <w:rPr>
                <w:lang w:val="nb-NO"/>
              </w:rPr>
            </w:pPr>
            <w:r w:rsidRPr="006F10B1">
              <w:rPr>
                <w:b/>
                <w:sz w:val="20"/>
                <w:lang w:val="nb-NO"/>
              </w:rPr>
              <w:t>Hovedtema</w:t>
            </w:r>
          </w:p>
          <w:p w14:paraId="26F36ADF" w14:textId="77777777" w:rsidR="004158A8" w:rsidRPr="00D4341D" w:rsidRDefault="009B34F3">
            <w:pPr>
              <w:rPr>
                <w:lang w:val="nb-NO"/>
              </w:rPr>
            </w:pPr>
            <w:r w:rsidRPr="006F10B1">
              <w:rPr>
                <w:sz w:val="20"/>
                <w:lang w:val="nb-NO"/>
              </w:rPr>
              <w:t xml:space="preserve">Hovedtemaet handler om hva økonomisk ledelse innebærer, hva det betyr for bedriften.  </w:t>
            </w:r>
            <w:r w:rsidRPr="00D4341D">
              <w:rPr>
                <w:sz w:val="20"/>
                <w:lang w:val="nb-NO"/>
              </w:rPr>
              <w:t>Området handler videre om styringsprosesser, rutiner, lover og forskrifter.</w:t>
            </w:r>
          </w:p>
        </w:tc>
        <w:tc>
          <w:tcPr>
            <w:tcW w:w="5100" w:type="dxa"/>
          </w:tcPr>
          <w:p w14:paraId="6357BEC2" w14:textId="77777777" w:rsidR="004158A8" w:rsidRPr="00D4341D" w:rsidRDefault="009B34F3">
            <w:pPr>
              <w:spacing w:after="40"/>
              <w:rPr>
                <w:lang w:val="nb-NO"/>
              </w:rPr>
            </w:pPr>
            <w:r w:rsidRPr="00D4341D">
              <w:rPr>
                <w:b/>
                <w:sz w:val="20"/>
                <w:lang w:val="nb-NO"/>
              </w:rPr>
              <w:t>Innhold</w:t>
            </w:r>
          </w:p>
          <w:p w14:paraId="383DF8D6" w14:textId="77777777" w:rsidR="004158A8" w:rsidRPr="006F10B1" w:rsidRDefault="009B34F3">
            <w:pPr>
              <w:pStyle w:val="Punktliste"/>
              <w:rPr>
                <w:lang w:val="nb-NO"/>
              </w:rPr>
            </w:pPr>
            <w:r w:rsidRPr="006F10B1">
              <w:rPr>
                <w:sz w:val="20"/>
                <w:lang w:val="nb-NO"/>
              </w:rPr>
              <w:t>rutiner for god økonomisk ledelse av en bedrift</w:t>
            </w:r>
          </w:p>
          <w:p w14:paraId="3C7FF3D9" w14:textId="77777777" w:rsidR="004158A8" w:rsidRPr="00D4341D" w:rsidRDefault="009B34F3">
            <w:pPr>
              <w:pStyle w:val="Punktliste"/>
              <w:rPr>
                <w:lang w:val="nb-NO"/>
              </w:rPr>
            </w:pPr>
            <w:r w:rsidRPr="00D4341D">
              <w:rPr>
                <w:sz w:val="20"/>
                <w:lang w:val="nb-NO"/>
              </w:rPr>
              <w:t>forhandlinger med bedriftens interessenter (kunder, leverandører, långivere, offentlige myndigheter mv.)</w:t>
            </w:r>
          </w:p>
          <w:p w14:paraId="13BA97F6" w14:textId="77777777" w:rsidR="004158A8" w:rsidRPr="006F10B1" w:rsidRDefault="009B34F3">
            <w:pPr>
              <w:pStyle w:val="Punktliste"/>
              <w:rPr>
                <w:lang w:val="nb-NO"/>
              </w:rPr>
            </w:pPr>
            <w:r w:rsidRPr="006F10B1">
              <w:rPr>
                <w:sz w:val="20"/>
                <w:lang w:val="nb-NO"/>
              </w:rPr>
              <w:t>økonomisk styringsprosess i en bedrift: analyse, målsetting, planlegging, gjennomføring, kontroll og vurdering</w:t>
            </w:r>
          </w:p>
          <w:p w14:paraId="786480D2" w14:textId="77777777" w:rsidR="004158A8" w:rsidRPr="006F10B1" w:rsidRDefault="009B34F3">
            <w:pPr>
              <w:pStyle w:val="Punktliste"/>
              <w:rPr>
                <w:lang w:val="nb-NO"/>
              </w:rPr>
            </w:pPr>
            <w:r w:rsidRPr="006F10B1">
              <w:rPr>
                <w:sz w:val="20"/>
                <w:lang w:val="nb-NO"/>
              </w:rPr>
              <w:t>rutiner for fakturering, purring og inkasso</w:t>
            </w:r>
          </w:p>
          <w:p w14:paraId="42AEEAEE" w14:textId="77777777" w:rsidR="004158A8" w:rsidRPr="00D4341D" w:rsidRDefault="009B34F3">
            <w:pPr>
              <w:pStyle w:val="Punktliste"/>
              <w:rPr>
                <w:lang w:val="nb-NO"/>
              </w:rPr>
            </w:pPr>
            <w:r w:rsidRPr="00D4341D">
              <w:rPr>
                <w:sz w:val="20"/>
                <w:lang w:val="nb-NO"/>
              </w:rPr>
              <w:t>krav til regnskapsbyråer og revisorer</w:t>
            </w:r>
          </w:p>
          <w:p w14:paraId="4B778301" w14:textId="77777777" w:rsidR="004158A8" w:rsidRPr="006F10B1" w:rsidRDefault="009B34F3">
            <w:pPr>
              <w:pStyle w:val="Punktliste"/>
              <w:rPr>
                <w:lang w:val="nb-NO"/>
              </w:rPr>
            </w:pPr>
            <w:r w:rsidRPr="006F10B1">
              <w:rPr>
                <w:sz w:val="20"/>
                <w:lang w:val="nb-NO"/>
              </w:rPr>
              <w:t>sentrale krav til avtaler og kontrakter</w:t>
            </w:r>
          </w:p>
          <w:p w14:paraId="42E98F56" w14:textId="77777777" w:rsidR="004158A8" w:rsidRPr="006F10B1" w:rsidRDefault="009B34F3">
            <w:pPr>
              <w:pStyle w:val="Punktliste"/>
              <w:rPr>
                <w:lang w:val="nb-NO"/>
              </w:rPr>
            </w:pPr>
            <w:r w:rsidRPr="006F10B1">
              <w:rPr>
                <w:sz w:val="20"/>
                <w:lang w:val="nb-NO"/>
              </w:rPr>
              <w:t>lover og forskrifter som regulerer ledelse og styring av økonomien i håndverksbedrifter</w:t>
            </w:r>
          </w:p>
        </w:tc>
      </w:tr>
    </w:tbl>
    <w:p w14:paraId="6CC83A2E"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C7222C" w:rsidRPr="00032FD2" w14:paraId="58B7FFE0"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6ADD8C80" w14:textId="77777777" w:rsidR="002A5CA9" w:rsidRPr="002A5CA9" w:rsidRDefault="002A5CA9">
            <w:pPr>
              <w:spacing w:after="40"/>
              <w:rPr>
                <w:lang w:val="nb-NO"/>
              </w:rPr>
            </w:pPr>
            <w:r w:rsidRPr="002A5CA9">
              <w:rPr>
                <w:b/>
                <w:bCs/>
                <w:sz w:val="20"/>
                <w:szCs w:val="20"/>
                <w:lang w:val="nb-NO"/>
              </w:rPr>
              <w:t>Egenvurdering (skriv her)</w:t>
            </w:r>
          </w:p>
          <w:p w14:paraId="50640023"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27661F73" w14:textId="77777777" w:rsidR="002A5CA9" w:rsidRPr="00032FD2" w:rsidRDefault="002A5CA9">
            <w:pPr>
              <w:rPr>
                <w:lang w:val="nb-NO"/>
              </w:rPr>
            </w:pPr>
            <w:r w:rsidRPr="00032FD2">
              <w:rPr>
                <w:lang w:val="nb-NO"/>
              </w:rPr>
              <w:t> </w:t>
            </w:r>
          </w:p>
          <w:p w14:paraId="13D1455D" w14:textId="77777777" w:rsidR="002A5CA9" w:rsidRPr="00032FD2" w:rsidRDefault="002A5CA9">
            <w:pPr>
              <w:rPr>
                <w:lang w:val="nb-NO"/>
              </w:rPr>
            </w:pPr>
            <w:r w:rsidRPr="00032FD2">
              <w:rPr>
                <w:lang w:val="nb-NO"/>
              </w:rPr>
              <w:t> </w:t>
            </w:r>
          </w:p>
          <w:p w14:paraId="5E5EB84E" w14:textId="77777777" w:rsidR="002A5CA9" w:rsidRPr="00032FD2" w:rsidRDefault="002A5CA9">
            <w:pPr>
              <w:rPr>
                <w:lang w:val="nb-NO"/>
              </w:rPr>
            </w:pPr>
            <w:r w:rsidRPr="00032FD2">
              <w:rPr>
                <w:lang w:val="nb-NO"/>
              </w:rPr>
              <w:t> </w:t>
            </w:r>
          </w:p>
          <w:p w14:paraId="72D17906" w14:textId="77777777" w:rsidR="002A5CA9" w:rsidRPr="00032FD2" w:rsidRDefault="002A5CA9">
            <w:pPr>
              <w:rPr>
                <w:lang w:val="nb-NO"/>
              </w:rPr>
            </w:pPr>
            <w:r w:rsidRPr="00032FD2">
              <w:rPr>
                <w:lang w:val="nb-NO"/>
              </w:rPr>
              <w:t> </w:t>
            </w:r>
          </w:p>
          <w:p w14:paraId="691CE293" w14:textId="77777777" w:rsidR="002A5CA9" w:rsidRPr="00032FD2" w:rsidRDefault="002A5CA9">
            <w:pPr>
              <w:rPr>
                <w:lang w:val="nb-NO"/>
              </w:rPr>
            </w:pPr>
            <w:r w:rsidRPr="00032FD2">
              <w:rPr>
                <w:lang w:val="nb-NO"/>
              </w:rPr>
              <w:t> </w:t>
            </w:r>
          </w:p>
          <w:p w14:paraId="142D03F0" w14:textId="77777777" w:rsidR="002A5CA9" w:rsidRPr="00032FD2" w:rsidRDefault="002A5CA9">
            <w:pPr>
              <w:rPr>
                <w:lang w:val="nb-NO"/>
              </w:rPr>
            </w:pPr>
            <w:r w:rsidRPr="00032FD2">
              <w:rPr>
                <w:lang w:val="nb-NO"/>
              </w:rPr>
              <w:t> </w:t>
            </w:r>
          </w:p>
          <w:p w14:paraId="1DFCBC32" w14:textId="77777777" w:rsidR="002A5CA9" w:rsidRPr="00032FD2" w:rsidRDefault="002A5CA9">
            <w:pPr>
              <w:rPr>
                <w:lang w:val="nb-NO"/>
              </w:rPr>
            </w:pPr>
            <w:r w:rsidRPr="00032FD2">
              <w:rPr>
                <w:lang w:val="nb-NO"/>
              </w:rPr>
              <w:t> </w:t>
            </w:r>
          </w:p>
          <w:p w14:paraId="03CC91E0" w14:textId="77777777" w:rsidR="002A5CA9" w:rsidRPr="00032FD2" w:rsidRDefault="002A5CA9">
            <w:pPr>
              <w:rPr>
                <w:lang w:val="nb-NO"/>
              </w:rPr>
            </w:pPr>
            <w:r w:rsidRPr="00032FD2">
              <w:rPr>
                <w:lang w:val="nb-NO"/>
              </w:rPr>
              <w:t> </w:t>
            </w:r>
          </w:p>
          <w:p w14:paraId="5A04EB55" w14:textId="77777777" w:rsidR="002A5CA9" w:rsidRPr="00032FD2" w:rsidRDefault="002A5CA9">
            <w:pPr>
              <w:rPr>
                <w:lang w:val="nb-NO"/>
              </w:rPr>
            </w:pPr>
            <w:r w:rsidRPr="00032FD2">
              <w:rPr>
                <w:lang w:val="nb-NO"/>
              </w:rPr>
              <w:t> </w:t>
            </w:r>
          </w:p>
          <w:p w14:paraId="09C4F51F" w14:textId="77777777" w:rsidR="002A5CA9" w:rsidRPr="00032FD2" w:rsidRDefault="002A5CA9">
            <w:pPr>
              <w:rPr>
                <w:lang w:val="nb-NO"/>
              </w:rPr>
            </w:pPr>
            <w:r w:rsidRPr="00032FD2">
              <w:rPr>
                <w:lang w:val="nb-NO"/>
              </w:rPr>
              <w:t> </w:t>
            </w:r>
          </w:p>
          <w:p w14:paraId="63FC668C" w14:textId="77777777" w:rsidR="002A5CA9" w:rsidRPr="00032FD2" w:rsidRDefault="002A5CA9">
            <w:pPr>
              <w:rPr>
                <w:lang w:val="nb-NO"/>
              </w:rPr>
            </w:pPr>
            <w:r w:rsidRPr="00032FD2">
              <w:rPr>
                <w:lang w:val="nb-NO"/>
              </w:rPr>
              <w:t> </w:t>
            </w:r>
          </w:p>
          <w:p w14:paraId="64F70337" w14:textId="77777777" w:rsidR="002A5CA9" w:rsidRPr="00032FD2" w:rsidRDefault="002A5CA9">
            <w:pPr>
              <w:rPr>
                <w:lang w:val="nb-NO"/>
              </w:rPr>
            </w:pPr>
            <w:r w:rsidRPr="00032FD2">
              <w:rPr>
                <w:lang w:val="nb-NO"/>
              </w:rPr>
              <w:t> </w:t>
            </w:r>
          </w:p>
          <w:p w14:paraId="73434692" w14:textId="77777777" w:rsidR="002A5CA9" w:rsidRPr="00032FD2" w:rsidRDefault="002A5CA9">
            <w:pPr>
              <w:rPr>
                <w:lang w:val="nb-NO"/>
              </w:rPr>
            </w:pPr>
            <w:r w:rsidRPr="00032FD2">
              <w:rPr>
                <w:lang w:val="nb-NO"/>
              </w:rPr>
              <w:t> </w:t>
            </w:r>
          </w:p>
          <w:p w14:paraId="76F736F6" w14:textId="77777777" w:rsidR="002A5CA9" w:rsidRPr="00032FD2" w:rsidRDefault="002A5CA9">
            <w:pPr>
              <w:rPr>
                <w:lang w:val="nb-NO"/>
              </w:rPr>
            </w:pPr>
            <w:r w:rsidRPr="00032FD2">
              <w:rPr>
                <w:lang w:val="nb-NO"/>
              </w:rPr>
              <w:t> </w:t>
            </w:r>
          </w:p>
          <w:p w14:paraId="0504792D" w14:textId="77777777" w:rsidR="002A5CA9" w:rsidRPr="00032FD2" w:rsidRDefault="002A5CA9">
            <w:pPr>
              <w:rPr>
                <w:lang w:val="nb-NO"/>
              </w:rPr>
            </w:pPr>
            <w:r w:rsidRPr="00032FD2">
              <w:rPr>
                <w:lang w:val="nb-NO"/>
              </w:rPr>
              <w:t> </w:t>
            </w:r>
          </w:p>
          <w:p w14:paraId="17A965ED" w14:textId="77777777" w:rsidR="002A5CA9" w:rsidRPr="00032FD2" w:rsidRDefault="002A5CA9">
            <w:pPr>
              <w:rPr>
                <w:lang w:val="nb-NO"/>
              </w:rPr>
            </w:pPr>
            <w:r w:rsidRPr="00032FD2">
              <w:rPr>
                <w:lang w:val="nb-NO"/>
              </w:rPr>
              <w:t> </w:t>
            </w:r>
          </w:p>
        </w:tc>
      </w:tr>
    </w:tbl>
    <w:p w14:paraId="2A1B155B"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1CB4C23C" w14:textId="77777777">
        <w:trPr>
          <w:cantSplit/>
          <w:trHeight w:val="2381"/>
        </w:trPr>
        <w:tc>
          <w:tcPr>
            <w:tcW w:w="10200" w:type="dxa"/>
          </w:tcPr>
          <w:p w14:paraId="6C0F1E6B" w14:textId="77777777" w:rsidR="004158A8" w:rsidRPr="006F10B1" w:rsidRDefault="009B34F3">
            <w:pPr>
              <w:spacing w:after="40"/>
              <w:rPr>
                <w:lang w:val="nb-NO"/>
              </w:rPr>
            </w:pPr>
            <w:r w:rsidRPr="006F10B1">
              <w:rPr>
                <w:b/>
                <w:sz w:val="20"/>
                <w:lang w:val="nb-NO"/>
              </w:rPr>
              <w:t>Relevante vedlegg (liste/henvisninger)</w:t>
            </w:r>
          </w:p>
          <w:p w14:paraId="2FDEA52A"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274CB9C5" w14:textId="77777777" w:rsidR="004158A8" w:rsidRPr="006F10B1" w:rsidRDefault="004158A8">
            <w:pPr>
              <w:rPr>
                <w:lang w:val="nb-NO"/>
              </w:rPr>
            </w:pPr>
          </w:p>
          <w:p w14:paraId="457F9262" w14:textId="77777777" w:rsidR="004158A8" w:rsidRPr="006F10B1" w:rsidRDefault="004158A8">
            <w:pPr>
              <w:rPr>
                <w:lang w:val="nb-NO"/>
              </w:rPr>
            </w:pPr>
          </w:p>
          <w:p w14:paraId="4A1F8EF2" w14:textId="77777777" w:rsidR="004158A8" w:rsidRPr="006F10B1" w:rsidRDefault="004158A8">
            <w:pPr>
              <w:rPr>
                <w:lang w:val="nb-NO"/>
              </w:rPr>
            </w:pPr>
          </w:p>
          <w:p w14:paraId="37BBAF7C" w14:textId="77777777" w:rsidR="004158A8" w:rsidRPr="006F10B1" w:rsidRDefault="004158A8">
            <w:pPr>
              <w:rPr>
                <w:lang w:val="nb-NO"/>
              </w:rPr>
            </w:pPr>
          </w:p>
          <w:p w14:paraId="3647EC28" w14:textId="77777777" w:rsidR="004158A8" w:rsidRPr="006F10B1" w:rsidRDefault="004158A8">
            <w:pPr>
              <w:rPr>
                <w:lang w:val="nb-NO"/>
              </w:rPr>
            </w:pPr>
          </w:p>
          <w:p w14:paraId="003B98A5" w14:textId="77777777" w:rsidR="004158A8" w:rsidRPr="006F10B1" w:rsidRDefault="004158A8">
            <w:pPr>
              <w:rPr>
                <w:lang w:val="nb-NO"/>
              </w:rPr>
            </w:pPr>
          </w:p>
          <w:p w14:paraId="095BAAD1" w14:textId="77777777" w:rsidR="004158A8" w:rsidRPr="006F10B1" w:rsidRDefault="004158A8">
            <w:pPr>
              <w:rPr>
                <w:lang w:val="nb-NO"/>
              </w:rPr>
            </w:pPr>
          </w:p>
        </w:tc>
      </w:tr>
    </w:tbl>
    <w:p w14:paraId="5D8C4364" w14:textId="77777777" w:rsidR="004158A8" w:rsidRPr="006F10B1" w:rsidRDefault="009B34F3">
      <w:pPr>
        <w:rPr>
          <w:lang w:val="nb-NO"/>
        </w:rPr>
      </w:pPr>
      <w:r w:rsidRPr="006F10B1">
        <w:rPr>
          <w:lang w:val="nb-NO"/>
        </w:rPr>
        <w:br w:type="page"/>
      </w:r>
    </w:p>
    <w:p w14:paraId="6902287B" w14:textId="77777777" w:rsidR="004158A8" w:rsidRPr="00D4341D" w:rsidRDefault="009B34F3">
      <w:pPr>
        <w:rPr>
          <w:lang w:val="nb-NO"/>
        </w:rPr>
      </w:pPr>
      <w:r w:rsidRPr="00D4341D">
        <w:rPr>
          <w:b/>
          <w:lang w:val="nb-NO"/>
        </w:rPr>
        <w:lastRenderedPageBreak/>
        <w:t>Modul: Markedsføringsledelse</w:t>
      </w:r>
    </w:p>
    <w:p w14:paraId="12D7F46B" w14:textId="77777777" w:rsidR="004158A8" w:rsidRPr="00D4341D" w:rsidRDefault="009B34F3">
      <w:pPr>
        <w:pStyle w:val="Overskrift1"/>
        <w:rPr>
          <w:lang w:val="nb-NO"/>
        </w:rPr>
      </w:pPr>
      <w:r w:rsidRPr="00D4341D">
        <w:rPr>
          <w:lang w:val="nb-NO"/>
        </w:rPr>
        <w:t>Markedsføring for håndverksbedrifter</w:t>
      </w:r>
    </w:p>
    <w:tbl>
      <w:tblPr>
        <w:tblStyle w:val="Tabellrutenett"/>
        <w:tblW w:w="0" w:type="auto"/>
        <w:tblLook w:val="04A0" w:firstRow="1" w:lastRow="0" w:firstColumn="1" w:lastColumn="0" w:noHBand="0" w:noVBand="1"/>
      </w:tblPr>
      <w:tblGrid>
        <w:gridCol w:w="5095"/>
        <w:gridCol w:w="5095"/>
      </w:tblGrid>
      <w:tr w:rsidR="004158A8" w:rsidRPr="00BF49ED" w14:paraId="1E864093" w14:textId="77777777">
        <w:trPr>
          <w:cantSplit/>
        </w:trPr>
        <w:tc>
          <w:tcPr>
            <w:tcW w:w="5100" w:type="dxa"/>
          </w:tcPr>
          <w:p w14:paraId="01C85869" w14:textId="77777777" w:rsidR="004158A8" w:rsidRPr="006F10B1" w:rsidRDefault="009B34F3">
            <w:pPr>
              <w:spacing w:after="40"/>
              <w:rPr>
                <w:lang w:val="nb-NO"/>
              </w:rPr>
            </w:pPr>
            <w:r w:rsidRPr="006F10B1">
              <w:rPr>
                <w:b/>
                <w:sz w:val="20"/>
                <w:lang w:val="nb-NO"/>
              </w:rPr>
              <w:t>Hovedtema</w:t>
            </w:r>
          </w:p>
          <w:p w14:paraId="7DF455B5" w14:textId="05EC5ED1" w:rsidR="004158A8" w:rsidRPr="006F10B1" w:rsidRDefault="009B34F3">
            <w:pPr>
              <w:rPr>
                <w:lang w:val="nb-NO"/>
              </w:rPr>
            </w:pPr>
            <w:r w:rsidRPr="006F10B1">
              <w:rPr>
                <w:sz w:val="20"/>
                <w:lang w:val="nb-NO"/>
              </w:rPr>
              <w:t>Hovedtemaet handler om markedsføringens betydning for håndverksbedrifter. Etiske utfordringer i markedsføringsarbeidet inngår også.</w:t>
            </w:r>
          </w:p>
          <w:p w14:paraId="21890F59" w14:textId="77777777" w:rsidR="004158A8" w:rsidRPr="006F10B1" w:rsidRDefault="009B34F3">
            <w:pPr>
              <w:rPr>
                <w:lang w:val="nb-NO"/>
              </w:rPr>
            </w:pPr>
            <w:r w:rsidRPr="006F10B1">
              <w:rPr>
                <w:sz w:val="20"/>
                <w:lang w:val="nb-NO"/>
              </w:rPr>
              <w:t>Strategiske valg med utgangspunkt i rammebetingelser og situasjonsanalyser er en del av hovedtemaet. Intern, ekstern og interaktiv markedsføring, samt serviceledelse inngår i hovedtemaet.</w:t>
            </w:r>
          </w:p>
        </w:tc>
        <w:tc>
          <w:tcPr>
            <w:tcW w:w="5100" w:type="dxa"/>
          </w:tcPr>
          <w:p w14:paraId="221E86DA" w14:textId="77777777" w:rsidR="004158A8" w:rsidRPr="00D4341D" w:rsidRDefault="009B34F3">
            <w:pPr>
              <w:spacing w:after="40"/>
              <w:rPr>
                <w:lang w:val="nb-NO"/>
              </w:rPr>
            </w:pPr>
            <w:r w:rsidRPr="00D4341D">
              <w:rPr>
                <w:b/>
                <w:sz w:val="20"/>
                <w:lang w:val="nb-NO"/>
              </w:rPr>
              <w:t>Innhold</w:t>
            </w:r>
          </w:p>
          <w:p w14:paraId="0828118C" w14:textId="77777777" w:rsidR="004158A8" w:rsidRPr="00D4341D" w:rsidRDefault="009B34F3">
            <w:pPr>
              <w:pStyle w:val="Punktliste"/>
              <w:rPr>
                <w:lang w:val="nb-NO"/>
              </w:rPr>
            </w:pPr>
            <w:r w:rsidRPr="00D4341D">
              <w:rPr>
                <w:sz w:val="20"/>
                <w:lang w:val="nb-NO"/>
              </w:rPr>
              <w:t>sentrale begreper i markedsføring</w:t>
            </w:r>
          </w:p>
          <w:p w14:paraId="0435CBC1" w14:textId="77777777" w:rsidR="004158A8" w:rsidRPr="006F10B1" w:rsidRDefault="009B34F3">
            <w:pPr>
              <w:pStyle w:val="Punktliste"/>
              <w:rPr>
                <w:lang w:val="nb-NO"/>
              </w:rPr>
            </w:pPr>
            <w:r w:rsidRPr="006F10B1">
              <w:rPr>
                <w:sz w:val="20"/>
                <w:lang w:val="nb-NO"/>
              </w:rPr>
              <w:t>utfordringer i markedsføringen av en håndverksbedrift og av håndverkstjenester</w:t>
            </w:r>
          </w:p>
          <w:p w14:paraId="1ED65ED1" w14:textId="57FE379D" w:rsidR="004158A8" w:rsidRPr="00D4341D" w:rsidRDefault="009B34F3">
            <w:pPr>
              <w:pStyle w:val="Punktliste"/>
              <w:rPr>
                <w:lang w:val="nb-NO"/>
              </w:rPr>
            </w:pPr>
            <w:r w:rsidRPr="00D4341D">
              <w:rPr>
                <w:sz w:val="20"/>
                <w:lang w:val="nb-NO"/>
              </w:rPr>
              <w:t>etikk i markedsføringsarbeidet</w:t>
            </w:r>
          </w:p>
          <w:p w14:paraId="21003824" w14:textId="77777777" w:rsidR="004158A8" w:rsidRPr="00D4341D" w:rsidRDefault="009B34F3">
            <w:pPr>
              <w:pStyle w:val="Punktliste"/>
              <w:rPr>
                <w:lang w:val="nb-NO"/>
              </w:rPr>
            </w:pPr>
            <w:r w:rsidRPr="00D4341D">
              <w:rPr>
                <w:sz w:val="20"/>
                <w:lang w:val="nb-NO"/>
              </w:rPr>
              <w:t>virksomhetens samfunnsansvar i et markedsføringsperspektiv</w:t>
            </w:r>
          </w:p>
          <w:p w14:paraId="20768A1B" w14:textId="77777777" w:rsidR="004158A8" w:rsidRPr="00D4341D" w:rsidRDefault="009B34F3">
            <w:pPr>
              <w:pStyle w:val="Punktliste"/>
              <w:rPr>
                <w:lang w:val="nb-NO"/>
              </w:rPr>
            </w:pPr>
            <w:r w:rsidRPr="00D4341D">
              <w:rPr>
                <w:sz w:val="20"/>
                <w:lang w:val="nb-NO"/>
              </w:rPr>
              <w:t>rammebetingelser i markedsarbeidet</w:t>
            </w:r>
          </w:p>
          <w:p w14:paraId="7E9CFD27" w14:textId="77777777" w:rsidR="004158A8" w:rsidRPr="00D4341D" w:rsidRDefault="009B34F3">
            <w:pPr>
              <w:pStyle w:val="Punktliste"/>
              <w:rPr>
                <w:lang w:val="nb-NO"/>
              </w:rPr>
            </w:pPr>
            <w:r w:rsidRPr="00D4341D">
              <w:rPr>
                <w:sz w:val="20"/>
                <w:lang w:val="nb-NO"/>
              </w:rPr>
              <w:t>bedriften og dens interessenter</w:t>
            </w:r>
          </w:p>
          <w:p w14:paraId="67A8CF14" w14:textId="77777777" w:rsidR="004158A8" w:rsidRPr="00D4341D" w:rsidRDefault="009B34F3">
            <w:pPr>
              <w:pStyle w:val="Punktliste"/>
              <w:rPr>
                <w:lang w:val="nb-NO"/>
              </w:rPr>
            </w:pPr>
            <w:r w:rsidRPr="00D4341D">
              <w:rPr>
                <w:sz w:val="20"/>
                <w:lang w:val="nb-NO"/>
              </w:rPr>
              <w:t>situasjonsanalyse som grunnlag for markedsplanlegging</w:t>
            </w:r>
          </w:p>
          <w:p w14:paraId="521D33AA" w14:textId="77777777" w:rsidR="004158A8" w:rsidRPr="00D4341D" w:rsidRDefault="009B34F3">
            <w:pPr>
              <w:pStyle w:val="Punktliste"/>
              <w:rPr>
                <w:lang w:val="nb-NO"/>
              </w:rPr>
            </w:pPr>
            <w:r w:rsidRPr="00D4341D">
              <w:rPr>
                <w:sz w:val="20"/>
                <w:lang w:val="nb-NO"/>
              </w:rPr>
              <w:t>lover og forskrifter</w:t>
            </w:r>
          </w:p>
          <w:p w14:paraId="4553F532" w14:textId="77777777" w:rsidR="004158A8" w:rsidRPr="006F10B1" w:rsidRDefault="009B34F3">
            <w:pPr>
              <w:pStyle w:val="Punktliste"/>
              <w:rPr>
                <w:lang w:val="nb-NO"/>
              </w:rPr>
            </w:pPr>
            <w:r w:rsidRPr="006F10B1">
              <w:rPr>
                <w:sz w:val="20"/>
                <w:lang w:val="nb-NO"/>
              </w:rPr>
              <w:t>lederens og medarbeidernes rolle i markedsføring av tjenester</w:t>
            </w:r>
          </w:p>
          <w:p w14:paraId="40F26358" w14:textId="77777777" w:rsidR="004158A8" w:rsidRPr="00D4341D" w:rsidRDefault="009B34F3">
            <w:pPr>
              <w:pStyle w:val="Punktliste"/>
              <w:rPr>
                <w:lang w:val="nb-NO"/>
              </w:rPr>
            </w:pPr>
            <w:r w:rsidRPr="00D4341D">
              <w:rPr>
                <w:sz w:val="20"/>
                <w:lang w:val="nb-NO"/>
              </w:rPr>
              <w:t>intern, ekstern og interaktiv markedsføring</w:t>
            </w:r>
          </w:p>
          <w:p w14:paraId="2DD9FB31" w14:textId="4EA86B02" w:rsidR="004158A8" w:rsidRPr="006F10B1" w:rsidRDefault="009B34F3">
            <w:pPr>
              <w:pStyle w:val="Punktliste"/>
              <w:rPr>
                <w:lang w:val="nb-NO"/>
              </w:rPr>
            </w:pPr>
            <w:r w:rsidRPr="006F10B1">
              <w:rPr>
                <w:sz w:val="20"/>
                <w:lang w:val="nb-NO"/>
              </w:rPr>
              <w:t>serviceledelse, utvikling av servicekonsept og service som konkurransemiddel</w:t>
            </w:r>
          </w:p>
        </w:tc>
      </w:tr>
    </w:tbl>
    <w:p w14:paraId="1F67FC9B"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99032D" w:rsidRPr="00032FD2" w14:paraId="021F5888" w14:textId="77777777" w:rsidTr="0099032D">
        <w:trPr>
          <w:trHeight w:val="2400"/>
        </w:trPr>
        <w:tc>
          <w:tcPr>
            <w:tcW w:w="10200" w:type="dxa"/>
            <w:tcBorders>
              <w:top w:val="single" w:sz="8" w:space="0" w:color="auto"/>
              <w:left w:val="single" w:sz="8" w:space="0" w:color="auto"/>
              <w:bottom w:val="single" w:sz="8" w:space="0" w:color="auto"/>
              <w:right w:val="single" w:sz="8" w:space="0" w:color="auto"/>
            </w:tcBorders>
            <w:vAlign w:val="center"/>
            <w:hideMark/>
          </w:tcPr>
          <w:p w14:paraId="72DB5532" w14:textId="77777777" w:rsidR="0099032D" w:rsidRPr="0099032D" w:rsidRDefault="0099032D">
            <w:pPr>
              <w:spacing w:after="40"/>
              <w:rPr>
                <w:lang w:val="nb-NO"/>
              </w:rPr>
            </w:pPr>
            <w:r w:rsidRPr="0099032D">
              <w:rPr>
                <w:b/>
                <w:bCs/>
                <w:sz w:val="20"/>
                <w:szCs w:val="20"/>
                <w:lang w:val="nb-NO"/>
              </w:rPr>
              <w:t>Egenvurdering (skriv her)</w:t>
            </w:r>
          </w:p>
          <w:p w14:paraId="636060DD" w14:textId="77777777" w:rsidR="0099032D" w:rsidRPr="00032FD2" w:rsidRDefault="0099032D">
            <w:pPr>
              <w:rPr>
                <w:lang w:val="nb-NO"/>
              </w:rPr>
            </w:pPr>
            <w:r w:rsidRPr="0099032D">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0370E850" w14:textId="77777777" w:rsidR="0099032D" w:rsidRPr="00032FD2" w:rsidRDefault="0099032D">
            <w:pPr>
              <w:rPr>
                <w:lang w:val="nb-NO"/>
              </w:rPr>
            </w:pPr>
            <w:r w:rsidRPr="00032FD2">
              <w:rPr>
                <w:lang w:val="nb-NO"/>
              </w:rPr>
              <w:t> </w:t>
            </w:r>
          </w:p>
          <w:p w14:paraId="1D8CF95D" w14:textId="77777777" w:rsidR="0099032D" w:rsidRPr="00032FD2" w:rsidRDefault="0099032D">
            <w:pPr>
              <w:rPr>
                <w:lang w:val="nb-NO"/>
              </w:rPr>
            </w:pPr>
            <w:r w:rsidRPr="00032FD2">
              <w:rPr>
                <w:lang w:val="nb-NO"/>
              </w:rPr>
              <w:t> </w:t>
            </w:r>
          </w:p>
          <w:p w14:paraId="44473662" w14:textId="77777777" w:rsidR="0099032D" w:rsidRPr="00032FD2" w:rsidRDefault="0099032D">
            <w:pPr>
              <w:rPr>
                <w:lang w:val="nb-NO"/>
              </w:rPr>
            </w:pPr>
            <w:r w:rsidRPr="00032FD2">
              <w:rPr>
                <w:lang w:val="nb-NO"/>
              </w:rPr>
              <w:t> </w:t>
            </w:r>
          </w:p>
          <w:p w14:paraId="7AFE2005" w14:textId="77777777" w:rsidR="0099032D" w:rsidRPr="00032FD2" w:rsidRDefault="0099032D">
            <w:pPr>
              <w:rPr>
                <w:lang w:val="nb-NO"/>
              </w:rPr>
            </w:pPr>
            <w:r w:rsidRPr="00032FD2">
              <w:rPr>
                <w:lang w:val="nb-NO"/>
              </w:rPr>
              <w:t> </w:t>
            </w:r>
          </w:p>
        </w:tc>
      </w:tr>
    </w:tbl>
    <w:p w14:paraId="282FD558"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39088131" w14:textId="77777777">
        <w:trPr>
          <w:cantSplit/>
          <w:trHeight w:val="2381"/>
        </w:trPr>
        <w:tc>
          <w:tcPr>
            <w:tcW w:w="10200" w:type="dxa"/>
          </w:tcPr>
          <w:p w14:paraId="4E1849B0" w14:textId="77777777" w:rsidR="004158A8" w:rsidRPr="006F10B1" w:rsidRDefault="009B34F3">
            <w:pPr>
              <w:spacing w:after="40"/>
              <w:rPr>
                <w:lang w:val="nb-NO"/>
              </w:rPr>
            </w:pPr>
            <w:r w:rsidRPr="006F10B1">
              <w:rPr>
                <w:b/>
                <w:sz w:val="20"/>
                <w:lang w:val="nb-NO"/>
              </w:rPr>
              <w:t>Relevante vedlegg (liste/henvisninger)</w:t>
            </w:r>
          </w:p>
          <w:p w14:paraId="77195C30"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03B968BB" w14:textId="77777777" w:rsidR="004158A8" w:rsidRPr="006F10B1" w:rsidRDefault="004158A8">
            <w:pPr>
              <w:rPr>
                <w:lang w:val="nb-NO"/>
              </w:rPr>
            </w:pPr>
          </w:p>
          <w:p w14:paraId="7AF39004" w14:textId="77777777" w:rsidR="004158A8" w:rsidRPr="006F10B1" w:rsidRDefault="004158A8">
            <w:pPr>
              <w:rPr>
                <w:lang w:val="nb-NO"/>
              </w:rPr>
            </w:pPr>
          </w:p>
          <w:p w14:paraId="6CE8F198" w14:textId="77777777" w:rsidR="004158A8" w:rsidRPr="006F10B1" w:rsidRDefault="004158A8">
            <w:pPr>
              <w:rPr>
                <w:lang w:val="nb-NO"/>
              </w:rPr>
            </w:pPr>
          </w:p>
          <w:p w14:paraId="3F895612" w14:textId="77777777" w:rsidR="004158A8" w:rsidRPr="006F10B1" w:rsidRDefault="004158A8">
            <w:pPr>
              <w:rPr>
                <w:lang w:val="nb-NO"/>
              </w:rPr>
            </w:pPr>
          </w:p>
          <w:p w14:paraId="12B7C224" w14:textId="77777777" w:rsidR="004158A8" w:rsidRPr="006F10B1" w:rsidRDefault="004158A8">
            <w:pPr>
              <w:rPr>
                <w:lang w:val="nb-NO"/>
              </w:rPr>
            </w:pPr>
          </w:p>
          <w:p w14:paraId="2E9F8B23" w14:textId="77777777" w:rsidR="004158A8" w:rsidRPr="006F10B1" w:rsidRDefault="004158A8">
            <w:pPr>
              <w:rPr>
                <w:lang w:val="nb-NO"/>
              </w:rPr>
            </w:pPr>
          </w:p>
          <w:p w14:paraId="39A99010" w14:textId="77777777" w:rsidR="004158A8" w:rsidRPr="006F10B1" w:rsidRDefault="004158A8">
            <w:pPr>
              <w:rPr>
                <w:lang w:val="nb-NO"/>
              </w:rPr>
            </w:pPr>
          </w:p>
        </w:tc>
      </w:tr>
    </w:tbl>
    <w:p w14:paraId="1651044D" w14:textId="77777777" w:rsidR="004158A8" w:rsidRPr="006F10B1" w:rsidRDefault="009B34F3">
      <w:pPr>
        <w:rPr>
          <w:lang w:val="nb-NO"/>
        </w:rPr>
      </w:pPr>
      <w:r w:rsidRPr="006F10B1">
        <w:rPr>
          <w:lang w:val="nb-NO"/>
        </w:rPr>
        <w:br w:type="page"/>
      </w:r>
    </w:p>
    <w:p w14:paraId="3D1ECD19" w14:textId="77777777" w:rsidR="004158A8" w:rsidRPr="00D4341D" w:rsidRDefault="009B34F3">
      <w:pPr>
        <w:rPr>
          <w:lang w:val="nb-NO"/>
        </w:rPr>
      </w:pPr>
      <w:r w:rsidRPr="00D4341D">
        <w:rPr>
          <w:b/>
          <w:lang w:val="nb-NO"/>
        </w:rPr>
        <w:lastRenderedPageBreak/>
        <w:t>Modul: Markedsføringsledelse</w:t>
      </w:r>
    </w:p>
    <w:p w14:paraId="61AF0ABA" w14:textId="77777777" w:rsidR="004158A8" w:rsidRPr="00D4341D" w:rsidRDefault="009B34F3">
      <w:pPr>
        <w:pStyle w:val="Overskrift1"/>
        <w:rPr>
          <w:lang w:val="nb-NO"/>
        </w:rPr>
      </w:pPr>
      <w:r w:rsidRPr="00D4341D">
        <w:rPr>
          <w:lang w:val="nb-NO"/>
        </w:rPr>
        <w:t>Marked og kundegrupper</w:t>
      </w:r>
    </w:p>
    <w:tbl>
      <w:tblPr>
        <w:tblStyle w:val="Tabellrutenett"/>
        <w:tblW w:w="0" w:type="auto"/>
        <w:tblLook w:val="04A0" w:firstRow="1" w:lastRow="0" w:firstColumn="1" w:lastColumn="0" w:noHBand="0" w:noVBand="1"/>
      </w:tblPr>
      <w:tblGrid>
        <w:gridCol w:w="5095"/>
        <w:gridCol w:w="5095"/>
      </w:tblGrid>
      <w:tr w:rsidR="004158A8" w:rsidRPr="00D4341D" w14:paraId="444619E5" w14:textId="77777777">
        <w:trPr>
          <w:cantSplit/>
        </w:trPr>
        <w:tc>
          <w:tcPr>
            <w:tcW w:w="5100" w:type="dxa"/>
          </w:tcPr>
          <w:p w14:paraId="133B68D3" w14:textId="77777777" w:rsidR="004158A8" w:rsidRPr="006F10B1" w:rsidRDefault="009B34F3">
            <w:pPr>
              <w:spacing w:after="40"/>
              <w:rPr>
                <w:lang w:val="nb-NO"/>
              </w:rPr>
            </w:pPr>
            <w:r w:rsidRPr="006F10B1">
              <w:rPr>
                <w:b/>
                <w:sz w:val="20"/>
                <w:lang w:val="nb-NO"/>
              </w:rPr>
              <w:t>Hovedtema</w:t>
            </w:r>
          </w:p>
          <w:p w14:paraId="693125AA" w14:textId="77777777" w:rsidR="004158A8" w:rsidRPr="006F10B1" w:rsidRDefault="009B34F3">
            <w:pPr>
              <w:rPr>
                <w:lang w:val="nb-NO"/>
              </w:rPr>
            </w:pPr>
            <w:r w:rsidRPr="006F10B1">
              <w:rPr>
                <w:sz w:val="20"/>
                <w:lang w:val="nb-NO"/>
              </w:rPr>
              <w:t>Hovedtemaet handler om de ulike hovedmarkedene, segmentering av disse og identifisering av målgrupper. Videre omhandler det kundegruppers kjøpsatferd og hvilke konsekvenser det gir for valg av markedsstrategi og markedsføringstiltak. Markedsundersøkelser og teknikker for å dekke bedriftens informasjonsbehov er en del av hovedtemaet.</w:t>
            </w:r>
          </w:p>
          <w:p w14:paraId="1D7EE1BF" w14:textId="77777777" w:rsidR="004158A8" w:rsidRPr="006F10B1" w:rsidRDefault="009B34F3">
            <w:pPr>
              <w:rPr>
                <w:lang w:val="nb-NO"/>
              </w:rPr>
            </w:pPr>
            <w:r w:rsidRPr="006F10B1">
              <w:rPr>
                <w:sz w:val="20"/>
                <w:lang w:val="nb-NO"/>
              </w:rPr>
              <w:t>Vurdering av bedriftens konkurranse-fortrinn er en del av hovedtemaet.</w:t>
            </w:r>
          </w:p>
        </w:tc>
        <w:tc>
          <w:tcPr>
            <w:tcW w:w="5100" w:type="dxa"/>
          </w:tcPr>
          <w:p w14:paraId="27A720F3" w14:textId="77777777" w:rsidR="004158A8" w:rsidRPr="00D4341D" w:rsidRDefault="009B34F3">
            <w:pPr>
              <w:spacing w:after="40"/>
              <w:rPr>
                <w:lang w:val="nb-NO"/>
              </w:rPr>
            </w:pPr>
            <w:r w:rsidRPr="00D4341D">
              <w:rPr>
                <w:b/>
                <w:sz w:val="20"/>
                <w:lang w:val="nb-NO"/>
              </w:rPr>
              <w:t>Innhold</w:t>
            </w:r>
          </w:p>
          <w:p w14:paraId="51A7C578" w14:textId="77777777" w:rsidR="004158A8" w:rsidRPr="006F10B1" w:rsidRDefault="009B34F3">
            <w:pPr>
              <w:pStyle w:val="Punktliste"/>
              <w:rPr>
                <w:lang w:val="nb-NO"/>
              </w:rPr>
            </w:pPr>
            <w:r w:rsidRPr="006F10B1">
              <w:rPr>
                <w:sz w:val="20"/>
                <w:lang w:val="nb-NO"/>
              </w:rPr>
              <w:t>hovedmarkedene som håndverksbedrifter tilbyr tjenester i</w:t>
            </w:r>
          </w:p>
          <w:p w14:paraId="2C4F7977" w14:textId="77777777" w:rsidR="004158A8" w:rsidRPr="006F10B1" w:rsidRDefault="009B34F3">
            <w:pPr>
              <w:pStyle w:val="Punktliste"/>
              <w:rPr>
                <w:lang w:val="nb-NO"/>
              </w:rPr>
            </w:pPr>
            <w:r w:rsidRPr="006F10B1">
              <w:rPr>
                <w:sz w:val="20"/>
                <w:lang w:val="nb-NO"/>
              </w:rPr>
              <w:t>kriterier for segmentering av markeder og valg av målgrupper</w:t>
            </w:r>
          </w:p>
          <w:p w14:paraId="7FF3A125" w14:textId="77777777" w:rsidR="004158A8" w:rsidRPr="006F10B1" w:rsidRDefault="009B34F3">
            <w:pPr>
              <w:pStyle w:val="Punktliste"/>
              <w:rPr>
                <w:lang w:val="nb-NO"/>
              </w:rPr>
            </w:pPr>
            <w:r w:rsidRPr="006F10B1">
              <w:rPr>
                <w:sz w:val="20"/>
                <w:lang w:val="nb-NO"/>
              </w:rPr>
              <w:t>psykologiske, sosiale og kulturelle faktorers betydning for forbrukeratferd</w:t>
            </w:r>
          </w:p>
          <w:p w14:paraId="4079FD41" w14:textId="77777777" w:rsidR="004158A8" w:rsidRPr="006F10B1" w:rsidRDefault="009B34F3">
            <w:pPr>
              <w:pStyle w:val="Punktliste"/>
              <w:rPr>
                <w:lang w:val="nb-NO"/>
              </w:rPr>
            </w:pPr>
            <w:r w:rsidRPr="006F10B1">
              <w:rPr>
                <w:sz w:val="20"/>
                <w:lang w:val="nb-NO"/>
              </w:rPr>
              <w:t>kjøpsprosessen til kunder i de ulike markedene og planlegging av markedstiltak</w:t>
            </w:r>
          </w:p>
          <w:p w14:paraId="22F58759" w14:textId="77777777" w:rsidR="004158A8" w:rsidRPr="006F10B1" w:rsidRDefault="009B34F3">
            <w:pPr>
              <w:pStyle w:val="Punktliste"/>
              <w:rPr>
                <w:lang w:val="nb-NO"/>
              </w:rPr>
            </w:pPr>
            <w:r w:rsidRPr="006F10B1">
              <w:rPr>
                <w:sz w:val="20"/>
                <w:lang w:val="nb-NO"/>
              </w:rPr>
              <w:t>ulike metoder og teknikker for markedsundersøkelser</w:t>
            </w:r>
          </w:p>
          <w:p w14:paraId="405627EA" w14:textId="77777777" w:rsidR="004158A8" w:rsidRPr="00D4341D" w:rsidRDefault="009B34F3">
            <w:pPr>
              <w:pStyle w:val="Punktliste"/>
              <w:rPr>
                <w:lang w:val="nb-NO"/>
              </w:rPr>
            </w:pPr>
            <w:r w:rsidRPr="00D4341D">
              <w:rPr>
                <w:sz w:val="20"/>
                <w:lang w:val="nb-NO"/>
              </w:rPr>
              <w:t>bedriftens konkurransefortrinn</w:t>
            </w:r>
          </w:p>
        </w:tc>
      </w:tr>
    </w:tbl>
    <w:p w14:paraId="505C3085"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80"/>
      </w:tblGrid>
      <w:tr w:rsidR="00C7222C" w:rsidRPr="00032FD2" w14:paraId="0D17B604"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62EBC050" w14:textId="77777777" w:rsidR="002A5CA9" w:rsidRPr="00032FD2" w:rsidRDefault="002A5CA9">
            <w:pPr>
              <w:spacing w:after="40"/>
              <w:rPr>
                <w:lang w:val="nb-NO"/>
              </w:rPr>
            </w:pPr>
            <w:r w:rsidRPr="00032FD2">
              <w:rPr>
                <w:b/>
                <w:sz w:val="20"/>
                <w:szCs w:val="20"/>
                <w:lang w:val="nb-NO"/>
              </w:rPr>
              <w:t>Egenvurdering (skriv her)</w:t>
            </w:r>
          </w:p>
          <w:p w14:paraId="093DAD3C"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1E2B870E" w14:textId="77777777" w:rsidR="002A5CA9" w:rsidRPr="00032FD2" w:rsidRDefault="002A5CA9">
            <w:pPr>
              <w:rPr>
                <w:lang w:val="nb-NO"/>
              </w:rPr>
            </w:pPr>
            <w:r w:rsidRPr="00032FD2">
              <w:rPr>
                <w:lang w:val="nb-NO"/>
              </w:rPr>
              <w:t> </w:t>
            </w:r>
          </w:p>
          <w:p w14:paraId="06E8D6AB" w14:textId="77777777" w:rsidR="002A5CA9" w:rsidRPr="00032FD2" w:rsidRDefault="002A5CA9">
            <w:pPr>
              <w:rPr>
                <w:lang w:val="nb-NO"/>
              </w:rPr>
            </w:pPr>
            <w:r w:rsidRPr="00032FD2">
              <w:rPr>
                <w:lang w:val="nb-NO"/>
              </w:rPr>
              <w:t> </w:t>
            </w:r>
          </w:p>
          <w:p w14:paraId="2D80028A" w14:textId="77777777" w:rsidR="002A5CA9" w:rsidRPr="00032FD2" w:rsidRDefault="002A5CA9">
            <w:pPr>
              <w:rPr>
                <w:lang w:val="nb-NO"/>
              </w:rPr>
            </w:pPr>
            <w:r w:rsidRPr="00032FD2">
              <w:rPr>
                <w:lang w:val="nb-NO"/>
              </w:rPr>
              <w:t> </w:t>
            </w:r>
          </w:p>
          <w:p w14:paraId="22EE2640" w14:textId="77777777" w:rsidR="002A5CA9" w:rsidRPr="00032FD2" w:rsidRDefault="002A5CA9">
            <w:pPr>
              <w:rPr>
                <w:lang w:val="nb-NO"/>
              </w:rPr>
            </w:pPr>
            <w:r w:rsidRPr="00032FD2">
              <w:rPr>
                <w:lang w:val="nb-NO"/>
              </w:rPr>
              <w:t> </w:t>
            </w:r>
          </w:p>
          <w:p w14:paraId="253E2EFB" w14:textId="77777777" w:rsidR="002A5CA9" w:rsidRPr="00032FD2" w:rsidRDefault="002A5CA9">
            <w:pPr>
              <w:rPr>
                <w:lang w:val="nb-NO"/>
              </w:rPr>
            </w:pPr>
            <w:r w:rsidRPr="00032FD2">
              <w:rPr>
                <w:lang w:val="nb-NO"/>
              </w:rPr>
              <w:t> </w:t>
            </w:r>
          </w:p>
          <w:p w14:paraId="5D9D22D5" w14:textId="77777777" w:rsidR="002A5CA9" w:rsidRPr="00032FD2" w:rsidRDefault="002A5CA9">
            <w:pPr>
              <w:rPr>
                <w:lang w:val="nb-NO"/>
              </w:rPr>
            </w:pPr>
            <w:r w:rsidRPr="00032FD2">
              <w:rPr>
                <w:lang w:val="nb-NO"/>
              </w:rPr>
              <w:t> </w:t>
            </w:r>
          </w:p>
          <w:p w14:paraId="704E2270" w14:textId="77777777" w:rsidR="002A5CA9" w:rsidRPr="00032FD2" w:rsidRDefault="002A5CA9">
            <w:pPr>
              <w:rPr>
                <w:lang w:val="nb-NO"/>
              </w:rPr>
            </w:pPr>
            <w:r w:rsidRPr="00032FD2">
              <w:rPr>
                <w:lang w:val="nb-NO"/>
              </w:rPr>
              <w:t> </w:t>
            </w:r>
          </w:p>
          <w:p w14:paraId="008C1375" w14:textId="77777777" w:rsidR="002A5CA9" w:rsidRPr="00032FD2" w:rsidRDefault="002A5CA9">
            <w:pPr>
              <w:rPr>
                <w:lang w:val="nb-NO"/>
              </w:rPr>
            </w:pPr>
            <w:r w:rsidRPr="00032FD2">
              <w:rPr>
                <w:lang w:val="nb-NO"/>
              </w:rPr>
              <w:t> </w:t>
            </w:r>
          </w:p>
          <w:p w14:paraId="18D33138" w14:textId="77777777" w:rsidR="002A5CA9" w:rsidRPr="00032FD2" w:rsidRDefault="002A5CA9">
            <w:pPr>
              <w:rPr>
                <w:lang w:val="nb-NO"/>
              </w:rPr>
            </w:pPr>
            <w:r w:rsidRPr="00032FD2">
              <w:rPr>
                <w:lang w:val="nb-NO"/>
              </w:rPr>
              <w:t> </w:t>
            </w:r>
          </w:p>
          <w:p w14:paraId="7913F048" w14:textId="77777777" w:rsidR="002A5CA9" w:rsidRPr="00032FD2" w:rsidRDefault="002A5CA9">
            <w:pPr>
              <w:rPr>
                <w:lang w:val="nb-NO"/>
              </w:rPr>
            </w:pPr>
            <w:r w:rsidRPr="00032FD2">
              <w:rPr>
                <w:lang w:val="nb-NO"/>
              </w:rPr>
              <w:t> </w:t>
            </w:r>
          </w:p>
          <w:p w14:paraId="0CF5F5AE" w14:textId="77777777" w:rsidR="002A5CA9" w:rsidRPr="00032FD2" w:rsidRDefault="002A5CA9">
            <w:pPr>
              <w:rPr>
                <w:lang w:val="nb-NO"/>
              </w:rPr>
            </w:pPr>
            <w:r w:rsidRPr="00032FD2">
              <w:rPr>
                <w:lang w:val="nb-NO"/>
              </w:rPr>
              <w:t> </w:t>
            </w:r>
          </w:p>
          <w:p w14:paraId="52DEC54A" w14:textId="77777777" w:rsidR="002A5CA9" w:rsidRPr="00032FD2" w:rsidRDefault="002A5CA9">
            <w:pPr>
              <w:rPr>
                <w:lang w:val="nb-NO"/>
              </w:rPr>
            </w:pPr>
            <w:r w:rsidRPr="00032FD2">
              <w:rPr>
                <w:lang w:val="nb-NO"/>
              </w:rPr>
              <w:t> </w:t>
            </w:r>
          </w:p>
          <w:p w14:paraId="474380BF" w14:textId="77777777" w:rsidR="002A5CA9" w:rsidRPr="00032FD2" w:rsidRDefault="002A5CA9">
            <w:pPr>
              <w:rPr>
                <w:lang w:val="nb-NO"/>
              </w:rPr>
            </w:pPr>
            <w:r w:rsidRPr="00032FD2">
              <w:rPr>
                <w:lang w:val="nb-NO"/>
              </w:rPr>
              <w:t> </w:t>
            </w:r>
          </w:p>
          <w:p w14:paraId="03AF0990" w14:textId="77777777" w:rsidR="002A5CA9" w:rsidRPr="00032FD2" w:rsidRDefault="002A5CA9">
            <w:pPr>
              <w:rPr>
                <w:lang w:val="nb-NO"/>
              </w:rPr>
            </w:pPr>
            <w:r w:rsidRPr="00032FD2">
              <w:rPr>
                <w:lang w:val="nb-NO"/>
              </w:rPr>
              <w:t> </w:t>
            </w:r>
          </w:p>
          <w:p w14:paraId="6D0E9B8C" w14:textId="77777777" w:rsidR="002A5CA9" w:rsidRPr="00032FD2" w:rsidRDefault="002A5CA9">
            <w:pPr>
              <w:rPr>
                <w:lang w:val="nb-NO"/>
              </w:rPr>
            </w:pPr>
            <w:r w:rsidRPr="00032FD2">
              <w:rPr>
                <w:lang w:val="nb-NO"/>
              </w:rPr>
              <w:t> </w:t>
            </w:r>
          </w:p>
          <w:p w14:paraId="64723993" w14:textId="77777777" w:rsidR="002A5CA9" w:rsidRPr="00032FD2" w:rsidRDefault="002A5CA9">
            <w:pPr>
              <w:rPr>
                <w:lang w:val="nb-NO"/>
              </w:rPr>
            </w:pPr>
            <w:r w:rsidRPr="00032FD2">
              <w:rPr>
                <w:lang w:val="nb-NO"/>
              </w:rPr>
              <w:t> </w:t>
            </w:r>
          </w:p>
        </w:tc>
      </w:tr>
    </w:tbl>
    <w:p w14:paraId="6466F5AB" w14:textId="77777777" w:rsidR="004158A8" w:rsidRPr="00D4341D"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3851CFD4" w14:textId="77777777">
        <w:trPr>
          <w:cantSplit/>
          <w:trHeight w:val="2381"/>
        </w:trPr>
        <w:tc>
          <w:tcPr>
            <w:tcW w:w="10200" w:type="dxa"/>
          </w:tcPr>
          <w:p w14:paraId="5CEB9243" w14:textId="77777777" w:rsidR="004158A8" w:rsidRPr="006F10B1" w:rsidRDefault="009B34F3">
            <w:pPr>
              <w:spacing w:after="40"/>
              <w:rPr>
                <w:lang w:val="nb-NO"/>
              </w:rPr>
            </w:pPr>
            <w:r w:rsidRPr="006F10B1">
              <w:rPr>
                <w:b/>
                <w:sz w:val="20"/>
                <w:lang w:val="nb-NO"/>
              </w:rPr>
              <w:t>Relevante vedlegg (liste/henvisninger)</w:t>
            </w:r>
          </w:p>
          <w:p w14:paraId="1F5C2AA8"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27945A05" w14:textId="77777777" w:rsidR="004158A8" w:rsidRPr="006F10B1" w:rsidRDefault="004158A8">
            <w:pPr>
              <w:rPr>
                <w:lang w:val="nb-NO"/>
              </w:rPr>
            </w:pPr>
          </w:p>
          <w:p w14:paraId="014E4178" w14:textId="77777777" w:rsidR="004158A8" w:rsidRPr="006F10B1" w:rsidRDefault="004158A8">
            <w:pPr>
              <w:rPr>
                <w:lang w:val="nb-NO"/>
              </w:rPr>
            </w:pPr>
          </w:p>
          <w:p w14:paraId="32324F4B" w14:textId="77777777" w:rsidR="004158A8" w:rsidRPr="006F10B1" w:rsidRDefault="004158A8">
            <w:pPr>
              <w:rPr>
                <w:lang w:val="nb-NO"/>
              </w:rPr>
            </w:pPr>
          </w:p>
          <w:p w14:paraId="4F18BAA7" w14:textId="77777777" w:rsidR="004158A8" w:rsidRPr="006F10B1" w:rsidRDefault="004158A8">
            <w:pPr>
              <w:rPr>
                <w:lang w:val="nb-NO"/>
              </w:rPr>
            </w:pPr>
          </w:p>
          <w:p w14:paraId="02BD65D0" w14:textId="77777777" w:rsidR="004158A8" w:rsidRPr="006F10B1" w:rsidRDefault="004158A8">
            <w:pPr>
              <w:rPr>
                <w:lang w:val="nb-NO"/>
              </w:rPr>
            </w:pPr>
          </w:p>
          <w:p w14:paraId="36F77CC8" w14:textId="77777777" w:rsidR="004158A8" w:rsidRPr="006F10B1" w:rsidRDefault="004158A8">
            <w:pPr>
              <w:rPr>
                <w:lang w:val="nb-NO"/>
              </w:rPr>
            </w:pPr>
          </w:p>
          <w:p w14:paraId="4F7AE28B" w14:textId="77777777" w:rsidR="004158A8" w:rsidRPr="006F10B1" w:rsidRDefault="004158A8">
            <w:pPr>
              <w:rPr>
                <w:lang w:val="nb-NO"/>
              </w:rPr>
            </w:pPr>
          </w:p>
        </w:tc>
      </w:tr>
    </w:tbl>
    <w:p w14:paraId="359ECFFB" w14:textId="77777777" w:rsidR="004158A8" w:rsidRPr="006F10B1" w:rsidRDefault="009B34F3">
      <w:pPr>
        <w:rPr>
          <w:lang w:val="nb-NO"/>
        </w:rPr>
      </w:pPr>
      <w:r w:rsidRPr="006F10B1">
        <w:rPr>
          <w:lang w:val="nb-NO"/>
        </w:rPr>
        <w:br w:type="page"/>
      </w:r>
    </w:p>
    <w:p w14:paraId="289DB377" w14:textId="77777777" w:rsidR="004158A8" w:rsidRPr="006F10B1" w:rsidRDefault="009B34F3">
      <w:pPr>
        <w:rPr>
          <w:lang w:val="nb-NO"/>
        </w:rPr>
      </w:pPr>
      <w:r w:rsidRPr="006F10B1">
        <w:rPr>
          <w:b/>
          <w:lang w:val="nb-NO"/>
        </w:rPr>
        <w:lastRenderedPageBreak/>
        <w:t>Modul: Markedsføringsledelse</w:t>
      </w:r>
    </w:p>
    <w:p w14:paraId="44FAA98E" w14:textId="77777777" w:rsidR="004158A8" w:rsidRPr="006F10B1" w:rsidRDefault="009B34F3">
      <w:pPr>
        <w:pStyle w:val="Overskrift1"/>
        <w:rPr>
          <w:lang w:val="nb-NO"/>
        </w:rPr>
      </w:pPr>
      <w:r w:rsidRPr="006F10B1">
        <w:rPr>
          <w:lang w:val="nb-NO"/>
        </w:rPr>
        <w:t>Virkemidler og aktiviteter i markedsføringen</w:t>
      </w:r>
    </w:p>
    <w:tbl>
      <w:tblPr>
        <w:tblStyle w:val="Tabellrutenett"/>
        <w:tblW w:w="0" w:type="auto"/>
        <w:tblLook w:val="04A0" w:firstRow="1" w:lastRow="0" w:firstColumn="1" w:lastColumn="0" w:noHBand="0" w:noVBand="1"/>
      </w:tblPr>
      <w:tblGrid>
        <w:gridCol w:w="5095"/>
        <w:gridCol w:w="5095"/>
      </w:tblGrid>
      <w:tr w:rsidR="004158A8" w:rsidRPr="00BF49ED" w14:paraId="0934A107" w14:textId="77777777">
        <w:trPr>
          <w:cantSplit/>
        </w:trPr>
        <w:tc>
          <w:tcPr>
            <w:tcW w:w="5100" w:type="dxa"/>
          </w:tcPr>
          <w:p w14:paraId="5F4797CF" w14:textId="77777777" w:rsidR="004158A8" w:rsidRPr="006F10B1" w:rsidRDefault="009B34F3">
            <w:pPr>
              <w:spacing w:after="40"/>
              <w:rPr>
                <w:lang w:val="nb-NO"/>
              </w:rPr>
            </w:pPr>
            <w:r w:rsidRPr="006F10B1">
              <w:rPr>
                <w:b/>
                <w:sz w:val="20"/>
                <w:lang w:val="nb-NO"/>
              </w:rPr>
              <w:t>Hovedtema</w:t>
            </w:r>
          </w:p>
          <w:p w14:paraId="5897B744" w14:textId="77777777" w:rsidR="004158A8" w:rsidRPr="006F10B1" w:rsidRDefault="009B34F3">
            <w:pPr>
              <w:rPr>
                <w:lang w:val="nb-NO"/>
              </w:rPr>
            </w:pPr>
            <w:r w:rsidRPr="006F10B1">
              <w:rPr>
                <w:sz w:val="20"/>
                <w:lang w:val="nb-NO"/>
              </w:rPr>
              <w:t>Hovedtemaet handler om de virkemidler markedsføreren kan benytte seg av og bruk av virkemidler i et kortsiktig og langsiktig perspektiv.</w:t>
            </w:r>
          </w:p>
          <w:p w14:paraId="4F5E8817" w14:textId="77777777" w:rsidR="004158A8" w:rsidRPr="006F10B1" w:rsidRDefault="009B34F3">
            <w:pPr>
              <w:rPr>
                <w:lang w:val="nb-NO"/>
              </w:rPr>
            </w:pPr>
            <w:r w:rsidRPr="006F10B1">
              <w:rPr>
                <w:sz w:val="20"/>
                <w:lang w:val="nb-NO"/>
              </w:rPr>
              <w:t>Ulike former for profilering og markedsføring av eget foretak, herunder IKT som en del av bedriftens markedsføringsplattform inngår i hovedtemaet.</w:t>
            </w:r>
          </w:p>
          <w:p w14:paraId="7897B2C5" w14:textId="77777777" w:rsidR="004158A8" w:rsidRPr="006F10B1" w:rsidRDefault="009B34F3">
            <w:pPr>
              <w:rPr>
                <w:lang w:val="nb-NO"/>
              </w:rPr>
            </w:pPr>
            <w:r w:rsidRPr="006F10B1">
              <w:rPr>
                <w:sz w:val="20"/>
                <w:lang w:val="nb-NO"/>
              </w:rPr>
              <w:t>Handlingsplaner for markedsaktiviteter og kampanjeplaner er en del av hovedtemaet Det er også profilering av bedriften som mesterbedrift.</w:t>
            </w:r>
          </w:p>
        </w:tc>
        <w:tc>
          <w:tcPr>
            <w:tcW w:w="5100" w:type="dxa"/>
          </w:tcPr>
          <w:p w14:paraId="6EB2164A" w14:textId="77777777" w:rsidR="004158A8" w:rsidRPr="00D4341D" w:rsidRDefault="009B34F3">
            <w:pPr>
              <w:spacing w:after="40"/>
              <w:rPr>
                <w:lang w:val="nb-NO"/>
              </w:rPr>
            </w:pPr>
            <w:r w:rsidRPr="00D4341D">
              <w:rPr>
                <w:b/>
                <w:sz w:val="20"/>
                <w:lang w:val="nb-NO"/>
              </w:rPr>
              <w:t>Innhold</w:t>
            </w:r>
          </w:p>
          <w:p w14:paraId="410E1649" w14:textId="77777777" w:rsidR="004158A8" w:rsidRPr="006F10B1" w:rsidRDefault="009B34F3">
            <w:pPr>
              <w:pStyle w:val="Punktliste"/>
              <w:rPr>
                <w:lang w:val="nb-NO"/>
              </w:rPr>
            </w:pPr>
            <w:r w:rsidRPr="006F10B1">
              <w:rPr>
                <w:sz w:val="20"/>
                <w:lang w:val="nb-NO"/>
              </w:rPr>
              <w:t>virkemidler i sammenheng med ulike målgruppers kjøpsatferd</w:t>
            </w:r>
          </w:p>
          <w:p w14:paraId="5479BCAB" w14:textId="77777777" w:rsidR="004158A8" w:rsidRPr="00D4341D" w:rsidRDefault="009B34F3">
            <w:pPr>
              <w:pStyle w:val="Punktliste"/>
              <w:rPr>
                <w:lang w:val="nb-NO"/>
              </w:rPr>
            </w:pPr>
            <w:r w:rsidRPr="00D4341D">
              <w:rPr>
                <w:sz w:val="20"/>
                <w:lang w:val="nb-NO"/>
              </w:rPr>
              <w:t xml:space="preserve">strategisk </w:t>
            </w:r>
            <w:proofErr w:type="gramStart"/>
            <w:r w:rsidRPr="00D4341D">
              <w:rPr>
                <w:sz w:val="20"/>
                <w:lang w:val="nb-NO"/>
              </w:rPr>
              <w:t>anvendelse</w:t>
            </w:r>
            <w:proofErr w:type="gramEnd"/>
            <w:r w:rsidRPr="00D4341D">
              <w:rPr>
                <w:sz w:val="20"/>
                <w:lang w:val="nb-NO"/>
              </w:rPr>
              <w:t xml:space="preserve"> av virkemidler</w:t>
            </w:r>
          </w:p>
          <w:p w14:paraId="5D47D744" w14:textId="77777777" w:rsidR="004158A8" w:rsidRPr="006F10B1" w:rsidRDefault="009B34F3">
            <w:pPr>
              <w:pStyle w:val="Punktliste"/>
              <w:rPr>
                <w:lang w:val="nb-NO"/>
              </w:rPr>
            </w:pPr>
            <w:r w:rsidRPr="006F10B1">
              <w:rPr>
                <w:sz w:val="20"/>
                <w:lang w:val="nb-NO"/>
              </w:rPr>
              <w:t>muligheter og utfordringer ved ulike former for profilering</w:t>
            </w:r>
          </w:p>
          <w:p w14:paraId="281A422B" w14:textId="77777777" w:rsidR="004158A8" w:rsidRPr="006F10B1" w:rsidRDefault="009B34F3">
            <w:pPr>
              <w:pStyle w:val="Punktliste"/>
              <w:rPr>
                <w:lang w:val="nb-NO"/>
              </w:rPr>
            </w:pPr>
            <w:r w:rsidRPr="006F10B1">
              <w:rPr>
                <w:sz w:val="20"/>
                <w:lang w:val="nb-NO"/>
              </w:rPr>
              <w:t>elektronisk markedsføring, Internett og sosiale medier</w:t>
            </w:r>
          </w:p>
          <w:p w14:paraId="126925C5" w14:textId="77777777" w:rsidR="004158A8" w:rsidRPr="006F10B1" w:rsidRDefault="009B34F3">
            <w:pPr>
              <w:pStyle w:val="Punktliste"/>
              <w:rPr>
                <w:lang w:val="nb-NO"/>
              </w:rPr>
            </w:pPr>
            <w:r w:rsidRPr="006F10B1">
              <w:rPr>
                <w:sz w:val="20"/>
                <w:lang w:val="nb-NO"/>
              </w:rPr>
              <w:t>kjøps-, salgs- og kjedesamarbeidsformer innen egen bransje</w:t>
            </w:r>
          </w:p>
          <w:p w14:paraId="66DAA83E" w14:textId="77777777" w:rsidR="004158A8" w:rsidRPr="00D4341D" w:rsidRDefault="009B34F3">
            <w:pPr>
              <w:pStyle w:val="Punktliste"/>
              <w:rPr>
                <w:lang w:val="nb-NO"/>
              </w:rPr>
            </w:pPr>
            <w:r w:rsidRPr="00D4341D">
              <w:rPr>
                <w:sz w:val="20"/>
                <w:lang w:val="nb-NO"/>
              </w:rPr>
              <w:t>kampanjeplaner og gjennomføring av disse</w:t>
            </w:r>
          </w:p>
          <w:p w14:paraId="6D753CC5" w14:textId="77777777" w:rsidR="004158A8" w:rsidRPr="00D4341D" w:rsidRDefault="009B34F3">
            <w:pPr>
              <w:pStyle w:val="Punktliste"/>
              <w:rPr>
                <w:lang w:val="nb-NO"/>
              </w:rPr>
            </w:pPr>
            <w:r w:rsidRPr="00D4341D">
              <w:rPr>
                <w:sz w:val="20"/>
                <w:lang w:val="nb-NO"/>
              </w:rPr>
              <w:t>handlingsplan for markedsaktivitet</w:t>
            </w:r>
          </w:p>
          <w:p w14:paraId="45A94122" w14:textId="77777777" w:rsidR="004158A8" w:rsidRPr="006F10B1" w:rsidRDefault="009B34F3">
            <w:pPr>
              <w:pStyle w:val="Punktliste"/>
              <w:rPr>
                <w:lang w:val="nb-NO"/>
              </w:rPr>
            </w:pPr>
            <w:r w:rsidRPr="006F10B1">
              <w:rPr>
                <w:sz w:val="20"/>
                <w:lang w:val="nb-NO"/>
              </w:rPr>
              <w:t>muligheter og ansvar ved bruk av mestermerket og -tittel</w:t>
            </w:r>
          </w:p>
        </w:tc>
      </w:tr>
    </w:tbl>
    <w:p w14:paraId="43123DB1"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EA00E7" w:rsidRPr="00D4341D" w14:paraId="6BDAB881"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329FDB12" w14:textId="77777777" w:rsidR="002A5CA9" w:rsidRPr="002A5CA9" w:rsidRDefault="002A5CA9">
            <w:pPr>
              <w:spacing w:after="40"/>
              <w:rPr>
                <w:lang w:val="nb-NO"/>
              </w:rPr>
            </w:pPr>
            <w:r w:rsidRPr="002A5CA9">
              <w:rPr>
                <w:b/>
                <w:bCs/>
                <w:sz w:val="20"/>
                <w:szCs w:val="20"/>
                <w:lang w:val="nb-NO"/>
              </w:rPr>
              <w:t>Egenvurdering (skriv her)</w:t>
            </w:r>
          </w:p>
          <w:p w14:paraId="39A40F77"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65F21E79" w14:textId="77777777" w:rsidR="002A5CA9" w:rsidRPr="00032FD2" w:rsidRDefault="002A5CA9">
            <w:pPr>
              <w:rPr>
                <w:lang w:val="nb-NO"/>
              </w:rPr>
            </w:pPr>
            <w:r w:rsidRPr="00032FD2">
              <w:rPr>
                <w:lang w:val="nb-NO"/>
              </w:rPr>
              <w:t> </w:t>
            </w:r>
          </w:p>
          <w:p w14:paraId="1487E46C" w14:textId="77777777" w:rsidR="002A5CA9" w:rsidRPr="00032FD2" w:rsidRDefault="002A5CA9">
            <w:pPr>
              <w:rPr>
                <w:lang w:val="nb-NO"/>
              </w:rPr>
            </w:pPr>
            <w:r w:rsidRPr="00032FD2">
              <w:rPr>
                <w:lang w:val="nb-NO"/>
              </w:rPr>
              <w:t> </w:t>
            </w:r>
          </w:p>
          <w:p w14:paraId="3C52BC41" w14:textId="77777777" w:rsidR="002A5CA9" w:rsidRPr="00032FD2" w:rsidRDefault="002A5CA9">
            <w:pPr>
              <w:rPr>
                <w:lang w:val="nb-NO"/>
              </w:rPr>
            </w:pPr>
            <w:r w:rsidRPr="00032FD2">
              <w:rPr>
                <w:lang w:val="nb-NO"/>
              </w:rPr>
              <w:t> </w:t>
            </w:r>
          </w:p>
          <w:p w14:paraId="4D0CEC38" w14:textId="77777777" w:rsidR="002A5CA9" w:rsidRPr="00032FD2" w:rsidRDefault="002A5CA9">
            <w:pPr>
              <w:rPr>
                <w:lang w:val="nb-NO"/>
              </w:rPr>
            </w:pPr>
            <w:r w:rsidRPr="00032FD2">
              <w:rPr>
                <w:lang w:val="nb-NO"/>
              </w:rPr>
              <w:t> </w:t>
            </w:r>
          </w:p>
          <w:p w14:paraId="03CEFBAF" w14:textId="77777777" w:rsidR="002A5CA9" w:rsidRPr="00032FD2" w:rsidRDefault="002A5CA9">
            <w:pPr>
              <w:rPr>
                <w:lang w:val="nb-NO"/>
              </w:rPr>
            </w:pPr>
            <w:r w:rsidRPr="00D4341D">
              <w:rPr>
                <w:lang w:val="nb-NO"/>
              </w:rPr>
              <w:t> </w:t>
            </w:r>
          </w:p>
          <w:p w14:paraId="369A2C29" w14:textId="77777777" w:rsidR="002A5CA9" w:rsidRPr="00032FD2" w:rsidRDefault="002A5CA9">
            <w:pPr>
              <w:rPr>
                <w:lang w:val="nb-NO"/>
              </w:rPr>
            </w:pPr>
            <w:r w:rsidRPr="00032FD2">
              <w:rPr>
                <w:lang w:val="nb-NO"/>
              </w:rPr>
              <w:t> </w:t>
            </w:r>
          </w:p>
          <w:p w14:paraId="539CF497" w14:textId="77777777" w:rsidR="002A5CA9" w:rsidRPr="00032FD2" w:rsidRDefault="002A5CA9">
            <w:pPr>
              <w:rPr>
                <w:lang w:val="nb-NO"/>
              </w:rPr>
            </w:pPr>
            <w:r w:rsidRPr="00032FD2">
              <w:rPr>
                <w:lang w:val="nb-NO"/>
              </w:rPr>
              <w:t> </w:t>
            </w:r>
          </w:p>
          <w:p w14:paraId="47601A93" w14:textId="77777777" w:rsidR="002A5CA9" w:rsidRPr="00032FD2" w:rsidRDefault="002A5CA9">
            <w:pPr>
              <w:rPr>
                <w:lang w:val="nb-NO"/>
              </w:rPr>
            </w:pPr>
            <w:r w:rsidRPr="00032FD2">
              <w:rPr>
                <w:lang w:val="nb-NO"/>
              </w:rPr>
              <w:t> </w:t>
            </w:r>
          </w:p>
          <w:p w14:paraId="4CE84B73" w14:textId="77777777" w:rsidR="002A5CA9" w:rsidRPr="00032FD2" w:rsidRDefault="002A5CA9">
            <w:pPr>
              <w:rPr>
                <w:lang w:val="nb-NO"/>
              </w:rPr>
            </w:pPr>
            <w:r w:rsidRPr="00032FD2">
              <w:rPr>
                <w:lang w:val="nb-NO"/>
              </w:rPr>
              <w:t> </w:t>
            </w:r>
          </w:p>
          <w:p w14:paraId="06A350A6" w14:textId="77777777" w:rsidR="002A5CA9" w:rsidRPr="00032FD2" w:rsidRDefault="002A5CA9">
            <w:pPr>
              <w:rPr>
                <w:lang w:val="nb-NO"/>
              </w:rPr>
            </w:pPr>
            <w:r w:rsidRPr="00032FD2">
              <w:rPr>
                <w:lang w:val="nb-NO"/>
              </w:rPr>
              <w:t> </w:t>
            </w:r>
          </w:p>
          <w:p w14:paraId="4259A9ED" w14:textId="77777777" w:rsidR="002A5CA9" w:rsidRPr="00032FD2" w:rsidRDefault="002A5CA9">
            <w:pPr>
              <w:rPr>
                <w:lang w:val="nb-NO"/>
              </w:rPr>
            </w:pPr>
            <w:r w:rsidRPr="00032FD2">
              <w:rPr>
                <w:lang w:val="nb-NO"/>
              </w:rPr>
              <w:t> </w:t>
            </w:r>
          </w:p>
          <w:p w14:paraId="04D8B6BA" w14:textId="77777777" w:rsidR="002A5CA9" w:rsidRPr="00032FD2" w:rsidRDefault="002A5CA9">
            <w:pPr>
              <w:rPr>
                <w:lang w:val="nb-NO"/>
              </w:rPr>
            </w:pPr>
            <w:r w:rsidRPr="00032FD2">
              <w:rPr>
                <w:lang w:val="nb-NO"/>
              </w:rPr>
              <w:t> </w:t>
            </w:r>
          </w:p>
          <w:p w14:paraId="08E6B7F1" w14:textId="77777777" w:rsidR="002A5CA9" w:rsidRPr="00032FD2" w:rsidRDefault="002A5CA9">
            <w:pPr>
              <w:rPr>
                <w:lang w:val="nb-NO"/>
              </w:rPr>
            </w:pPr>
            <w:r w:rsidRPr="00032FD2">
              <w:rPr>
                <w:lang w:val="nb-NO"/>
              </w:rPr>
              <w:t> </w:t>
            </w:r>
          </w:p>
          <w:p w14:paraId="162B5F23" w14:textId="77777777" w:rsidR="002A5CA9" w:rsidRPr="00032FD2" w:rsidRDefault="002A5CA9">
            <w:pPr>
              <w:rPr>
                <w:lang w:val="nb-NO"/>
              </w:rPr>
            </w:pPr>
            <w:r w:rsidRPr="00032FD2">
              <w:rPr>
                <w:lang w:val="nb-NO"/>
              </w:rPr>
              <w:t> </w:t>
            </w:r>
          </w:p>
          <w:p w14:paraId="18ED793D" w14:textId="77777777" w:rsidR="002A5CA9" w:rsidRPr="00032FD2" w:rsidRDefault="002A5CA9">
            <w:pPr>
              <w:rPr>
                <w:lang w:val="nb-NO"/>
              </w:rPr>
            </w:pPr>
            <w:r w:rsidRPr="00032FD2">
              <w:rPr>
                <w:lang w:val="nb-NO"/>
              </w:rPr>
              <w:t> </w:t>
            </w:r>
          </w:p>
          <w:p w14:paraId="6950E37D" w14:textId="77777777" w:rsidR="002A5CA9" w:rsidRPr="00032FD2" w:rsidRDefault="002A5CA9">
            <w:pPr>
              <w:rPr>
                <w:lang w:val="nb-NO"/>
              </w:rPr>
            </w:pPr>
            <w:r w:rsidRPr="00032FD2">
              <w:rPr>
                <w:lang w:val="nb-NO"/>
              </w:rPr>
              <w:t> </w:t>
            </w:r>
          </w:p>
          <w:p w14:paraId="5F341371" w14:textId="77777777" w:rsidR="002A5CA9" w:rsidRPr="00032FD2" w:rsidRDefault="002A5CA9">
            <w:pPr>
              <w:rPr>
                <w:lang w:val="nb-NO"/>
              </w:rPr>
            </w:pPr>
            <w:r w:rsidRPr="00032FD2">
              <w:rPr>
                <w:lang w:val="nb-NO"/>
              </w:rPr>
              <w:t> </w:t>
            </w:r>
          </w:p>
        </w:tc>
      </w:tr>
    </w:tbl>
    <w:p w14:paraId="2ED5CF92" w14:textId="77777777" w:rsidR="004158A8" w:rsidRPr="00687D49"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2C192685" w14:textId="77777777">
        <w:trPr>
          <w:cantSplit/>
          <w:trHeight w:val="2381"/>
        </w:trPr>
        <w:tc>
          <w:tcPr>
            <w:tcW w:w="10200" w:type="dxa"/>
          </w:tcPr>
          <w:p w14:paraId="5B88D7EC" w14:textId="77777777" w:rsidR="004158A8" w:rsidRPr="006F10B1" w:rsidRDefault="009B34F3">
            <w:pPr>
              <w:spacing w:after="40"/>
              <w:rPr>
                <w:lang w:val="nb-NO"/>
              </w:rPr>
            </w:pPr>
            <w:r w:rsidRPr="006F10B1">
              <w:rPr>
                <w:b/>
                <w:sz w:val="20"/>
                <w:lang w:val="nb-NO"/>
              </w:rPr>
              <w:t>Relevante vedlegg (liste/henvisninger)</w:t>
            </w:r>
          </w:p>
          <w:p w14:paraId="215CC1DB"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753E3D91" w14:textId="77777777" w:rsidR="004158A8" w:rsidRPr="006F10B1" w:rsidRDefault="004158A8">
            <w:pPr>
              <w:rPr>
                <w:lang w:val="nb-NO"/>
              </w:rPr>
            </w:pPr>
          </w:p>
          <w:p w14:paraId="6FCCDD95" w14:textId="77777777" w:rsidR="004158A8" w:rsidRPr="006F10B1" w:rsidRDefault="004158A8">
            <w:pPr>
              <w:rPr>
                <w:lang w:val="nb-NO"/>
              </w:rPr>
            </w:pPr>
          </w:p>
          <w:p w14:paraId="215D8B5A" w14:textId="77777777" w:rsidR="004158A8" w:rsidRPr="006F10B1" w:rsidRDefault="004158A8">
            <w:pPr>
              <w:rPr>
                <w:lang w:val="nb-NO"/>
              </w:rPr>
            </w:pPr>
          </w:p>
          <w:p w14:paraId="1CB7B6AB" w14:textId="77777777" w:rsidR="004158A8" w:rsidRPr="006F10B1" w:rsidRDefault="004158A8">
            <w:pPr>
              <w:rPr>
                <w:lang w:val="nb-NO"/>
              </w:rPr>
            </w:pPr>
          </w:p>
          <w:p w14:paraId="4EE76FB9" w14:textId="77777777" w:rsidR="004158A8" w:rsidRPr="006F10B1" w:rsidRDefault="004158A8">
            <w:pPr>
              <w:rPr>
                <w:lang w:val="nb-NO"/>
              </w:rPr>
            </w:pPr>
          </w:p>
          <w:p w14:paraId="1FB5EF7D" w14:textId="77777777" w:rsidR="004158A8" w:rsidRPr="006F10B1" w:rsidRDefault="004158A8">
            <w:pPr>
              <w:rPr>
                <w:lang w:val="nb-NO"/>
              </w:rPr>
            </w:pPr>
          </w:p>
          <w:p w14:paraId="21B15BBD" w14:textId="77777777" w:rsidR="004158A8" w:rsidRPr="006F10B1" w:rsidRDefault="004158A8">
            <w:pPr>
              <w:rPr>
                <w:lang w:val="nb-NO"/>
              </w:rPr>
            </w:pPr>
          </w:p>
        </w:tc>
      </w:tr>
    </w:tbl>
    <w:p w14:paraId="5BE79362" w14:textId="2FD0F06C" w:rsidR="004158A8" w:rsidRPr="006F10B1" w:rsidRDefault="004158A8">
      <w:pPr>
        <w:rPr>
          <w:lang w:val="nb-NO"/>
        </w:rPr>
      </w:pPr>
    </w:p>
    <w:p w14:paraId="5E0DF2FD" w14:textId="77777777" w:rsidR="004158A8" w:rsidRPr="00D4341D" w:rsidRDefault="009B34F3">
      <w:pPr>
        <w:rPr>
          <w:lang w:val="nb-NO"/>
        </w:rPr>
      </w:pPr>
      <w:r w:rsidRPr="00D4341D">
        <w:rPr>
          <w:b/>
          <w:lang w:val="nb-NO"/>
        </w:rPr>
        <w:t>Modul: Markedsføringsledelse</w:t>
      </w:r>
    </w:p>
    <w:p w14:paraId="582FAC53" w14:textId="77777777" w:rsidR="004158A8" w:rsidRPr="00D4341D" w:rsidRDefault="009B34F3">
      <w:pPr>
        <w:pStyle w:val="Overskrift1"/>
        <w:rPr>
          <w:lang w:val="nb-NO"/>
        </w:rPr>
      </w:pPr>
      <w:r w:rsidRPr="00D4341D">
        <w:rPr>
          <w:lang w:val="nb-NO"/>
        </w:rPr>
        <w:t>Markedsstrategi</w:t>
      </w:r>
    </w:p>
    <w:tbl>
      <w:tblPr>
        <w:tblStyle w:val="Tabellrutenett"/>
        <w:tblW w:w="0" w:type="auto"/>
        <w:tblLook w:val="04A0" w:firstRow="1" w:lastRow="0" w:firstColumn="1" w:lastColumn="0" w:noHBand="0" w:noVBand="1"/>
      </w:tblPr>
      <w:tblGrid>
        <w:gridCol w:w="5095"/>
        <w:gridCol w:w="5095"/>
      </w:tblGrid>
      <w:tr w:rsidR="004158A8" w:rsidRPr="00BF49ED" w14:paraId="0066A03B" w14:textId="77777777">
        <w:trPr>
          <w:cantSplit/>
        </w:trPr>
        <w:tc>
          <w:tcPr>
            <w:tcW w:w="5100" w:type="dxa"/>
          </w:tcPr>
          <w:p w14:paraId="37F2D2E1" w14:textId="77777777" w:rsidR="004158A8" w:rsidRPr="006F10B1" w:rsidRDefault="009B34F3">
            <w:pPr>
              <w:spacing w:after="40"/>
              <w:rPr>
                <w:lang w:val="nb-NO"/>
              </w:rPr>
            </w:pPr>
            <w:r w:rsidRPr="006F10B1">
              <w:rPr>
                <w:b/>
                <w:sz w:val="20"/>
                <w:lang w:val="nb-NO"/>
              </w:rPr>
              <w:t>Hovedtema</w:t>
            </w:r>
          </w:p>
          <w:p w14:paraId="7990DCB3" w14:textId="77777777" w:rsidR="004158A8" w:rsidRPr="006F10B1" w:rsidRDefault="009B34F3">
            <w:pPr>
              <w:rPr>
                <w:lang w:val="nb-NO"/>
              </w:rPr>
            </w:pPr>
            <w:r w:rsidRPr="006F10B1">
              <w:rPr>
                <w:sz w:val="20"/>
                <w:lang w:val="nb-NO"/>
              </w:rPr>
              <w:t>Hovedtemaet handler om hva markedsstrategi er og om de beslutningsområdene markedsstrategien omfatter. Videre inngår betydningen av gode kunderelasjoner og kundelojalitet og hvilken betydning kundelojalitet har for bedriftens vekst og lønnsomhet.</w:t>
            </w:r>
          </w:p>
          <w:p w14:paraId="456FAC7F" w14:textId="77777777" w:rsidR="004158A8" w:rsidRPr="00D4341D" w:rsidRDefault="009B34F3">
            <w:pPr>
              <w:rPr>
                <w:lang w:val="nb-NO"/>
              </w:rPr>
            </w:pPr>
            <w:r w:rsidRPr="00D4341D">
              <w:rPr>
                <w:sz w:val="20"/>
                <w:lang w:val="nb-NO"/>
              </w:rPr>
              <w:t>Hovedtemaet handler også om markedsplaner.</w:t>
            </w:r>
          </w:p>
        </w:tc>
        <w:tc>
          <w:tcPr>
            <w:tcW w:w="5100" w:type="dxa"/>
          </w:tcPr>
          <w:p w14:paraId="68396C82" w14:textId="77777777" w:rsidR="004158A8" w:rsidRPr="00D4341D" w:rsidRDefault="009B34F3">
            <w:pPr>
              <w:spacing w:after="40"/>
              <w:rPr>
                <w:lang w:val="nb-NO"/>
              </w:rPr>
            </w:pPr>
            <w:r w:rsidRPr="00D4341D">
              <w:rPr>
                <w:b/>
                <w:sz w:val="20"/>
                <w:lang w:val="nb-NO"/>
              </w:rPr>
              <w:t>Innhold</w:t>
            </w:r>
          </w:p>
          <w:p w14:paraId="7E04B866" w14:textId="77777777" w:rsidR="004158A8" w:rsidRPr="00D4341D" w:rsidRDefault="009B34F3">
            <w:pPr>
              <w:pStyle w:val="Punktliste"/>
              <w:rPr>
                <w:lang w:val="nb-NO"/>
              </w:rPr>
            </w:pPr>
            <w:r w:rsidRPr="00D4341D">
              <w:rPr>
                <w:sz w:val="20"/>
                <w:lang w:val="nb-NO"/>
              </w:rPr>
              <w:t>markedsstrategi</w:t>
            </w:r>
          </w:p>
          <w:p w14:paraId="162326F4" w14:textId="77777777" w:rsidR="004158A8" w:rsidRPr="006F10B1" w:rsidRDefault="009B34F3">
            <w:pPr>
              <w:pStyle w:val="Punktliste"/>
              <w:rPr>
                <w:lang w:val="nb-NO"/>
              </w:rPr>
            </w:pPr>
            <w:r w:rsidRPr="006F10B1">
              <w:rPr>
                <w:sz w:val="20"/>
                <w:lang w:val="nb-NO"/>
              </w:rPr>
              <w:t>markedsføring som del av en forretningsplan</w:t>
            </w:r>
          </w:p>
          <w:p w14:paraId="5D9A28E5" w14:textId="77777777" w:rsidR="004158A8" w:rsidRPr="006F10B1" w:rsidRDefault="009B34F3">
            <w:pPr>
              <w:pStyle w:val="Punktliste"/>
              <w:rPr>
                <w:lang w:val="nb-NO"/>
              </w:rPr>
            </w:pPr>
            <w:r w:rsidRPr="006F10B1">
              <w:rPr>
                <w:sz w:val="20"/>
                <w:lang w:val="nb-NO"/>
              </w:rPr>
              <w:t>valg av produkter, tjenester og markeder</w:t>
            </w:r>
          </w:p>
          <w:p w14:paraId="7E1FB340" w14:textId="77777777" w:rsidR="004158A8" w:rsidRPr="006F10B1" w:rsidRDefault="009B34F3">
            <w:pPr>
              <w:pStyle w:val="Punktliste"/>
              <w:rPr>
                <w:lang w:val="nb-NO"/>
              </w:rPr>
            </w:pPr>
            <w:r w:rsidRPr="006F10B1">
              <w:rPr>
                <w:sz w:val="20"/>
                <w:lang w:val="nb-NO"/>
              </w:rPr>
              <w:t>ulike roller en bedrift kan innta i markedet</w:t>
            </w:r>
          </w:p>
          <w:p w14:paraId="212CAB31" w14:textId="77777777" w:rsidR="004158A8" w:rsidRPr="00D4341D" w:rsidRDefault="009B34F3">
            <w:pPr>
              <w:pStyle w:val="Punktliste"/>
              <w:rPr>
                <w:lang w:val="nb-NO"/>
              </w:rPr>
            </w:pPr>
            <w:r w:rsidRPr="00D4341D">
              <w:rPr>
                <w:sz w:val="20"/>
                <w:lang w:val="nb-NO"/>
              </w:rPr>
              <w:t>kunderelasjoner</w:t>
            </w:r>
          </w:p>
          <w:p w14:paraId="49B043E7" w14:textId="77777777" w:rsidR="004158A8" w:rsidRPr="00D4341D" w:rsidRDefault="009B34F3">
            <w:pPr>
              <w:pStyle w:val="Punktliste"/>
              <w:rPr>
                <w:lang w:val="nb-NO"/>
              </w:rPr>
            </w:pPr>
            <w:r w:rsidRPr="00D4341D">
              <w:rPr>
                <w:sz w:val="20"/>
                <w:lang w:val="nb-NO"/>
              </w:rPr>
              <w:t>kundelojalitet og lønnsomhet</w:t>
            </w:r>
          </w:p>
          <w:p w14:paraId="0A29CB3D" w14:textId="77777777" w:rsidR="004158A8" w:rsidRPr="006F10B1" w:rsidRDefault="009B34F3">
            <w:pPr>
              <w:pStyle w:val="Punktliste"/>
              <w:rPr>
                <w:lang w:val="nb-NO"/>
              </w:rPr>
            </w:pPr>
            <w:r w:rsidRPr="006F10B1">
              <w:rPr>
                <w:sz w:val="20"/>
                <w:lang w:val="nb-NO"/>
              </w:rPr>
              <w:t>oppbygging og utforming av en markedsplan</w:t>
            </w:r>
          </w:p>
        </w:tc>
      </w:tr>
    </w:tbl>
    <w:p w14:paraId="7C1DAC54" w14:textId="77777777" w:rsidR="004158A8" w:rsidRPr="006F10B1" w:rsidRDefault="004158A8">
      <w:pPr>
        <w:rPr>
          <w:lang w:val="nb-NO"/>
        </w:rPr>
      </w:pPr>
    </w:p>
    <w:tbl>
      <w:tblPr>
        <w:tblStyle w:val="Tabellrutenett"/>
        <w:tblW w:w="0" w:type="auto"/>
        <w:tblLook w:val="04A0" w:firstRow="1" w:lastRow="0" w:firstColumn="1" w:lastColumn="0" w:noHBand="0" w:noVBand="1"/>
      </w:tblPr>
      <w:tblGrid>
        <w:gridCol w:w="10180"/>
      </w:tblGrid>
      <w:tr w:rsidR="00C7222C" w:rsidRPr="00032FD2" w14:paraId="27718487" w14:textId="77777777" w:rsidTr="002A5CA9">
        <w:trPr>
          <w:trHeight w:val="3600"/>
        </w:trPr>
        <w:tc>
          <w:tcPr>
            <w:tcW w:w="10200" w:type="dxa"/>
            <w:tcBorders>
              <w:top w:val="single" w:sz="8" w:space="0" w:color="auto"/>
              <w:left w:val="single" w:sz="8" w:space="0" w:color="auto"/>
              <w:bottom w:val="single" w:sz="8" w:space="0" w:color="auto"/>
              <w:right w:val="single" w:sz="8" w:space="0" w:color="auto"/>
            </w:tcBorders>
            <w:vAlign w:val="center"/>
            <w:hideMark/>
          </w:tcPr>
          <w:p w14:paraId="04FDC32D" w14:textId="77777777" w:rsidR="002A5CA9" w:rsidRPr="002A5CA9" w:rsidRDefault="002A5CA9">
            <w:pPr>
              <w:spacing w:after="40"/>
              <w:rPr>
                <w:lang w:val="nb-NO"/>
              </w:rPr>
            </w:pPr>
            <w:r w:rsidRPr="002A5CA9">
              <w:rPr>
                <w:b/>
                <w:bCs/>
                <w:sz w:val="20"/>
                <w:szCs w:val="20"/>
                <w:lang w:val="nb-NO"/>
              </w:rPr>
              <w:t>Egenvurdering (skriv her)</w:t>
            </w:r>
          </w:p>
          <w:p w14:paraId="16353735" w14:textId="77777777" w:rsidR="002A5CA9" w:rsidRPr="00032FD2" w:rsidRDefault="002A5CA9">
            <w:pPr>
              <w:rPr>
                <w:lang w:val="nb-NO"/>
              </w:rPr>
            </w:pPr>
            <w:r w:rsidRPr="002A5CA9">
              <w:rPr>
                <w:sz w:val="20"/>
                <w:szCs w:val="20"/>
                <w:lang w:val="nb-NO"/>
              </w:rPr>
              <w:t xml:space="preserve">Beskriv egen yrkeserfaring og kompetanse knyttet til hovedtemaet og innholdspunktene. Bruk konkrete eksempler fra arbeidshverdagen, og forklar hva du gjør, hvordan du gjør det, og hvorfor du gjør det på denne måten. </w:t>
            </w:r>
            <w:r w:rsidRPr="00032FD2">
              <w:rPr>
                <w:sz w:val="20"/>
                <w:szCs w:val="20"/>
                <w:lang w:val="nb-NO"/>
              </w:rPr>
              <w:t>Henvis til relevante vedlegg der det er aktuelt.</w:t>
            </w:r>
          </w:p>
          <w:p w14:paraId="1293BABC" w14:textId="77777777" w:rsidR="002A5CA9" w:rsidRPr="00032FD2" w:rsidRDefault="002A5CA9">
            <w:pPr>
              <w:rPr>
                <w:lang w:val="nb-NO"/>
              </w:rPr>
            </w:pPr>
            <w:r w:rsidRPr="00032FD2">
              <w:rPr>
                <w:lang w:val="nb-NO"/>
              </w:rPr>
              <w:t> </w:t>
            </w:r>
          </w:p>
          <w:p w14:paraId="486F8002" w14:textId="77777777" w:rsidR="002A5CA9" w:rsidRPr="00032FD2" w:rsidRDefault="002A5CA9">
            <w:pPr>
              <w:rPr>
                <w:lang w:val="nb-NO"/>
              </w:rPr>
            </w:pPr>
            <w:r w:rsidRPr="00032FD2">
              <w:rPr>
                <w:lang w:val="nb-NO"/>
              </w:rPr>
              <w:t> </w:t>
            </w:r>
          </w:p>
          <w:p w14:paraId="788EB207" w14:textId="77777777" w:rsidR="002A5CA9" w:rsidRPr="00032FD2" w:rsidRDefault="002A5CA9">
            <w:pPr>
              <w:rPr>
                <w:lang w:val="nb-NO"/>
              </w:rPr>
            </w:pPr>
            <w:r w:rsidRPr="00032FD2">
              <w:rPr>
                <w:lang w:val="nb-NO"/>
              </w:rPr>
              <w:t> </w:t>
            </w:r>
          </w:p>
          <w:p w14:paraId="1550A690" w14:textId="77777777" w:rsidR="002A5CA9" w:rsidRPr="00032FD2" w:rsidRDefault="002A5CA9">
            <w:pPr>
              <w:rPr>
                <w:lang w:val="nb-NO"/>
              </w:rPr>
            </w:pPr>
            <w:r w:rsidRPr="00032FD2">
              <w:rPr>
                <w:lang w:val="nb-NO"/>
              </w:rPr>
              <w:t> </w:t>
            </w:r>
          </w:p>
          <w:p w14:paraId="5212AB11" w14:textId="77777777" w:rsidR="002A5CA9" w:rsidRPr="00032FD2" w:rsidRDefault="002A5CA9">
            <w:pPr>
              <w:rPr>
                <w:lang w:val="nb-NO"/>
              </w:rPr>
            </w:pPr>
            <w:r w:rsidRPr="00032FD2">
              <w:rPr>
                <w:lang w:val="nb-NO"/>
              </w:rPr>
              <w:t> </w:t>
            </w:r>
          </w:p>
          <w:p w14:paraId="31399354" w14:textId="77777777" w:rsidR="002A5CA9" w:rsidRPr="00032FD2" w:rsidRDefault="002A5CA9">
            <w:pPr>
              <w:rPr>
                <w:lang w:val="nb-NO"/>
              </w:rPr>
            </w:pPr>
            <w:r w:rsidRPr="00032FD2">
              <w:rPr>
                <w:lang w:val="nb-NO"/>
              </w:rPr>
              <w:t> </w:t>
            </w:r>
          </w:p>
          <w:p w14:paraId="08D5C36D" w14:textId="77777777" w:rsidR="002A5CA9" w:rsidRPr="00032FD2" w:rsidRDefault="002A5CA9">
            <w:pPr>
              <w:rPr>
                <w:lang w:val="nb-NO"/>
              </w:rPr>
            </w:pPr>
            <w:r w:rsidRPr="00032FD2">
              <w:rPr>
                <w:lang w:val="nb-NO"/>
              </w:rPr>
              <w:t> </w:t>
            </w:r>
          </w:p>
          <w:p w14:paraId="0BB6F222" w14:textId="77777777" w:rsidR="002A5CA9" w:rsidRPr="00032FD2" w:rsidRDefault="002A5CA9">
            <w:pPr>
              <w:rPr>
                <w:lang w:val="nb-NO"/>
              </w:rPr>
            </w:pPr>
            <w:r w:rsidRPr="00032FD2">
              <w:rPr>
                <w:lang w:val="nb-NO"/>
              </w:rPr>
              <w:t> </w:t>
            </w:r>
          </w:p>
          <w:p w14:paraId="0473CB69" w14:textId="77777777" w:rsidR="002A5CA9" w:rsidRPr="00032FD2" w:rsidRDefault="002A5CA9">
            <w:pPr>
              <w:rPr>
                <w:lang w:val="nb-NO"/>
              </w:rPr>
            </w:pPr>
            <w:r w:rsidRPr="00032FD2">
              <w:rPr>
                <w:lang w:val="nb-NO"/>
              </w:rPr>
              <w:t> </w:t>
            </w:r>
          </w:p>
          <w:p w14:paraId="694F3270" w14:textId="77777777" w:rsidR="002A5CA9" w:rsidRPr="00032FD2" w:rsidRDefault="002A5CA9">
            <w:pPr>
              <w:rPr>
                <w:lang w:val="nb-NO"/>
              </w:rPr>
            </w:pPr>
            <w:r w:rsidRPr="00032FD2">
              <w:rPr>
                <w:lang w:val="nb-NO"/>
              </w:rPr>
              <w:t> </w:t>
            </w:r>
          </w:p>
          <w:p w14:paraId="1E4EF4D7" w14:textId="77777777" w:rsidR="002A5CA9" w:rsidRPr="00032FD2" w:rsidRDefault="002A5CA9">
            <w:pPr>
              <w:rPr>
                <w:lang w:val="nb-NO"/>
              </w:rPr>
            </w:pPr>
            <w:r w:rsidRPr="00032FD2">
              <w:rPr>
                <w:lang w:val="nb-NO"/>
              </w:rPr>
              <w:t> </w:t>
            </w:r>
          </w:p>
          <w:p w14:paraId="5613A323" w14:textId="77777777" w:rsidR="002A5CA9" w:rsidRPr="00032FD2" w:rsidRDefault="002A5CA9">
            <w:pPr>
              <w:rPr>
                <w:lang w:val="nb-NO"/>
              </w:rPr>
            </w:pPr>
            <w:r w:rsidRPr="00032FD2">
              <w:rPr>
                <w:lang w:val="nb-NO"/>
              </w:rPr>
              <w:t> </w:t>
            </w:r>
          </w:p>
          <w:p w14:paraId="4A66570C" w14:textId="77777777" w:rsidR="002A5CA9" w:rsidRPr="00032FD2" w:rsidRDefault="002A5CA9">
            <w:pPr>
              <w:rPr>
                <w:lang w:val="nb-NO"/>
              </w:rPr>
            </w:pPr>
            <w:r w:rsidRPr="00032FD2">
              <w:rPr>
                <w:lang w:val="nb-NO"/>
              </w:rPr>
              <w:t> </w:t>
            </w:r>
          </w:p>
          <w:p w14:paraId="53263F53" w14:textId="77777777" w:rsidR="002A5CA9" w:rsidRPr="00032FD2" w:rsidRDefault="002A5CA9">
            <w:pPr>
              <w:rPr>
                <w:lang w:val="nb-NO"/>
              </w:rPr>
            </w:pPr>
            <w:r w:rsidRPr="00032FD2">
              <w:rPr>
                <w:lang w:val="nb-NO"/>
              </w:rPr>
              <w:t> </w:t>
            </w:r>
          </w:p>
          <w:p w14:paraId="7D58366E" w14:textId="77777777" w:rsidR="002A5CA9" w:rsidRPr="00032FD2" w:rsidRDefault="002A5CA9">
            <w:pPr>
              <w:rPr>
                <w:lang w:val="nb-NO"/>
              </w:rPr>
            </w:pPr>
            <w:r w:rsidRPr="00032FD2">
              <w:rPr>
                <w:lang w:val="nb-NO"/>
              </w:rPr>
              <w:t> </w:t>
            </w:r>
          </w:p>
          <w:p w14:paraId="3C2D0DA7" w14:textId="77777777" w:rsidR="002A5CA9" w:rsidRPr="00032FD2" w:rsidRDefault="002A5CA9">
            <w:pPr>
              <w:rPr>
                <w:lang w:val="nb-NO"/>
              </w:rPr>
            </w:pPr>
            <w:r w:rsidRPr="00032FD2">
              <w:rPr>
                <w:lang w:val="nb-NO"/>
              </w:rPr>
              <w:t> </w:t>
            </w:r>
          </w:p>
        </w:tc>
      </w:tr>
    </w:tbl>
    <w:p w14:paraId="011FC229" w14:textId="77777777" w:rsidR="004158A8" w:rsidRPr="00687D49" w:rsidRDefault="004158A8">
      <w:pPr>
        <w:rPr>
          <w:lang w:val="nb-NO"/>
        </w:rPr>
      </w:pPr>
    </w:p>
    <w:tbl>
      <w:tblPr>
        <w:tblStyle w:val="Tabellrutenett"/>
        <w:tblW w:w="0" w:type="auto"/>
        <w:tblLook w:val="04A0" w:firstRow="1" w:lastRow="0" w:firstColumn="1" w:lastColumn="0" w:noHBand="0" w:noVBand="1"/>
      </w:tblPr>
      <w:tblGrid>
        <w:gridCol w:w="10190"/>
      </w:tblGrid>
      <w:tr w:rsidR="004158A8" w:rsidRPr="00BF49ED" w14:paraId="1057B012" w14:textId="77777777">
        <w:trPr>
          <w:cantSplit/>
          <w:trHeight w:val="2381"/>
        </w:trPr>
        <w:tc>
          <w:tcPr>
            <w:tcW w:w="10200" w:type="dxa"/>
          </w:tcPr>
          <w:p w14:paraId="3A685F42" w14:textId="77777777" w:rsidR="004158A8" w:rsidRPr="006F10B1" w:rsidRDefault="009B34F3">
            <w:pPr>
              <w:spacing w:after="40"/>
              <w:rPr>
                <w:lang w:val="nb-NO"/>
              </w:rPr>
            </w:pPr>
            <w:r w:rsidRPr="006F10B1">
              <w:rPr>
                <w:b/>
                <w:sz w:val="20"/>
                <w:lang w:val="nb-NO"/>
              </w:rPr>
              <w:t>Relevante vedlegg (liste/henvisninger)</w:t>
            </w:r>
          </w:p>
          <w:p w14:paraId="56D70F53" w14:textId="77777777" w:rsidR="00B951DF" w:rsidRPr="006F10B1" w:rsidRDefault="00B951DF" w:rsidP="00B951DF">
            <w:pPr>
              <w:rPr>
                <w:lang w:val="nb-NO"/>
              </w:rPr>
            </w:pPr>
            <w:r w:rsidRPr="006F10B1">
              <w:rPr>
                <w:sz w:val="20"/>
                <w:lang w:val="nb-NO"/>
              </w:rPr>
              <w:t>Oppgi vedleggsnummer og kort beskrivelse av dokumentasjonen som underbygger egenvurderingen</w:t>
            </w:r>
            <w:r>
              <w:rPr>
                <w:sz w:val="20"/>
                <w:lang w:val="nb-NO"/>
              </w:rPr>
              <w:t>.</w:t>
            </w:r>
          </w:p>
          <w:p w14:paraId="1DBD8D20" w14:textId="77777777" w:rsidR="004158A8" w:rsidRPr="006F10B1" w:rsidRDefault="004158A8">
            <w:pPr>
              <w:rPr>
                <w:lang w:val="nb-NO"/>
              </w:rPr>
            </w:pPr>
          </w:p>
          <w:p w14:paraId="0BDBBE8C" w14:textId="77777777" w:rsidR="004158A8" w:rsidRPr="006F10B1" w:rsidRDefault="004158A8">
            <w:pPr>
              <w:rPr>
                <w:lang w:val="nb-NO"/>
              </w:rPr>
            </w:pPr>
          </w:p>
          <w:p w14:paraId="0829C400" w14:textId="77777777" w:rsidR="004158A8" w:rsidRPr="006F10B1" w:rsidRDefault="004158A8">
            <w:pPr>
              <w:rPr>
                <w:lang w:val="nb-NO"/>
              </w:rPr>
            </w:pPr>
          </w:p>
          <w:p w14:paraId="4550DDE3" w14:textId="77777777" w:rsidR="004158A8" w:rsidRPr="006F10B1" w:rsidRDefault="004158A8">
            <w:pPr>
              <w:rPr>
                <w:lang w:val="nb-NO"/>
              </w:rPr>
            </w:pPr>
          </w:p>
          <w:p w14:paraId="4A5D158C" w14:textId="77777777" w:rsidR="004158A8" w:rsidRPr="006F10B1" w:rsidRDefault="004158A8">
            <w:pPr>
              <w:rPr>
                <w:lang w:val="nb-NO"/>
              </w:rPr>
            </w:pPr>
          </w:p>
          <w:p w14:paraId="70106BA8" w14:textId="77777777" w:rsidR="004158A8" w:rsidRPr="006F10B1" w:rsidRDefault="004158A8">
            <w:pPr>
              <w:rPr>
                <w:lang w:val="nb-NO"/>
              </w:rPr>
            </w:pPr>
          </w:p>
          <w:p w14:paraId="40FEF707" w14:textId="77777777" w:rsidR="004158A8" w:rsidRPr="006F10B1" w:rsidRDefault="004158A8">
            <w:pPr>
              <w:rPr>
                <w:lang w:val="nb-NO"/>
              </w:rPr>
            </w:pPr>
          </w:p>
        </w:tc>
      </w:tr>
    </w:tbl>
    <w:p w14:paraId="70073528" w14:textId="77777777" w:rsidR="00425738" w:rsidRDefault="00425738">
      <w:pPr>
        <w:rPr>
          <w:lang w:val="nb-NO"/>
        </w:rPr>
        <w:sectPr w:rsidR="00425738" w:rsidSect="00647E69">
          <w:type w:val="continuous"/>
          <w:pgSz w:w="12240" w:h="15840"/>
          <w:pgMar w:top="1020" w:right="1020" w:bottom="1020" w:left="1020" w:header="720" w:footer="720" w:gutter="0"/>
          <w:cols w:space="720"/>
          <w:docGrid w:linePitch="360"/>
        </w:sectPr>
      </w:pPr>
    </w:p>
    <w:p w14:paraId="179372D6" w14:textId="77777777" w:rsidR="00425738" w:rsidRDefault="00425738">
      <w:pPr>
        <w:rPr>
          <w:lang w:val="nb-NO"/>
        </w:rPr>
      </w:pPr>
    </w:p>
    <w:sectPr w:rsidR="00425738" w:rsidSect="00647E69">
      <w:type w:val="continuous"/>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D16D77"/>
    <w:multiLevelType w:val="hybridMultilevel"/>
    <w:tmpl w:val="7DD859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08415C16"/>
    <w:multiLevelType w:val="hybridMultilevel"/>
    <w:tmpl w:val="E92E3B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0B57128"/>
    <w:multiLevelType w:val="hybridMultilevel"/>
    <w:tmpl w:val="92565F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0E35473"/>
    <w:multiLevelType w:val="multilevel"/>
    <w:tmpl w:val="FB12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66C01"/>
    <w:multiLevelType w:val="multilevel"/>
    <w:tmpl w:val="5F14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8D4503"/>
    <w:multiLevelType w:val="hybridMultilevel"/>
    <w:tmpl w:val="7C5C7A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525E4"/>
    <w:multiLevelType w:val="hybridMultilevel"/>
    <w:tmpl w:val="C832B6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0583B46"/>
    <w:multiLevelType w:val="hybridMultilevel"/>
    <w:tmpl w:val="3C2CE5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6670D79"/>
    <w:multiLevelType w:val="multilevel"/>
    <w:tmpl w:val="39FE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405799">
    <w:abstractNumId w:val="8"/>
  </w:num>
  <w:num w:numId="2" w16cid:durableId="558588525">
    <w:abstractNumId w:val="6"/>
  </w:num>
  <w:num w:numId="3" w16cid:durableId="1121151466">
    <w:abstractNumId w:val="5"/>
  </w:num>
  <w:num w:numId="4" w16cid:durableId="1451584581">
    <w:abstractNumId w:val="4"/>
  </w:num>
  <w:num w:numId="5" w16cid:durableId="154415089">
    <w:abstractNumId w:val="7"/>
  </w:num>
  <w:num w:numId="6" w16cid:durableId="292490681">
    <w:abstractNumId w:val="3"/>
  </w:num>
  <w:num w:numId="7" w16cid:durableId="1385254595">
    <w:abstractNumId w:val="2"/>
  </w:num>
  <w:num w:numId="8" w16cid:durableId="727609224">
    <w:abstractNumId w:val="1"/>
  </w:num>
  <w:num w:numId="9" w16cid:durableId="2110159641">
    <w:abstractNumId w:val="0"/>
  </w:num>
  <w:num w:numId="10" w16cid:durableId="1605577180">
    <w:abstractNumId w:val="15"/>
  </w:num>
  <w:num w:numId="11" w16cid:durableId="909854154">
    <w:abstractNumId w:val="13"/>
  </w:num>
  <w:num w:numId="12" w16cid:durableId="1337263680">
    <w:abstractNumId w:val="12"/>
  </w:num>
  <w:num w:numId="13" w16cid:durableId="69474312">
    <w:abstractNumId w:val="18"/>
  </w:num>
  <w:num w:numId="14" w16cid:durableId="555891875">
    <w:abstractNumId w:val="10"/>
  </w:num>
  <w:num w:numId="15" w16cid:durableId="962618611">
    <w:abstractNumId w:val="9"/>
  </w:num>
  <w:num w:numId="16" w16cid:durableId="1125929261">
    <w:abstractNumId w:val="14"/>
  </w:num>
  <w:num w:numId="17" w16cid:durableId="1461268468">
    <w:abstractNumId w:val="17"/>
  </w:num>
  <w:num w:numId="18" w16cid:durableId="1332373777">
    <w:abstractNumId w:val="11"/>
  </w:num>
  <w:num w:numId="19" w16cid:durableId="7921362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054"/>
    <w:rsid w:val="00032FD2"/>
    <w:rsid w:val="00034616"/>
    <w:rsid w:val="0006063C"/>
    <w:rsid w:val="000E7E87"/>
    <w:rsid w:val="00105760"/>
    <w:rsid w:val="0015074B"/>
    <w:rsid w:val="00164902"/>
    <w:rsid w:val="00187B3D"/>
    <w:rsid w:val="001B363B"/>
    <w:rsid w:val="001B56D5"/>
    <w:rsid w:val="001C5491"/>
    <w:rsid w:val="001E46EB"/>
    <w:rsid w:val="00225D7B"/>
    <w:rsid w:val="00245F5D"/>
    <w:rsid w:val="00255C29"/>
    <w:rsid w:val="0027133B"/>
    <w:rsid w:val="00285425"/>
    <w:rsid w:val="0029639D"/>
    <w:rsid w:val="002A5CA9"/>
    <w:rsid w:val="002A6727"/>
    <w:rsid w:val="002A6CBA"/>
    <w:rsid w:val="00305DBB"/>
    <w:rsid w:val="00326F90"/>
    <w:rsid w:val="003B6224"/>
    <w:rsid w:val="003D3D35"/>
    <w:rsid w:val="004158A8"/>
    <w:rsid w:val="00425738"/>
    <w:rsid w:val="00433EE4"/>
    <w:rsid w:val="0045293C"/>
    <w:rsid w:val="00456BD3"/>
    <w:rsid w:val="00463EB8"/>
    <w:rsid w:val="004B158B"/>
    <w:rsid w:val="004C1382"/>
    <w:rsid w:val="004C5CD4"/>
    <w:rsid w:val="004D5D05"/>
    <w:rsid w:val="005031DC"/>
    <w:rsid w:val="00541801"/>
    <w:rsid w:val="00545DAF"/>
    <w:rsid w:val="005B7B12"/>
    <w:rsid w:val="00647E69"/>
    <w:rsid w:val="0066188F"/>
    <w:rsid w:val="00687D49"/>
    <w:rsid w:val="006A75EE"/>
    <w:rsid w:val="006F10B1"/>
    <w:rsid w:val="00707219"/>
    <w:rsid w:val="00732C10"/>
    <w:rsid w:val="00745610"/>
    <w:rsid w:val="007D1B93"/>
    <w:rsid w:val="00811000"/>
    <w:rsid w:val="00845936"/>
    <w:rsid w:val="0090355A"/>
    <w:rsid w:val="00907615"/>
    <w:rsid w:val="00932948"/>
    <w:rsid w:val="0094486F"/>
    <w:rsid w:val="0099032D"/>
    <w:rsid w:val="009A5447"/>
    <w:rsid w:val="009B34F3"/>
    <w:rsid w:val="00A047B2"/>
    <w:rsid w:val="00AA1D8D"/>
    <w:rsid w:val="00AD497B"/>
    <w:rsid w:val="00B34CD3"/>
    <w:rsid w:val="00B47730"/>
    <w:rsid w:val="00B9059E"/>
    <w:rsid w:val="00B951DF"/>
    <w:rsid w:val="00BB6A23"/>
    <w:rsid w:val="00BC68FB"/>
    <w:rsid w:val="00BF49ED"/>
    <w:rsid w:val="00C02E11"/>
    <w:rsid w:val="00C41F11"/>
    <w:rsid w:val="00C55F59"/>
    <w:rsid w:val="00C7222C"/>
    <w:rsid w:val="00CB0664"/>
    <w:rsid w:val="00CC719A"/>
    <w:rsid w:val="00CE2892"/>
    <w:rsid w:val="00CE2EFD"/>
    <w:rsid w:val="00CE426A"/>
    <w:rsid w:val="00D10CF7"/>
    <w:rsid w:val="00D13B77"/>
    <w:rsid w:val="00D200EC"/>
    <w:rsid w:val="00D4341D"/>
    <w:rsid w:val="00D53568"/>
    <w:rsid w:val="00D72DD3"/>
    <w:rsid w:val="00D80F4B"/>
    <w:rsid w:val="00DA723B"/>
    <w:rsid w:val="00DC0658"/>
    <w:rsid w:val="00E11B77"/>
    <w:rsid w:val="00E74DFF"/>
    <w:rsid w:val="00E878D8"/>
    <w:rsid w:val="00EA00E7"/>
    <w:rsid w:val="00EB615E"/>
    <w:rsid w:val="00F73853"/>
    <w:rsid w:val="00F83DF1"/>
    <w:rsid w:val="00F9230E"/>
    <w:rsid w:val="00F92958"/>
    <w:rsid w:val="00F97E95"/>
    <w:rsid w:val="00FB6BCA"/>
    <w:rsid w:val="00FC693F"/>
    <w:rsid w:val="00FD215A"/>
    <w:rsid w:val="00FE06C1"/>
    <w:rsid w:val="77A019E3"/>
    <w:rsid w:val="77F3E4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02ACA3E-A145-45F1-A7E4-D0C60862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425738"/>
    <w:pPr>
      <w:spacing w:before="100" w:beforeAutospacing="1" w:after="100" w:afterAutospacing="1" w:line="240" w:lineRule="auto"/>
    </w:pPr>
    <w:rPr>
      <w:rFonts w:ascii="Times New Roman" w:hAnsi="Times New Roman" w:cs="Times New Roman"/>
      <w:sz w:val="24"/>
      <w:szCs w:val="24"/>
      <w:lang w:val="nb-NO" w:eastAsia="nb-NO"/>
    </w:rPr>
  </w:style>
  <w:style w:type="character" w:styleId="Hyperkobling">
    <w:name w:val="Hyperlink"/>
    <w:basedOn w:val="Standardskriftforavsnitt"/>
    <w:uiPriority w:val="99"/>
    <w:unhideWhenUsed/>
    <w:rsid w:val="00285425"/>
    <w:rPr>
      <w:color w:val="0000FF" w:themeColor="hyperlink"/>
      <w:u w:val="single"/>
    </w:rPr>
  </w:style>
  <w:style w:type="character" w:styleId="Ulstomtale">
    <w:name w:val="Unresolved Mention"/>
    <w:basedOn w:val="Standardskriftforavsnitt"/>
    <w:uiPriority w:val="99"/>
    <w:semiHidden/>
    <w:unhideWhenUsed/>
    <w:rsid w:val="00285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sterbrev.no/bli-mester/bli-mester/mesterfagen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1C019D-650B-442A-A33E-A595C92750E7}">
  <ds:schemaRefs>
    <ds:schemaRef ds:uri="http://schemas.microsoft.com/sharepoint/v3/contenttype/forms"/>
  </ds:schemaRefs>
</ds:datastoreItem>
</file>

<file path=customXml/itemProps2.xml><?xml version="1.0" encoding="utf-8"?>
<ds:datastoreItem xmlns:ds="http://schemas.openxmlformats.org/officeDocument/2006/customXml" ds:itemID="{7F93502C-6108-40AD-8777-CC6283F9F5EF}">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311868-1DEB-4D80-B85D-F0EB7108B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2464</Words>
  <Characters>16935</Characters>
  <Application>Microsoft Office Word</Application>
  <DocSecurity>0</DocSecurity>
  <Lines>736</Lines>
  <Paragraphs>334</Paragraphs>
  <ScaleCrop>false</ScaleCrop>
  <Manager/>
  <Company/>
  <LinksUpToDate>false</LinksUpToDate>
  <CharactersWithSpaces>19065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70</cp:revision>
  <dcterms:created xsi:type="dcterms:W3CDTF">2026-04-21T04:38:00Z</dcterms:created>
  <dcterms:modified xsi:type="dcterms:W3CDTF">2026-05-15T12:36:00Z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